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22E731" w14:textId="77777777" w:rsidR="00613AA3" w:rsidRDefault="00613AA3" w:rsidP="007920CA">
      <w:pPr>
        <w:keepNext/>
        <w:keepLines/>
        <w:tabs>
          <w:tab w:val="left" w:pos="0"/>
          <w:tab w:val="left" w:pos="6237"/>
          <w:tab w:val="left" w:pos="6804"/>
        </w:tabs>
        <w:spacing w:after="0" w:line="240" w:lineRule="auto"/>
        <w:ind w:right="-1"/>
        <w:jc w:val="right"/>
        <w:outlineLvl w:val="0"/>
        <w:rPr>
          <w:rFonts w:ascii="Times New Roman" w:hAnsi="Times New Roman"/>
          <w:b/>
          <w:sz w:val="24"/>
          <w:szCs w:val="24"/>
          <w:lang w:val="en-US"/>
        </w:rPr>
      </w:pPr>
      <w:bookmarkStart w:id="0" w:name="_Hlk85791429"/>
    </w:p>
    <w:p w14:paraId="116C3704" w14:textId="77777777" w:rsidR="00613AA3" w:rsidRDefault="00613AA3" w:rsidP="007920CA">
      <w:pPr>
        <w:keepNext/>
        <w:keepLines/>
        <w:tabs>
          <w:tab w:val="left" w:pos="0"/>
          <w:tab w:val="left" w:pos="6237"/>
          <w:tab w:val="left" w:pos="6804"/>
        </w:tabs>
        <w:spacing w:after="0" w:line="240" w:lineRule="auto"/>
        <w:ind w:right="-1"/>
        <w:jc w:val="right"/>
        <w:outlineLvl w:val="0"/>
        <w:rPr>
          <w:rFonts w:ascii="Times New Roman" w:hAnsi="Times New Roman"/>
          <w:b/>
          <w:sz w:val="24"/>
          <w:szCs w:val="24"/>
          <w:lang w:val="en-US"/>
        </w:rPr>
      </w:pPr>
    </w:p>
    <w:p w14:paraId="393EEE7A" w14:textId="3D0C06C3" w:rsidR="007920CA" w:rsidRPr="007920CA" w:rsidRDefault="007920CA" w:rsidP="007920CA">
      <w:pPr>
        <w:keepNext/>
        <w:keepLines/>
        <w:tabs>
          <w:tab w:val="left" w:pos="0"/>
          <w:tab w:val="left" w:pos="6237"/>
          <w:tab w:val="left" w:pos="6804"/>
        </w:tabs>
        <w:spacing w:after="0" w:line="240" w:lineRule="auto"/>
        <w:ind w:right="-1"/>
        <w:jc w:val="right"/>
        <w:outlineLvl w:val="0"/>
        <w:rPr>
          <w:rFonts w:ascii="Times New Roman" w:hAnsi="Times New Roman"/>
          <w:b/>
          <w:sz w:val="24"/>
          <w:szCs w:val="24"/>
        </w:rPr>
      </w:pPr>
      <w:r w:rsidRPr="007920CA">
        <w:rPr>
          <w:rFonts w:ascii="Times New Roman" w:hAnsi="Times New Roman"/>
          <w:b/>
          <w:sz w:val="24"/>
          <w:szCs w:val="24"/>
        </w:rPr>
        <w:t xml:space="preserve">Приложение №2 к договору  № ______ </w:t>
      </w:r>
    </w:p>
    <w:p w14:paraId="35FE158A" w14:textId="32E98B2F" w:rsidR="00A146A6" w:rsidRPr="005A3B64" w:rsidRDefault="007920CA" w:rsidP="005A3B64">
      <w:pPr>
        <w:keepNext/>
        <w:keepLines/>
        <w:tabs>
          <w:tab w:val="left" w:pos="0"/>
          <w:tab w:val="left" w:pos="6237"/>
          <w:tab w:val="left" w:pos="6804"/>
        </w:tabs>
        <w:spacing w:after="0" w:line="240" w:lineRule="auto"/>
        <w:ind w:right="-1"/>
        <w:jc w:val="right"/>
        <w:outlineLvl w:val="0"/>
        <w:rPr>
          <w:rFonts w:ascii="Times New Roman" w:hAnsi="Times New Roman"/>
          <w:b/>
          <w:sz w:val="24"/>
          <w:szCs w:val="24"/>
        </w:rPr>
      </w:pPr>
      <w:r w:rsidRPr="007920CA">
        <w:rPr>
          <w:rFonts w:ascii="Times New Roman" w:hAnsi="Times New Roman"/>
          <w:b/>
          <w:sz w:val="24"/>
          <w:szCs w:val="24"/>
        </w:rPr>
        <w:t>от «___» _________ 20</w:t>
      </w:r>
      <w:r>
        <w:rPr>
          <w:rFonts w:ascii="Times New Roman" w:hAnsi="Times New Roman"/>
          <w:b/>
          <w:sz w:val="24"/>
          <w:szCs w:val="24"/>
        </w:rPr>
        <w:t>____</w:t>
      </w:r>
      <w:r w:rsidRPr="007920CA">
        <w:rPr>
          <w:rFonts w:ascii="Times New Roman" w:hAnsi="Times New Roman"/>
          <w:b/>
          <w:sz w:val="24"/>
          <w:szCs w:val="24"/>
        </w:rPr>
        <w:t xml:space="preserve"> г.</w:t>
      </w:r>
      <w:bookmarkEnd w:id="0"/>
      <w:r w:rsidR="008F0F5F">
        <w:rPr>
          <w:rFonts w:ascii="Times New Roman" w:hAnsi="Times New Roman"/>
          <w:b/>
          <w:sz w:val="24"/>
          <w:szCs w:val="24"/>
        </w:rPr>
        <w:t xml:space="preserve">                     </w:t>
      </w:r>
    </w:p>
    <w:p w14:paraId="6F8D30B0" w14:textId="77777777" w:rsidR="00A146A6" w:rsidRPr="00A147E7" w:rsidRDefault="00A146A6" w:rsidP="00DA0023">
      <w:pPr>
        <w:pStyle w:val="af1"/>
        <w:jc w:val="both"/>
        <w:rPr>
          <w:rFonts w:ascii="Times New Roman" w:hAnsi="Times New Roman"/>
          <w:b/>
          <w:sz w:val="24"/>
          <w:szCs w:val="24"/>
        </w:rPr>
      </w:pPr>
    </w:p>
    <w:p w14:paraId="2D2B4F30" w14:textId="77777777" w:rsidR="00613AA3" w:rsidRPr="006F4CD5" w:rsidRDefault="00012021" w:rsidP="0023175D">
      <w:pPr>
        <w:pStyle w:val="af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</w:t>
      </w:r>
    </w:p>
    <w:p w14:paraId="4B3EA802" w14:textId="77777777" w:rsidR="00613AA3" w:rsidRPr="006F4CD5" w:rsidRDefault="00613AA3" w:rsidP="0023175D">
      <w:pPr>
        <w:pStyle w:val="af1"/>
        <w:jc w:val="center"/>
        <w:rPr>
          <w:rFonts w:ascii="Times New Roman" w:hAnsi="Times New Roman"/>
          <w:b/>
          <w:sz w:val="24"/>
          <w:szCs w:val="24"/>
        </w:rPr>
      </w:pPr>
    </w:p>
    <w:p w14:paraId="092E66CD" w14:textId="7189B701" w:rsidR="0023175D" w:rsidRPr="0023175D" w:rsidRDefault="0023175D" w:rsidP="0023175D">
      <w:pPr>
        <w:pStyle w:val="af1"/>
        <w:jc w:val="center"/>
        <w:rPr>
          <w:rFonts w:ascii="Times New Roman" w:eastAsia="Aptos" w:hAnsi="Times New Roman"/>
          <w:b/>
          <w:bCs/>
          <w:kern w:val="36"/>
          <w:sz w:val="24"/>
          <w:szCs w:val="24"/>
          <w:lang w:val="ru-KZ" w:eastAsia="ru-KZ"/>
          <w14:ligatures w14:val="standardContextual"/>
        </w:rPr>
      </w:pPr>
      <w:r w:rsidRPr="0023175D">
        <w:rPr>
          <w:rFonts w:ascii="Times New Roman" w:eastAsia="Aptos" w:hAnsi="Times New Roman"/>
          <w:b/>
          <w:bCs/>
          <w:kern w:val="36"/>
          <w:sz w:val="24"/>
          <w:szCs w:val="24"/>
          <w:lang w:val="ru-KZ" w:eastAsia="ru-KZ"/>
          <w14:ligatures w14:val="standardContextual"/>
        </w:rPr>
        <w:t>ТЕХНИЧЕСКАЯ СПЕЦИФИКАЦИЯ</w:t>
      </w:r>
    </w:p>
    <w:p w14:paraId="3BDF1F44" w14:textId="40F23959" w:rsidR="0023175D" w:rsidRDefault="00A146A6" w:rsidP="0023175D">
      <w:pPr>
        <w:pStyle w:val="af1"/>
        <w:jc w:val="center"/>
        <w:rPr>
          <w:rFonts w:ascii="Times New Roman" w:hAnsi="Times New Roman"/>
          <w:b/>
          <w:sz w:val="24"/>
          <w:szCs w:val="24"/>
        </w:rPr>
      </w:pPr>
      <w:r w:rsidRPr="00A147E7">
        <w:rPr>
          <w:rFonts w:ascii="Times New Roman" w:hAnsi="Times New Roman"/>
          <w:b/>
          <w:sz w:val="24"/>
          <w:szCs w:val="24"/>
        </w:rPr>
        <w:t>на услуги</w:t>
      </w:r>
      <w:r w:rsidR="003E7074" w:rsidRPr="003E7074">
        <w:rPr>
          <w:rFonts w:ascii="Times New Roman" w:hAnsi="Times New Roman"/>
          <w:b/>
          <w:sz w:val="24"/>
          <w:szCs w:val="24"/>
        </w:rPr>
        <w:t xml:space="preserve"> по техническому обслуживанию электрического, электрораспределительного/регулирующего оборудования и аналогичной аппаратуры</w:t>
      </w:r>
    </w:p>
    <w:p w14:paraId="7788F879" w14:textId="77777777" w:rsidR="0023175D" w:rsidRDefault="003E7074" w:rsidP="0023175D">
      <w:pPr>
        <w:pStyle w:val="af1"/>
        <w:jc w:val="center"/>
        <w:rPr>
          <w:rFonts w:ascii="Times New Roman" w:hAnsi="Times New Roman"/>
          <w:bCs/>
          <w:i/>
          <w:iCs/>
          <w:sz w:val="24"/>
          <w:szCs w:val="24"/>
        </w:rPr>
      </w:pPr>
      <w:r w:rsidRPr="0023175D">
        <w:rPr>
          <w:rFonts w:ascii="Times New Roman" w:hAnsi="Times New Roman"/>
          <w:bCs/>
          <w:i/>
          <w:iCs/>
          <w:sz w:val="24"/>
          <w:szCs w:val="24"/>
        </w:rPr>
        <w:t>(Сервисное обслуживание электрооборудования ПС-110/35/6 кВ "Урихтау", электрооборудования месторождения Урихтау, вахтового лагеря и промышленной базы</w:t>
      </w:r>
    </w:p>
    <w:p w14:paraId="1691BCD0" w14:textId="2D82371C" w:rsidR="000642A4" w:rsidRPr="0023175D" w:rsidRDefault="003E7074" w:rsidP="0023175D">
      <w:pPr>
        <w:pStyle w:val="af1"/>
        <w:jc w:val="center"/>
        <w:rPr>
          <w:rFonts w:ascii="Times New Roman" w:hAnsi="Times New Roman"/>
          <w:bCs/>
          <w:sz w:val="24"/>
          <w:szCs w:val="24"/>
        </w:rPr>
      </w:pPr>
      <w:r w:rsidRPr="0023175D">
        <w:rPr>
          <w:rFonts w:ascii="Times New Roman" w:hAnsi="Times New Roman"/>
          <w:bCs/>
          <w:i/>
          <w:iCs/>
          <w:sz w:val="24"/>
          <w:szCs w:val="24"/>
        </w:rPr>
        <w:t xml:space="preserve"> ТОО "</w:t>
      </w:r>
      <w:r w:rsidR="007F102E" w:rsidRPr="0023175D">
        <w:rPr>
          <w:rFonts w:ascii="Times New Roman" w:hAnsi="Times New Roman"/>
          <w:bCs/>
          <w:i/>
          <w:iCs/>
          <w:sz w:val="24"/>
          <w:szCs w:val="24"/>
        </w:rPr>
        <w:t>Урихтау Оперейтинг</w:t>
      </w:r>
      <w:r w:rsidRPr="0023175D">
        <w:rPr>
          <w:rFonts w:ascii="Times New Roman" w:hAnsi="Times New Roman"/>
          <w:bCs/>
          <w:i/>
          <w:iCs/>
          <w:sz w:val="24"/>
          <w:szCs w:val="24"/>
        </w:rPr>
        <w:t>")</w:t>
      </w:r>
    </w:p>
    <w:p w14:paraId="70052830" w14:textId="77777777" w:rsidR="000642A4" w:rsidRPr="0023175D" w:rsidRDefault="000642A4" w:rsidP="000642A4">
      <w:pPr>
        <w:pStyle w:val="af1"/>
        <w:jc w:val="both"/>
        <w:rPr>
          <w:rFonts w:ascii="Times New Roman" w:hAnsi="Times New Roman"/>
          <w:bCs/>
          <w:sz w:val="24"/>
          <w:szCs w:val="24"/>
        </w:rPr>
      </w:pPr>
    </w:p>
    <w:p w14:paraId="10E3B539" w14:textId="4E4E74F4" w:rsidR="00724954" w:rsidRPr="00A147E7" w:rsidRDefault="005A3B64" w:rsidP="000642A4">
      <w:pPr>
        <w:pStyle w:val="af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724954" w:rsidRPr="00A147E7">
        <w:rPr>
          <w:rFonts w:ascii="Times New Roman" w:hAnsi="Times New Roman"/>
          <w:sz w:val="24"/>
          <w:szCs w:val="24"/>
        </w:rPr>
        <w:t xml:space="preserve">Перечень объектов и оборудования подлежащих обслуживанию указан в </w:t>
      </w:r>
      <w:r w:rsidR="00D26F65">
        <w:rPr>
          <w:rFonts w:ascii="Times New Roman" w:hAnsi="Times New Roman"/>
          <w:sz w:val="24"/>
          <w:szCs w:val="24"/>
        </w:rPr>
        <w:t>П</w:t>
      </w:r>
      <w:r w:rsidR="00724954" w:rsidRPr="00A147E7">
        <w:rPr>
          <w:rFonts w:ascii="Times New Roman" w:hAnsi="Times New Roman"/>
          <w:sz w:val="24"/>
          <w:szCs w:val="24"/>
        </w:rPr>
        <w:t xml:space="preserve">риложении </w:t>
      </w:r>
      <w:r w:rsidR="00D22146" w:rsidRPr="00A147E7">
        <w:rPr>
          <w:rFonts w:ascii="Times New Roman" w:hAnsi="Times New Roman"/>
          <w:sz w:val="24"/>
          <w:szCs w:val="24"/>
        </w:rPr>
        <w:t>№</w:t>
      </w:r>
      <w:r w:rsidR="00724954" w:rsidRPr="00A147E7">
        <w:rPr>
          <w:rFonts w:ascii="Times New Roman" w:hAnsi="Times New Roman"/>
          <w:sz w:val="24"/>
          <w:szCs w:val="24"/>
        </w:rPr>
        <w:t>1 к данной технической спецификации.</w:t>
      </w:r>
    </w:p>
    <w:p w14:paraId="0AAC01E2" w14:textId="107AADB2" w:rsidR="001E3178" w:rsidRDefault="00724954" w:rsidP="00DA0023">
      <w:pPr>
        <w:jc w:val="both"/>
        <w:rPr>
          <w:rFonts w:ascii="Times New Roman" w:hAnsi="Times New Roman"/>
          <w:sz w:val="24"/>
          <w:szCs w:val="24"/>
        </w:rPr>
      </w:pPr>
      <w:r w:rsidRPr="00A147E7">
        <w:rPr>
          <w:rFonts w:ascii="Times New Roman" w:hAnsi="Times New Roman"/>
          <w:sz w:val="24"/>
          <w:szCs w:val="24"/>
        </w:rPr>
        <w:t xml:space="preserve">Данная техническая спецификация предполагает оказание услуг технического обслуживания и текущего </w:t>
      </w:r>
      <w:r w:rsidR="00FE659E" w:rsidRPr="00A147E7">
        <w:rPr>
          <w:rFonts w:ascii="Times New Roman" w:hAnsi="Times New Roman"/>
          <w:sz w:val="24"/>
          <w:szCs w:val="24"/>
        </w:rPr>
        <w:t>ремонта электрооборудования</w:t>
      </w:r>
      <w:r w:rsidR="00DE040D" w:rsidRPr="00A147E7">
        <w:rPr>
          <w:rFonts w:ascii="Times New Roman" w:hAnsi="Times New Roman"/>
          <w:sz w:val="24"/>
          <w:szCs w:val="24"/>
        </w:rPr>
        <w:t>:</w:t>
      </w:r>
    </w:p>
    <w:p w14:paraId="7EC0F9ED" w14:textId="1E560171" w:rsidR="0054414E" w:rsidRDefault="0054414E" w:rsidP="0054414E">
      <w:pPr>
        <w:spacing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</w:rPr>
        <w:t>ОБЩИЕ ДАННЫЕ</w:t>
      </w:r>
    </w:p>
    <w:p w14:paraId="05EA6F99" w14:textId="77777777" w:rsidR="00613AA3" w:rsidRDefault="00613AA3" w:rsidP="004C05ED">
      <w:pPr>
        <w:spacing w:line="240" w:lineRule="auto"/>
        <w:contextualSpacing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14:paraId="03D0FB18" w14:textId="05E23AE6" w:rsidR="004C05ED" w:rsidRPr="00613AA3" w:rsidRDefault="004C05ED">
      <w:pPr>
        <w:pStyle w:val="af3"/>
        <w:numPr>
          <w:ilvl w:val="0"/>
          <w:numId w:val="10"/>
        </w:numPr>
        <w:spacing w:line="240" w:lineRule="auto"/>
        <w:jc w:val="both"/>
        <w:rPr>
          <w:rFonts w:ascii="Times New Roman" w:hAnsi="Times New Roman"/>
          <w:b/>
          <w:sz w:val="24"/>
          <w:szCs w:val="24"/>
          <w:lang w:val="en-US"/>
        </w:rPr>
      </w:pPr>
      <w:r w:rsidRPr="00613AA3">
        <w:rPr>
          <w:rFonts w:ascii="Times New Roman" w:hAnsi="Times New Roman"/>
          <w:b/>
          <w:sz w:val="24"/>
          <w:szCs w:val="24"/>
        </w:rPr>
        <w:t>Область оказания Услуг.</w:t>
      </w:r>
    </w:p>
    <w:p w14:paraId="2E51D6D9" w14:textId="3C97EAD0" w:rsidR="00613AA3" w:rsidRPr="00613AA3" w:rsidRDefault="00613AA3" w:rsidP="00613AA3">
      <w:pPr>
        <w:pStyle w:val="af1"/>
        <w:ind w:firstLine="360"/>
        <w:jc w:val="both"/>
        <w:rPr>
          <w:rFonts w:ascii="Times New Roman" w:hAnsi="Times New Roman"/>
          <w:sz w:val="24"/>
          <w:szCs w:val="24"/>
        </w:rPr>
      </w:pPr>
      <w:r w:rsidRPr="00613AA3">
        <w:rPr>
          <w:rFonts w:ascii="Times New Roman" w:hAnsi="Times New Roman"/>
          <w:sz w:val="24"/>
          <w:szCs w:val="24"/>
        </w:rPr>
        <w:t>Нефтегазоконденсатное месторождение Урихтау, открытое в 1983 году, расположено на территории Мугалжарского района Актюбинской области Республики Казахстан в 215 км к югу от города Актобе. В 2015 году открыто месторождение Восточный Урихтау и месторождение Южный Урихтау.</w:t>
      </w:r>
    </w:p>
    <w:p w14:paraId="14AC0CDE" w14:textId="77777777" w:rsidR="00613AA3" w:rsidRPr="00613AA3" w:rsidRDefault="00613AA3" w:rsidP="00613AA3">
      <w:pPr>
        <w:pStyle w:val="af1"/>
        <w:jc w:val="both"/>
        <w:rPr>
          <w:rFonts w:ascii="Times New Roman" w:hAnsi="Times New Roman"/>
          <w:sz w:val="24"/>
          <w:szCs w:val="24"/>
        </w:rPr>
      </w:pPr>
      <w:r w:rsidRPr="00613AA3">
        <w:rPr>
          <w:rFonts w:ascii="Times New Roman" w:hAnsi="Times New Roman"/>
          <w:sz w:val="24"/>
          <w:szCs w:val="24"/>
        </w:rPr>
        <w:t xml:space="preserve"> В этой части нефтегазоносного региона ранее открыты и уже разрабатываются месторождения нефти и газа Жанажол (10-12км восточнее), Кенкияк (50км севернее), Алибекмола (20 км северо-восточнее) и Кожасай (7-8 км юго-западнее). </w:t>
      </w:r>
    </w:p>
    <w:p w14:paraId="27764AF3" w14:textId="77777777" w:rsidR="00613AA3" w:rsidRPr="00613AA3" w:rsidRDefault="00613AA3" w:rsidP="00613AA3">
      <w:pPr>
        <w:pStyle w:val="af1"/>
        <w:jc w:val="both"/>
        <w:rPr>
          <w:rFonts w:ascii="Times New Roman" w:hAnsi="Times New Roman"/>
          <w:sz w:val="24"/>
          <w:szCs w:val="24"/>
        </w:rPr>
      </w:pPr>
      <w:r w:rsidRPr="00613AA3">
        <w:rPr>
          <w:rFonts w:ascii="Times New Roman" w:hAnsi="Times New Roman"/>
          <w:sz w:val="24"/>
          <w:szCs w:val="24"/>
        </w:rPr>
        <w:t xml:space="preserve">Среднегодовые температуры разнятся между -40 и +40 С. </w:t>
      </w:r>
    </w:p>
    <w:p w14:paraId="017CDDB3" w14:textId="77777777" w:rsidR="00613AA3" w:rsidRPr="00613AA3" w:rsidRDefault="00613AA3" w:rsidP="00DA0023">
      <w:pPr>
        <w:pStyle w:val="af1"/>
        <w:jc w:val="both"/>
        <w:rPr>
          <w:rFonts w:ascii="Times New Roman" w:hAnsi="Times New Roman"/>
          <w:sz w:val="24"/>
          <w:szCs w:val="24"/>
        </w:rPr>
      </w:pPr>
    </w:p>
    <w:p w14:paraId="4FBDA1B1" w14:textId="0FEC90D4" w:rsidR="000233C2" w:rsidRDefault="00F0143A" w:rsidP="00DA0023">
      <w:pPr>
        <w:pStyle w:val="af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0233C2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</w:t>
      </w:r>
      <w:r w:rsidR="000233C2">
        <w:rPr>
          <w:rFonts w:ascii="Times New Roman" w:hAnsi="Times New Roman"/>
          <w:sz w:val="24"/>
          <w:szCs w:val="24"/>
        </w:rPr>
        <w:t xml:space="preserve">Сервисного </w:t>
      </w:r>
      <w:r w:rsidR="00FE659E">
        <w:rPr>
          <w:rFonts w:ascii="Times New Roman" w:hAnsi="Times New Roman"/>
          <w:sz w:val="24"/>
          <w:szCs w:val="24"/>
        </w:rPr>
        <w:t>обслуживания электрооборудования</w:t>
      </w:r>
      <w:r w:rsidR="000233C2">
        <w:rPr>
          <w:rFonts w:ascii="Times New Roman" w:hAnsi="Times New Roman"/>
          <w:sz w:val="24"/>
          <w:szCs w:val="24"/>
        </w:rPr>
        <w:t xml:space="preserve"> ПС 110/35/6 кВ «Урихтау» контрольно-измерительных п</w:t>
      </w:r>
      <w:r w:rsidR="0077691F">
        <w:rPr>
          <w:rFonts w:ascii="Times New Roman" w:hAnsi="Times New Roman"/>
          <w:sz w:val="24"/>
          <w:szCs w:val="24"/>
        </w:rPr>
        <w:t>риборов и средств автоматизации;</w:t>
      </w:r>
    </w:p>
    <w:p w14:paraId="38F0EAED" w14:textId="617F29A9" w:rsidR="000233C2" w:rsidRDefault="00F0143A" w:rsidP="00DA0023">
      <w:pPr>
        <w:pStyle w:val="af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0233C2"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 xml:space="preserve"> </w:t>
      </w:r>
      <w:r w:rsidR="00FE659E">
        <w:rPr>
          <w:rFonts w:ascii="Times New Roman" w:hAnsi="Times New Roman"/>
          <w:sz w:val="24"/>
          <w:szCs w:val="24"/>
        </w:rPr>
        <w:t>Сервисного обслуживания</w:t>
      </w:r>
      <w:r w:rsidR="000233C2">
        <w:rPr>
          <w:rFonts w:ascii="Times New Roman" w:hAnsi="Times New Roman"/>
          <w:sz w:val="24"/>
          <w:szCs w:val="24"/>
        </w:rPr>
        <w:t xml:space="preserve"> </w:t>
      </w:r>
      <w:r w:rsidR="008F5228">
        <w:rPr>
          <w:rFonts w:ascii="Times New Roman" w:hAnsi="Times New Roman"/>
          <w:sz w:val="24"/>
          <w:szCs w:val="24"/>
          <w:lang w:val="kk-KZ"/>
        </w:rPr>
        <w:t xml:space="preserve">двух </w:t>
      </w:r>
      <w:r w:rsidR="000233C2">
        <w:rPr>
          <w:rFonts w:ascii="Times New Roman" w:hAnsi="Times New Roman"/>
          <w:sz w:val="24"/>
          <w:szCs w:val="24"/>
        </w:rPr>
        <w:t>ВЛ110 кВ от ПС 110/35/6 кВ «Урихтау» до ОРУ-№3; и ОРУ-№4 ТОО «Жан</w:t>
      </w:r>
      <w:r w:rsidR="00DE0519">
        <w:rPr>
          <w:rFonts w:ascii="Times New Roman" w:hAnsi="Times New Roman"/>
          <w:sz w:val="24"/>
          <w:szCs w:val="24"/>
        </w:rPr>
        <w:t xml:space="preserve">ажольская ГТЭС» протяженностью </w:t>
      </w:r>
      <w:r w:rsidR="00DE0519" w:rsidRPr="00431A04">
        <w:rPr>
          <w:rFonts w:ascii="Times New Roman" w:hAnsi="Times New Roman"/>
          <w:sz w:val="24"/>
          <w:szCs w:val="24"/>
        </w:rPr>
        <w:t>8,3</w:t>
      </w:r>
      <w:r w:rsidR="0077691F">
        <w:rPr>
          <w:rFonts w:ascii="Times New Roman" w:hAnsi="Times New Roman"/>
          <w:sz w:val="24"/>
          <w:szCs w:val="24"/>
        </w:rPr>
        <w:t xml:space="preserve"> км каждая;</w:t>
      </w:r>
    </w:p>
    <w:p w14:paraId="0D7167F5" w14:textId="6E0669C8" w:rsidR="000233C2" w:rsidRDefault="00F0143A" w:rsidP="00DA0023">
      <w:pPr>
        <w:pStyle w:val="af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FE659E">
        <w:rPr>
          <w:rFonts w:ascii="Times New Roman" w:hAnsi="Times New Roman"/>
          <w:sz w:val="24"/>
          <w:szCs w:val="24"/>
        </w:rPr>
        <w:t>3. Сервисного обслуживания электрооборудования</w:t>
      </w:r>
      <w:r w:rsidR="000233C2">
        <w:rPr>
          <w:rFonts w:ascii="Times New Roman" w:hAnsi="Times New Roman"/>
          <w:sz w:val="24"/>
          <w:szCs w:val="24"/>
        </w:rPr>
        <w:t xml:space="preserve"> на территории ОРУ-№3 и ОРУ-№4 </w:t>
      </w:r>
      <w:r w:rsidR="0074542A">
        <w:rPr>
          <w:rFonts w:ascii="Times New Roman" w:hAnsi="Times New Roman"/>
          <w:sz w:val="24"/>
          <w:szCs w:val="24"/>
        </w:rPr>
        <w:t xml:space="preserve">              ТОО «Жанажольская ГТЭС» </w:t>
      </w:r>
      <w:r w:rsidR="000233C2">
        <w:rPr>
          <w:rFonts w:ascii="Times New Roman" w:hAnsi="Times New Roman"/>
          <w:sz w:val="24"/>
          <w:szCs w:val="24"/>
        </w:rPr>
        <w:t>принадле</w:t>
      </w:r>
      <w:r w:rsidR="0077691F">
        <w:rPr>
          <w:rFonts w:ascii="Times New Roman" w:hAnsi="Times New Roman"/>
          <w:sz w:val="24"/>
          <w:szCs w:val="24"/>
        </w:rPr>
        <w:t>жности ТОО «Урихтау Оперейтинг»;</w:t>
      </w:r>
    </w:p>
    <w:p w14:paraId="52ADDE05" w14:textId="2F2B8C8E" w:rsidR="000233C2" w:rsidRDefault="00F0143A" w:rsidP="00DA0023">
      <w:pPr>
        <w:pStyle w:val="af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FE659E">
        <w:rPr>
          <w:rFonts w:ascii="Times New Roman" w:hAnsi="Times New Roman"/>
          <w:sz w:val="24"/>
          <w:szCs w:val="24"/>
        </w:rPr>
        <w:t>4. Сервисного обслуживания</w:t>
      </w:r>
      <w:r w:rsidR="000233C2">
        <w:rPr>
          <w:rFonts w:ascii="Times New Roman" w:hAnsi="Times New Roman"/>
          <w:sz w:val="24"/>
          <w:szCs w:val="24"/>
        </w:rPr>
        <w:t xml:space="preserve"> электрооборудования </w:t>
      </w:r>
      <w:r w:rsidR="002E3CE8">
        <w:rPr>
          <w:rFonts w:ascii="Times New Roman" w:hAnsi="Times New Roman"/>
          <w:sz w:val="24"/>
          <w:szCs w:val="24"/>
        </w:rPr>
        <w:t>ДНС (д</w:t>
      </w:r>
      <w:r w:rsidR="000233C2">
        <w:rPr>
          <w:rFonts w:ascii="Times New Roman" w:hAnsi="Times New Roman"/>
          <w:sz w:val="24"/>
          <w:szCs w:val="24"/>
        </w:rPr>
        <w:t>ожимной насосной станции</w:t>
      </w:r>
      <w:r w:rsidR="002E3CE8">
        <w:rPr>
          <w:rFonts w:ascii="Times New Roman" w:hAnsi="Times New Roman"/>
          <w:sz w:val="24"/>
          <w:szCs w:val="24"/>
        </w:rPr>
        <w:t>)</w:t>
      </w:r>
      <w:r w:rsidR="0077691F">
        <w:rPr>
          <w:rFonts w:ascii="Times New Roman" w:hAnsi="Times New Roman"/>
          <w:sz w:val="24"/>
          <w:szCs w:val="24"/>
        </w:rPr>
        <w:t>;</w:t>
      </w:r>
    </w:p>
    <w:p w14:paraId="600D20FB" w14:textId="382D14A1" w:rsidR="0074542A" w:rsidRDefault="00F0143A" w:rsidP="00DA0023">
      <w:pPr>
        <w:pStyle w:val="af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FE659E" w:rsidRPr="00F46D9F">
        <w:rPr>
          <w:rFonts w:ascii="Times New Roman" w:hAnsi="Times New Roman"/>
          <w:sz w:val="24"/>
          <w:szCs w:val="24"/>
        </w:rPr>
        <w:t>5</w:t>
      </w:r>
      <w:r w:rsidR="00FE659E">
        <w:rPr>
          <w:rFonts w:ascii="Times New Roman" w:hAnsi="Times New Roman"/>
          <w:sz w:val="24"/>
          <w:szCs w:val="24"/>
        </w:rPr>
        <w:t>.</w:t>
      </w:r>
      <w:r w:rsidR="00FE659E" w:rsidRPr="009C1DA4">
        <w:rPr>
          <w:rFonts w:ascii="Times New Roman" w:hAnsi="Times New Roman"/>
          <w:sz w:val="24"/>
          <w:szCs w:val="24"/>
        </w:rPr>
        <w:t>Сервисного</w:t>
      </w:r>
      <w:r w:rsidR="000233C2" w:rsidRPr="009C1DA4">
        <w:rPr>
          <w:rFonts w:ascii="Times New Roman" w:hAnsi="Times New Roman"/>
          <w:sz w:val="24"/>
          <w:szCs w:val="24"/>
        </w:rPr>
        <w:t xml:space="preserve"> об</w:t>
      </w:r>
      <w:r w:rsidR="002E3CE8" w:rsidRPr="009C1DA4">
        <w:rPr>
          <w:rFonts w:ascii="Times New Roman" w:hAnsi="Times New Roman"/>
          <w:sz w:val="24"/>
          <w:szCs w:val="24"/>
        </w:rPr>
        <w:t>сл</w:t>
      </w:r>
      <w:r w:rsidR="00026CFF" w:rsidRPr="009C1DA4">
        <w:rPr>
          <w:rFonts w:ascii="Times New Roman" w:hAnsi="Times New Roman"/>
          <w:sz w:val="24"/>
          <w:szCs w:val="24"/>
        </w:rPr>
        <w:t>уживания электрооборудования</w:t>
      </w:r>
      <w:r w:rsidR="000233C2" w:rsidRPr="009C1DA4">
        <w:rPr>
          <w:rFonts w:ascii="Times New Roman" w:hAnsi="Times New Roman"/>
          <w:sz w:val="24"/>
          <w:szCs w:val="24"/>
        </w:rPr>
        <w:t xml:space="preserve"> нефтяных скважин </w:t>
      </w:r>
      <w:r w:rsidR="002E3CE8" w:rsidRPr="009C1DA4">
        <w:rPr>
          <w:rFonts w:ascii="Times New Roman" w:hAnsi="Times New Roman"/>
          <w:sz w:val="24"/>
          <w:szCs w:val="24"/>
        </w:rPr>
        <w:t xml:space="preserve">месторождения Восточного </w:t>
      </w:r>
      <w:r w:rsidR="00FE659E" w:rsidRPr="009C1DA4">
        <w:rPr>
          <w:rFonts w:ascii="Times New Roman" w:hAnsi="Times New Roman"/>
          <w:sz w:val="24"/>
          <w:szCs w:val="24"/>
        </w:rPr>
        <w:t>Урихтау ВУ</w:t>
      </w:r>
      <w:r w:rsidR="002E3CE8" w:rsidRPr="009C1DA4">
        <w:rPr>
          <w:rFonts w:ascii="Times New Roman" w:hAnsi="Times New Roman"/>
          <w:sz w:val="24"/>
          <w:szCs w:val="24"/>
        </w:rPr>
        <w:t>-1; ВУ-2</w:t>
      </w:r>
      <w:r w:rsidR="00C36DBD" w:rsidRPr="009C1DA4">
        <w:rPr>
          <w:rFonts w:ascii="Times New Roman" w:hAnsi="Times New Roman"/>
          <w:sz w:val="24"/>
          <w:szCs w:val="24"/>
        </w:rPr>
        <w:t xml:space="preserve">; </w:t>
      </w:r>
      <w:r w:rsidR="003E7074" w:rsidRPr="009C1DA4">
        <w:rPr>
          <w:rFonts w:ascii="Times New Roman" w:hAnsi="Times New Roman"/>
          <w:sz w:val="24"/>
          <w:szCs w:val="24"/>
        </w:rPr>
        <w:t>ВУ-3; ВУ-4</w:t>
      </w:r>
      <w:r w:rsidR="00C856C3" w:rsidRPr="009C1DA4">
        <w:rPr>
          <w:rFonts w:ascii="Times New Roman" w:hAnsi="Times New Roman"/>
          <w:i/>
          <w:iCs/>
          <w:sz w:val="24"/>
          <w:szCs w:val="24"/>
        </w:rPr>
        <w:t xml:space="preserve">; </w:t>
      </w:r>
      <w:r w:rsidR="00BC028B">
        <w:rPr>
          <w:rFonts w:ascii="Times New Roman" w:hAnsi="Times New Roman"/>
          <w:bCs/>
          <w:sz w:val="24"/>
          <w:szCs w:val="24"/>
        </w:rPr>
        <w:t>ВУ</w:t>
      </w:r>
      <w:r w:rsidR="00BC028B" w:rsidRPr="00C6532C">
        <w:rPr>
          <w:rFonts w:ascii="Times New Roman" w:hAnsi="Times New Roman"/>
          <w:bCs/>
          <w:sz w:val="24"/>
          <w:szCs w:val="24"/>
        </w:rPr>
        <w:t>-</w:t>
      </w:r>
      <w:r w:rsidR="00BC028B">
        <w:rPr>
          <w:rFonts w:ascii="Times New Roman" w:hAnsi="Times New Roman"/>
          <w:bCs/>
          <w:sz w:val="24"/>
          <w:szCs w:val="24"/>
        </w:rPr>
        <w:t>5;</w:t>
      </w:r>
      <w:r w:rsidR="00BC028B" w:rsidRPr="00C6532C">
        <w:rPr>
          <w:rFonts w:ascii="Times New Roman" w:hAnsi="Times New Roman"/>
          <w:bCs/>
          <w:sz w:val="24"/>
          <w:szCs w:val="24"/>
        </w:rPr>
        <w:t xml:space="preserve"> </w:t>
      </w:r>
      <w:r w:rsidR="00BC028B">
        <w:rPr>
          <w:rFonts w:ascii="Times New Roman" w:hAnsi="Times New Roman"/>
          <w:bCs/>
          <w:sz w:val="24"/>
          <w:szCs w:val="24"/>
        </w:rPr>
        <w:t>ВУ</w:t>
      </w:r>
      <w:r w:rsidR="00BC028B" w:rsidRPr="00C6532C">
        <w:rPr>
          <w:rFonts w:ascii="Times New Roman" w:hAnsi="Times New Roman"/>
          <w:bCs/>
          <w:sz w:val="24"/>
          <w:szCs w:val="24"/>
        </w:rPr>
        <w:t>-6</w:t>
      </w:r>
      <w:r w:rsidR="00BC028B">
        <w:rPr>
          <w:rFonts w:ascii="Times New Roman" w:hAnsi="Times New Roman"/>
          <w:bCs/>
          <w:sz w:val="24"/>
          <w:szCs w:val="24"/>
        </w:rPr>
        <w:t xml:space="preserve">; </w:t>
      </w:r>
      <w:r w:rsidR="00BC028B" w:rsidRPr="004F3892">
        <w:rPr>
          <w:rFonts w:ascii="Times New Roman" w:hAnsi="Times New Roman"/>
          <w:bCs/>
          <w:sz w:val="24"/>
          <w:szCs w:val="24"/>
        </w:rPr>
        <w:t>ВУ-7; ВУ-8;</w:t>
      </w:r>
      <w:r w:rsidR="00BC028B" w:rsidRPr="00FC58E9">
        <w:rPr>
          <w:rFonts w:ascii="Times New Roman" w:hAnsi="Times New Roman"/>
          <w:bCs/>
          <w:sz w:val="24"/>
          <w:szCs w:val="24"/>
        </w:rPr>
        <w:t xml:space="preserve"> </w:t>
      </w:r>
      <w:r w:rsidR="00BC028B">
        <w:rPr>
          <w:rFonts w:ascii="Times New Roman" w:hAnsi="Times New Roman"/>
          <w:bCs/>
          <w:sz w:val="24"/>
          <w:szCs w:val="24"/>
        </w:rPr>
        <w:t>ВУ</w:t>
      </w:r>
      <w:r w:rsidR="00BC028B" w:rsidRPr="00C6532C">
        <w:rPr>
          <w:rFonts w:ascii="Times New Roman" w:hAnsi="Times New Roman"/>
          <w:bCs/>
          <w:sz w:val="24"/>
          <w:szCs w:val="24"/>
        </w:rPr>
        <w:t>-</w:t>
      </w:r>
      <w:r w:rsidR="00BC028B">
        <w:rPr>
          <w:rFonts w:ascii="Times New Roman" w:hAnsi="Times New Roman"/>
          <w:bCs/>
          <w:sz w:val="24"/>
          <w:szCs w:val="24"/>
        </w:rPr>
        <w:t>9; ВУ</w:t>
      </w:r>
      <w:r w:rsidR="00BC028B" w:rsidRPr="00C6532C">
        <w:rPr>
          <w:rFonts w:ascii="Times New Roman" w:hAnsi="Times New Roman"/>
          <w:bCs/>
          <w:sz w:val="24"/>
          <w:szCs w:val="24"/>
        </w:rPr>
        <w:t>-</w:t>
      </w:r>
      <w:r w:rsidR="00BC028B">
        <w:rPr>
          <w:rFonts w:ascii="Times New Roman" w:hAnsi="Times New Roman"/>
          <w:bCs/>
          <w:sz w:val="24"/>
          <w:szCs w:val="24"/>
        </w:rPr>
        <w:t>10</w:t>
      </w:r>
      <w:r w:rsidR="00D30D3C" w:rsidRPr="008E5535">
        <w:rPr>
          <w:rFonts w:ascii="Times New Roman" w:hAnsi="Times New Roman"/>
          <w:sz w:val="24"/>
          <w:szCs w:val="24"/>
        </w:rPr>
        <w:t xml:space="preserve">; </w:t>
      </w:r>
      <w:r w:rsidR="000233C2" w:rsidRPr="009C1DA4">
        <w:rPr>
          <w:rFonts w:ascii="Times New Roman" w:hAnsi="Times New Roman"/>
          <w:sz w:val="24"/>
          <w:szCs w:val="24"/>
        </w:rPr>
        <w:t xml:space="preserve">АГЗУ </w:t>
      </w:r>
      <w:r w:rsidR="002E3CE8" w:rsidRPr="009C1DA4">
        <w:rPr>
          <w:rFonts w:ascii="Times New Roman" w:hAnsi="Times New Roman"/>
          <w:sz w:val="24"/>
          <w:szCs w:val="24"/>
        </w:rPr>
        <w:t>№ 4</w:t>
      </w:r>
      <w:r w:rsidR="0074542A" w:rsidRPr="009C1DA4">
        <w:rPr>
          <w:rFonts w:ascii="Times New Roman" w:hAnsi="Times New Roman"/>
          <w:sz w:val="24"/>
          <w:szCs w:val="24"/>
        </w:rPr>
        <w:t>,</w:t>
      </w:r>
      <w:r w:rsidR="00F46D9F" w:rsidRPr="009C1DA4">
        <w:rPr>
          <w:rFonts w:ascii="Times New Roman" w:hAnsi="Times New Roman"/>
          <w:sz w:val="24"/>
          <w:szCs w:val="24"/>
        </w:rPr>
        <w:t xml:space="preserve"> </w:t>
      </w:r>
      <w:r w:rsidR="00E82A90" w:rsidRPr="009C1DA4">
        <w:rPr>
          <w:rFonts w:ascii="Times New Roman" w:hAnsi="Times New Roman"/>
          <w:sz w:val="24"/>
          <w:szCs w:val="24"/>
        </w:rPr>
        <w:t>на скважин</w:t>
      </w:r>
      <w:r w:rsidR="00B97C46" w:rsidRPr="009C1DA4">
        <w:rPr>
          <w:rFonts w:ascii="Times New Roman" w:hAnsi="Times New Roman"/>
          <w:sz w:val="24"/>
          <w:szCs w:val="24"/>
        </w:rPr>
        <w:t>е</w:t>
      </w:r>
      <w:r w:rsidR="00E82A90" w:rsidRPr="009C1DA4">
        <w:rPr>
          <w:rFonts w:ascii="Times New Roman" w:hAnsi="Times New Roman"/>
          <w:sz w:val="24"/>
          <w:szCs w:val="24"/>
        </w:rPr>
        <w:t xml:space="preserve"> </w:t>
      </w:r>
      <w:r w:rsidR="00F46D9F" w:rsidRPr="009C1DA4">
        <w:rPr>
          <w:rFonts w:ascii="Times New Roman" w:hAnsi="Times New Roman"/>
          <w:sz w:val="24"/>
          <w:szCs w:val="24"/>
        </w:rPr>
        <w:t>и воздушной линии электропередач напряжением 6 кВ с кабельными вставками и переходами из сш</w:t>
      </w:r>
      <w:r w:rsidR="00026CFF" w:rsidRPr="009C1DA4">
        <w:rPr>
          <w:rFonts w:ascii="Times New Roman" w:hAnsi="Times New Roman"/>
          <w:sz w:val="24"/>
          <w:szCs w:val="24"/>
        </w:rPr>
        <w:t>итого полиэтилена</w:t>
      </w:r>
      <w:r w:rsidR="0077691F" w:rsidRPr="009C1DA4">
        <w:rPr>
          <w:rFonts w:ascii="Times New Roman" w:hAnsi="Times New Roman"/>
          <w:sz w:val="24"/>
          <w:szCs w:val="24"/>
        </w:rPr>
        <w:t>;</w:t>
      </w:r>
      <w:r w:rsidR="00F46D9F">
        <w:rPr>
          <w:rFonts w:ascii="Times New Roman" w:hAnsi="Times New Roman"/>
          <w:sz w:val="24"/>
          <w:szCs w:val="24"/>
        </w:rPr>
        <w:t xml:space="preserve"> </w:t>
      </w:r>
    </w:p>
    <w:p w14:paraId="5965F1CC" w14:textId="00421280" w:rsidR="00FA7343" w:rsidRPr="00FA7343" w:rsidRDefault="00FA7343" w:rsidP="00FA7343">
      <w:pPr>
        <w:spacing w:after="0" w:line="240" w:lineRule="auto"/>
        <w:jc w:val="both"/>
        <w:rPr>
          <w:rFonts w:ascii="Times New Roman" w:eastAsia="Aptos" w:hAnsi="Times New Roman"/>
          <w:sz w:val="24"/>
          <w:szCs w:val="24"/>
          <w:lang w:eastAsia="ru-KZ"/>
          <w14:ligatures w14:val="standardContextual"/>
        </w:rPr>
      </w:pPr>
      <w:r>
        <w:rPr>
          <w:rFonts w:ascii="Times New Roman" w:hAnsi="Times New Roman"/>
          <w:sz w:val="24"/>
          <w:szCs w:val="24"/>
        </w:rPr>
        <w:t xml:space="preserve">1.6. Сервисное обслуживание </w:t>
      </w:r>
      <w:r>
        <w:rPr>
          <w:rFonts w:ascii="Times New Roman" w:eastAsia="Aptos" w:hAnsi="Times New Roman"/>
          <w:sz w:val="24"/>
          <w:szCs w:val="24"/>
          <w:lang w:eastAsia="ru-KZ"/>
          <w14:ligatures w14:val="standardContextual"/>
        </w:rPr>
        <w:t>с</w:t>
      </w:r>
      <w:r w:rsidRPr="00FA7343">
        <w:rPr>
          <w:rFonts w:ascii="Times New Roman" w:eastAsia="Aptos" w:hAnsi="Times New Roman"/>
          <w:sz w:val="24"/>
          <w:szCs w:val="24"/>
          <w:lang w:val="ru-KZ" w:eastAsia="ru-KZ"/>
          <w14:ligatures w14:val="standardContextual"/>
        </w:rPr>
        <w:t>олнечн</w:t>
      </w:r>
      <w:r>
        <w:rPr>
          <w:rFonts w:ascii="Times New Roman" w:eastAsia="Aptos" w:hAnsi="Times New Roman"/>
          <w:sz w:val="24"/>
          <w:szCs w:val="24"/>
          <w:lang w:val="ru-KZ" w:eastAsia="ru-KZ"/>
          <w14:ligatures w14:val="standardContextual"/>
        </w:rPr>
        <w:t>ой</w:t>
      </w:r>
      <w:r w:rsidRPr="00FA7343">
        <w:rPr>
          <w:rFonts w:ascii="Times New Roman" w:eastAsia="Aptos" w:hAnsi="Times New Roman"/>
          <w:sz w:val="24"/>
          <w:szCs w:val="24"/>
          <w:lang w:val="ru-KZ" w:eastAsia="ru-KZ"/>
          <w14:ligatures w14:val="standardContextual"/>
        </w:rPr>
        <w:t xml:space="preserve"> электростанци</w:t>
      </w:r>
      <w:r w:rsidRPr="00FA7343">
        <w:rPr>
          <w:rFonts w:ascii="Times New Roman" w:eastAsia="Aptos" w:hAnsi="Times New Roman"/>
          <w:sz w:val="24"/>
          <w:szCs w:val="24"/>
          <w:lang w:eastAsia="ru-KZ"/>
          <w14:ligatures w14:val="standardContextual"/>
        </w:rPr>
        <w:t>я</w:t>
      </w:r>
      <w:r w:rsidRPr="00FA7343">
        <w:rPr>
          <w:rFonts w:ascii="Times New Roman" w:eastAsia="Aptos" w:hAnsi="Times New Roman"/>
          <w:b/>
          <w:bCs/>
          <w:sz w:val="24"/>
          <w:szCs w:val="24"/>
          <w:lang w:val="ru-KZ" w:eastAsia="ru-KZ"/>
          <w14:ligatures w14:val="standardContextual"/>
        </w:rPr>
        <w:t xml:space="preserve"> </w:t>
      </w:r>
      <w:r w:rsidRPr="00FA7343">
        <w:rPr>
          <w:rFonts w:ascii="Times New Roman" w:eastAsia="Aptos" w:hAnsi="Times New Roman"/>
          <w:sz w:val="24"/>
          <w:szCs w:val="24"/>
          <w:lang w:val="ru-KZ" w:eastAsia="ru-KZ"/>
          <w14:ligatures w14:val="standardContextual"/>
        </w:rPr>
        <w:t>(СЭС) мощностью 100 кВт, включая инверторное оборудование, распределительные устройства, системы мониторинга и подключения к общей сети электроснабжения.</w:t>
      </w:r>
      <w:r w:rsidRPr="00FA7343">
        <w:rPr>
          <w:rFonts w:ascii="Times New Roman" w:eastAsia="Aptos" w:hAnsi="Times New Roman"/>
          <w:sz w:val="24"/>
          <w:szCs w:val="24"/>
          <w:lang w:eastAsia="ru-KZ"/>
          <w14:ligatures w14:val="standardContextual"/>
        </w:rPr>
        <w:t xml:space="preserve">  </w:t>
      </w:r>
    </w:p>
    <w:p w14:paraId="72B73631" w14:textId="4213A9AA" w:rsidR="00943149" w:rsidRDefault="00F0143A" w:rsidP="00DA0023">
      <w:pPr>
        <w:pStyle w:val="af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FE659E">
        <w:rPr>
          <w:rFonts w:ascii="Times New Roman" w:hAnsi="Times New Roman"/>
          <w:sz w:val="24"/>
          <w:szCs w:val="24"/>
        </w:rPr>
        <w:t>7. Сервисное</w:t>
      </w:r>
      <w:r w:rsidR="00943149">
        <w:rPr>
          <w:rFonts w:ascii="Times New Roman" w:hAnsi="Times New Roman"/>
          <w:sz w:val="24"/>
          <w:szCs w:val="24"/>
        </w:rPr>
        <w:t xml:space="preserve"> обслуживание электрооборудования ПУН (пункт учета нефти) с воздушной отпайкой ВЛ-6 кВ </w:t>
      </w:r>
      <w:r w:rsidR="00FE659E">
        <w:rPr>
          <w:rFonts w:ascii="Times New Roman" w:hAnsi="Times New Roman"/>
          <w:sz w:val="24"/>
          <w:szCs w:val="24"/>
        </w:rPr>
        <w:t>с проводом</w:t>
      </w:r>
      <w:r w:rsidR="00026CFF">
        <w:rPr>
          <w:rFonts w:ascii="Times New Roman" w:hAnsi="Times New Roman"/>
          <w:sz w:val="24"/>
          <w:szCs w:val="24"/>
        </w:rPr>
        <w:t xml:space="preserve"> марки АС-95</w:t>
      </w:r>
      <w:r w:rsidR="0077691F">
        <w:rPr>
          <w:rFonts w:ascii="Times New Roman" w:hAnsi="Times New Roman"/>
          <w:sz w:val="24"/>
          <w:szCs w:val="24"/>
        </w:rPr>
        <w:t>;</w:t>
      </w:r>
    </w:p>
    <w:p w14:paraId="79A6DD0C" w14:textId="3F97B589" w:rsidR="000233C2" w:rsidRPr="00026CFF" w:rsidRDefault="00F0143A" w:rsidP="00DA0023">
      <w:pPr>
        <w:pStyle w:val="af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FE659E">
        <w:rPr>
          <w:rFonts w:ascii="Times New Roman" w:hAnsi="Times New Roman"/>
          <w:sz w:val="24"/>
          <w:szCs w:val="24"/>
        </w:rPr>
        <w:t>8. Сервисное</w:t>
      </w:r>
      <w:r w:rsidR="00A41BF7">
        <w:rPr>
          <w:rFonts w:ascii="Times New Roman" w:hAnsi="Times New Roman"/>
          <w:sz w:val="24"/>
          <w:szCs w:val="24"/>
        </w:rPr>
        <w:t xml:space="preserve"> обслуживание электрооборудования бл</w:t>
      </w:r>
      <w:r w:rsidR="0077691F">
        <w:rPr>
          <w:rFonts w:ascii="Times New Roman" w:hAnsi="Times New Roman"/>
          <w:sz w:val="24"/>
          <w:szCs w:val="24"/>
        </w:rPr>
        <w:t>ока осушки газа</w:t>
      </w:r>
      <w:r w:rsidR="00084FF3">
        <w:rPr>
          <w:rFonts w:ascii="Times New Roman" w:hAnsi="Times New Roman"/>
          <w:sz w:val="24"/>
          <w:szCs w:val="24"/>
        </w:rPr>
        <w:t xml:space="preserve">, </w:t>
      </w:r>
      <w:r w:rsidR="00084FF3" w:rsidRPr="00026CFF">
        <w:rPr>
          <w:rFonts w:ascii="Times New Roman" w:hAnsi="Times New Roman"/>
          <w:sz w:val="24"/>
          <w:szCs w:val="24"/>
        </w:rPr>
        <w:t>компрессорной, воздух КИП, азотной установки, АГРС</w:t>
      </w:r>
      <w:r w:rsidR="0077691F" w:rsidRPr="00026CFF">
        <w:rPr>
          <w:rFonts w:ascii="Times New Roman" w:hAnsi="Times New Roman"/>
          <w:sz w:val="24"/>
          <w:szCs w:val="24"/>
        </w:rPr>
        <w:t xml:space="preserve"> на площадке ДНС;</w:t>
      </w:r>
      <w:r w:rsidR="00A41BF7" w:rsidRPr="00026CFF">
        <w:rPr>
          <w:rFonts w:ascii="Times New Roman" w:hAnsi="Times New Roman"/>
          <w:sz w:val="24"/>
          <w:szCs w:val="24"/>
        </w:rPr>
        <w:t xml:space="preserve"> </w:t>
      </w:r>
    </w:p>
    <w:p w14:paraId="117B2141" w14:textId="3826C827" w:rsidR="000233C2" w:rsidRDefault="00F0143A" w:rsidP="00DA0023">
      <w:pPr>
        <w:pStyle w:val="af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FE659E">
        <w:rPr>
          <w:rFonts w:ascii="Times New Roman" w:hAnsi="Times New Roman"/>
          <w:sz w:val="24"/>
          <w:szCs w:val="24"/>
        </w:rPr>
        <w:t>9. Сервисного</w:t>
      </w:r>
      <w:r w:rsidR="000233C2">
        <w:rPr>
          <w:rFonts w:ascii="Times New Roman" w:hAnsi="Times New Roman"/>
          <w:sz w:val="24"/>
          <w:szCs w:val="24"/>
        </w:rPr>
        <w:t xml:space="preserve"> обслуживания нефтепромысловых воздушных линии электропередач ВЛ- </w:t>
      </w:r>
      <w:r w:rsidR="002E3CE8">
        <w:rPr>
          <w:rFonts w:ascii="Times New Roman" w:hAnsi="Times New Roman"/>
          <w:sz w:val="24"/>
          <w:szCs w:val="24"/>
        </w:rPr>
        <w:t xml:space="preserve">6 кВ </w:t>
      </w:r>
      <w:r w:rsidR="00026CFF">
        <w:rPr>
          <w:rFonts w:ascii="Times New Roman" w:hAnsi="Times New Roman"/>
          <w:sz w:val="24"/>
          <w:szCs w:val="24"/>
        </w:rPr>
        <w:t xml:space="preserve"> «Урихтау»</w:t>
      </w:r>
      <w:r w:rsidR="0077691F">
        <w:rPr>
          <w:rFonts w:ascii="Times New Roman" w:hAnsi="Times New Roman"/>
          <w:sz w:val="24"/>
          <w:szCs w:val="24"/>
        </w:rPr>
        <w:t>;</w:t>
      </w:r>
    </w:p>
    <w:p w14:paraId="3BB772E3" w14:textId="356D5513" w:rsidR="000233C2" w:rsidRDefault="00F0143A" w:rsidP="00DA0023">
      <w:pPr>
        <w:pStyle w:val="af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FE659E">
        <w:rPr>
          <w:rFonts w:ascii="Times New Roman" w:hAnsi="Times New Roman"/>
          <w:sz w:val="24"/>
          <w:szCs w:val="24"/>
        </w:rPr>
        <w:t>10. Сервисного</w:t>
      </w:r>
      <w:r w:rsidR="000233C2">
        <w:rPr>
          <w:rFonts w:ascii="Times New Roman" w:hAnsi="Times New Roman"/>
          <w:sz w:val="24"/>
          <w:szCs w:val="24"/>
        </w:rPr>
        <w:t xml:space="preserve"> обслуживания </w:t>
      </w:r>
      <w:r w:rsidR="009975D1">
        <w:rPr>
          <w:rFonts w:ascii="Times New Roman" w:hAnsi="Times New Roman"/>
          <w:sz w:val="24"/>
          <w:szCs w:val="24"/>
        </w:rPr>
        <w:t xml:space="preserve">силового </w:t>
      </w:r>
      <w:r w:rsidR="000233C2">
        <w:rPr>
          <w:rFonts w:ascii="Times New Roman" w:hAnsi="Times New Roman"/>
          <w:sz w:val="24"/>
          <w:szCs w:val="24"/>
        </w:rPr>
        <w:t xml:space="preserve">электрооборудования </w:t>
      </w:r>
      <w:r w:rsidR="009975D1">
        <w:rPr>
          <w:rFonts w:ascii="Times New Roman" w:hAnsi="Times New Roman"/>
          <w:sz w:val="24"/>
          <w:szCs w:val="24"/>
        </w:rPr>
        <w:t>ЭХЗ (</w:t>
      </w:r>
      <w:r w:rsidR="000233C2">
        <w:rPr>
          <w:rFonts w:ascii="Times New Roman" w:hAnsi="Times New Roman"/>
          <w:sz w:val="24"/>
          <w:szCs w:val="24"/>
        </w:rPr>
        <w:t>электрохимической защ</w:t>
      </w:r>
      <w:r w:rsidR="009975D1">
        <w:rPr>
          <w:rFonts w:ascii="Times New Roman" w:hAnsi="Times New Roman"/>
          <w:sz w:val="24"/>
          <w:szCs w:val="24"/>
        </w:rPr>
        <w:t>иты)</w:t>
      </w:r>
      <w:r w:rsidR="00026CFF">
        <w:rPr>
          <w:rFonts w:ascii="Times New Roman" w:hAnsi="Times New Roman"/>
          <w:sz w:val="24"/>
          <w:szCs w:val="24"/>
        </w:rPr>
        <w:t xml:space="preserve"> нефте и газопроводов</w:t>
      </w:r>
      <w:r w:rsidR="0077691F">
        <w:rPr>
          <w:rFonts w:ascii="Times New Roman" w:hAnsi="Times New Roman"/>
          <w:sz w:val="24"/>
          <w:szCs w:val="24"/>
        </w:rPr>
        <w:t>;</w:t>
      </w:r>
    </w:p>
    <w:p w14:paraId="07BF31C1" w14:textId="26A0D00A" w:rsidR="00F8165E" w:rsidRDefault="00F0143A" w:rsidP="00DA0023">
      <w:pPr>
        <w:pStyle w:val="af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1.11</w:t>
      </w:r>
      <w:r w:rsidR="00F8165E">
        <w:rPr>
          <w:rFonts w:ascii="Times New Roman" w:hAnsi="Times New Roman"/>
          <w:sz w:val="24"/>
          <w:szCs w:val="24"/>
        </w:rPr>
        <w:t>. Сервисное обслуживание электрооборудования КУУГ (коммерческого узла учета газа) на мес</w:t>
      </w:r>
      <w:r w:rsidR="009A1B6D">
        <w:rPr>
          <w:rFonts w:ascii="Times New Roman" w:hAnsi="Times New Roman"/>
          <w:sz w:val="24"/>
          <w:szCs w:val="24"/>
        </w:rPr>
        <w:t>торождении «Кожасай» ТОО «Казахойл</w:t>
      </w:r>
      <w:r w:rsidR="00F8165E">
        <w:rPr>
          <w:rFonts w:ascii="Times New Roman" w:hAnsi="Times New Roman"/>
          <w:sz w:val="24"/>
          <w:szCs w:val="24"/>
        </w:rPr>
        <w:t xml:space="preserve"> Актобе» с воздушными линиями электропередачи напряжением 6 кВ.</w:t>
      </w:r>
    </w:p>
    <w:p w14:paraId="0F61FBD5" w14:textId="51F6FC1E" w:rsidR="00CC475A" w:rsidRDefault="009A1B6D" w:rsidP="00DA0023">
      <w:pPr>
        <w:pStyle w:val="af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1.12. Сервисное обслуживание элект</w:t>
      </w:r>
      <w:r w:rsidR="00026CFF">
        <w:rPr>
          <w:rFonts w:ascii="Times New Roman" w:hAnsi="Times New Roman"/>
          <w:sz w:val="24"/>
          <w:szCs w:val="24"/>
        </w:rPr>
        <w:t>рооборудования вахтового лагеря и промышленной базы «Урихтау».</w:t>
      </w:r>
    </w:p>
    <w:p w14:paraId="32C5B392" w14:textId="438072A3" w:rsidR="00026CFF" w:rsidRDefault="00026CFF" w:rsidP="00026CFF">
      <w:pPr>
        <w:pStyle w:val="af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1.13.</w:t>
      </w:r>
      <w:r w:rsidR="008F62E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Сервисное обслуживание электрооборудования </w:t>
      </w:r>
      <w:r w:rsidR="00B97C46">
        <w:rPr>
          <w:rFonts w:ascii="Times New Roman" w:hAnsi="Times New Roman"/>
          <w:sz w:val="24"/>
          <w:szCs w:val="24"/>
        </w:rPr>
        <w:t xml:space="preserve">операторной ДНС и </w:t>
      </w:r>
      <w:r>
        <w:rPr>
          <w:rFonts w:ascii="Times New Roman" w:hAnsi="Times New Roman"/>
          <w:sz w:val="24"/>
          <w:szCs w:val="24"/>
        </w:rPr>
        <w:t>пожарного депо «Урихтау».</w:t>
      </w:r>
    </w:p>
    <w:p w14:paraId="24B13ADF" w14:textId="77777777" w:rsidR="00FA7343" w:rsidRPr="00FA7343" w:rsidRDefault="00FA7343" w:rsidP="00FA7343">
      <w:pPr>
        <w:spacing w:after="0" w:line="240" w:lineRule="auto"/>
        <w:jc w:val="both"/>
        <w:rPr>
          <w:rFonts w:ascii="Times New Roman" w:eastAsia="Aptos" w:hAnsi="Times New Roman"/>
          <w:kern w:val="2"/>
          <w:sz w:val="24"/>
          <w:szCs w:val="24"/>
          <w:lang w:val="ru-KZ" w:eastAsia="ru-KZ"/>
          <w14:ligatures w14:val="standardContextual"/>
        </w:rPr>
      </w:pPr>
      <w:r w:rsidRPr="00FA7343">
        <w:rPr>
          <w:rFonts w:ascii="Times New Roman" w:eastAsia="Aptos" w:hAnsi="Times New Roman"/>
          <w:kern w:val="2"/>
          <w:sz w:val="24"/>
          <w:szCs w:val="24"/>
          <w:lang w:val="ru-KZ" w:eastAsia="ru-KZ"/>
          <w14:ligatures w14:val="standardContextual"/>
        </w:rPr>
        <w:t>Режим работы обслуживаемого оборудования — круглосуточный.</w:t>
      </w:r>
    </w:p>
    <w:p w14:paraId="4CE470EF" w14:textId="29984475" w:rsidR="00A146A6" w:rsidRPr="00A147E7" w:rsidRDefault="00A146A6" w:rsidP="00DA0023">
      <w:pPr>
        <w:pStyle w:val="af1"/>
        <w:jc w:val="both"/>
        <w:rPr>
          <w:rFonts w:ascii="Times New Roman" w:hAnsi="Times New Roman"/>
          <w:b/>
          <w:sz w:val="24"/>
          <w:szCs w:val="24"/>
        </w:rPr>
      </w:pPr>
      <w:r w:rsidRPr="00A147E7">
        <w:rPr>
          <w:rFonts w:ascii="Times New Roman" w:hAnsi="Times New Roman"/>
          <w:sz w:val="24"/>
          <w:szCs w:val="24"/>
        </w:rPr>
        <w:t xml:space="preserve">    </w:t>
      </w:r>
      <w:r w:rsidR="00D22146" w:rsidRPr="00A147E7">
        <w:rPr>
          <w:rFonts w:ascii="Times New Roman" w:hAnsi="Times New Roman"/>
          <w:sz w:val="24"/>
          <w:szCs w:val="24"/>
        </w:rPr>
        <w:t xml:space="preserve">               </w:t>
      </w:r>
    </w:p>
    <w:p w14:paraId="72CD6706" w14:textId="77777777" w:rsidR="00A146A6" w:rsidRPr="00A147E7" w:rsidRDefault="00C71F67" w:rsidP="00DA0023">
      <w:pPr>
        <w:pStyle w:val="af1"/>
        <w:jc w:val="both"/>
        <w:rPr>
          <w:rFonts w:ascii="Times New Roman" w:hAnsi="Times New Roman"/>
          <w:b/>
          <w:sz w:val="24"/>
          <w:szCs w:val="24"/>
        </w:rPr>
      </w:pPr>
      <w:r w:rsidRPr="00A147E7">
        <w:rPr>
          <w:rFonts w:ascii="Times New Roman" w:hAnsi="Times New Roman"/>
          <w:b/>
          <w:sz w:val="24"/>
          <w:szCs w:val="24"/>
        </w:rPr>
        <w:t>2</w:t>
      </w:r>
      <w:r w:rsidR="00A146A6" w:rsidRPr="00A147E7">
        <w:rPr>
          <w:rFonts w:ascii="Times New Roman" w:hAnsi="Times New Roman"/>
          <w:b/>
          <w:sz w:val="24"/>
          <w:szCs w:val="24"/>
        </w:rPr>
        <w:t>. Состав Услуг</w:t>
      </w:r>
    </w:p>
    <w:p w14:paraId="1F387E63" w14:textId="42D3ACD7" w:rsidR="00A146A6" w:rsidRPr="00A147E7" w:rsidRDefault="00A146A6" w:rsidP="00DA0023">
      <w:pPr>
        <w:pStyle w:val="af1"/>
        <w:ind w:firstLine="708"/>
        <w:jc w:val="both"/>
        <w:rPr>
          <w:rFonts w:ascii="Times New Roman" w:hAnsi="Times New Roman"/>
          <w:sz w:val="24"/>
          <w:szCs w:val="24"/>
        </w:rPr>
      </w:pPr>
      <w:r w:rsidRPr="00A147E7">
        <w:rPr>
          <w:rFonts w:ascii="Times New Roman" w:hAnsi="Times New Roman"/>
          <w:sz w:val="24"/>
          <w:szCs w:val="24"/>
        </w:rPr>
        <w:t xml:space="preserve">Исполнитель  должен оказывать услуги по </w:t>
      </w:r>
      <w:r w:rsidR="00E958E8" w:rsidRPr="00A147E7">
        <w:rPr>
          <w:rFonts w:ascii="Times New Roman" w:hAnsi="Times New Roman"/>
          <w:sz w:val="24"/>
          <w:szCs w:val="24"/>
        </w:rPr>
        <w:t>техническому обслуживанию и текущему ремонту электрического, электрораспределительного/регулирующего оборудования и аналогичной аппаратуры (услуги по обслуживанию электрооборудования   ПС</w:t>
      </w:r>
      <w:r w:rsidR="00D1622D" w:rsidRPr="00A147E7">
        <w:rPr>
          <w:rFonts w:ascii="Times New Roman" w:hAnsi="Times New Roman"/>
          <w:sz w:val="24"/>
          <w:szCs w:val="24"/>
        </w:rPr>
        <w:t xml:space="preserve"> 110/35/6 кВ</w:t>
      </w:r>
      <w:r w:rsidR="00CC475A">
        <w:rPr>
          <w:rFonts w:ascii="Times New Roman" w:hAnsi="Times New Roman"/>
          <w:sz w:val="24"/>
          <w:szCs w:val="24"/>
        </w:rPr>
        <w:t>, ДНС и объектов месторождения, вахтового лагеря и промышленной базы</w:t>
      </w:r>
      <w:r w:rsidR="00D1622D" w:rsidRPr="00A147E7">
        <w:rPr>
          <w:rFonts w:ascii="Times New Roman" w:hAnsi="Times New Roman"/>
          <w:sz w:val="24"/>
          <w:szCs w:val="24"/>
        </w:rPr>
        <w:t>,</w:t>
      </w:r>
      <w:r w:rsidR="00E958E8" w:rsidRPr="00A147E7">
        <w:rPr>
          <w:rFonts w:ascii="Times New Roman" w:hAnsi="Times New Roman"/>
          <w:sz w:val="24"/>
          <w:szCs w:val="24"/>
        </w:rPr>
        <w:t xml:space="preserve"> </w:t>
      </w:r>
      <w:r w:rsidRPr="00A147E7">
        <w:rPr>
          <w:rFonts w:ascii="Times New Roman" w:hAnsi="Times New Roman"/>
          <w:sz w:val="24"/>
          <w:szCs w:val="24"/>
        </w:rPr>
        <w:t>согласно Графикам по планово-предупредительному ремонту, утвержденным Заказчиком по всем вид</w:t>
      </w:r>
      <w:r w:rsidR="00C61847">
        <w:rPr>
          <w:rFonts w:ascii="Times New Roman" w:hAnsi="Times New Roman"/>
          <w:sz w:val="24"/>
          <w:szCs w:val="24"/>
        </w:rPr>
        <w:t>ам оборудования, которые указан</w:t>
      </w:r>
      <w:r w:rsidRPr="00A147E7">
        <w:rPr>
          <w:rFonts w:ascii="Times New Roman" w:hAnsi="Times New Roman"/>
          <w:sz w:val="24"/>
          <w:szCs w:val="24"/>
        </w:rPr>
        <w:t xml:space="preserve">ы в Приложении </w:t>
      </w:r>
      <w:r w:rsidR="00D22146" w:rsidRPr="00A147E7">
        <w:rPr>
          <w:rFonts w:ascii="Times New Roman" w:hAnsi="Times New Roman"/>
          <w:sz w:val="24"/>
          <w:szCs w:val="24"/>
        </w:rPr>
        <w:t>№</w:t>
      </w:r>
      <w:r w:rsidRPr="00A147E7">
        <w:rPr>
          <w:rFonts w:ascii="Times New Roman" w:hAnsi="Times New Roman"/>
          <w:sz w:val="24"/>
          <w:szCs w:val="24"/>
        </w:rPr>
        <w:t>1 к технической спецификации (перечень оборудования и материалов передаваемые для обслуживания), а также обеспечить их бесперебойную и безаварийную работу.</w:t>
      </w:r>
    </w:p>
    <w:p w14:paraId="5555623F" w14:textId="77777777" w:rsidR="00A146A6" w:rsidRPr="00A147E7" w:rsidRDefault="00A146A6" w:rsidP="00DA0023">
      <w:pPr>
        <w:pStyle w:val="af1"/>
        <w:jc w:val="both"/>
        <w:rPr>
          <w:rFonts w:ascii="Times New Roman" w:hAnsi="Times New Roman"/>
          <w:sz w:val="24"/>
          <w:szCs w:val="24"/>
        </w:rPr>
      </w:pPr>
      <w:r w:rsidRPr="00A147E7">
        <w:rPr>
          <w:rFonts w:ascii="Times New Roman" w:hAnsi="Times New Roman"/>
          <w:sz w:val="24"/>
          <w:szCs w:val="24"/>
        </w:rPr>
        <w:t>Сервисное обслуживание электрооборудования включает в себя следующие виды работ:</w:t>
      </w:r>
    </w:p>
    <w:p w14:paraId="47A6F343" w14:textId="59A6C5C4" w:rsidR="00A146A6" w:rsidRPr="00A147E7" w:rsidRDefault="00CF0384" w:rsidP="00FE659E">
      <w:pPr>
        <w:pStyle w:val="af1"/>
        <w:ind w:lef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A146A6" w:rsidRPr="00A147E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2.</w:t>
      </w:r>
      <w:r w:rsidR="00AB2AF4">
        <w:rPr>
          <w:rFonts w:ascii="Times New Roman" w:hAnsi="Times New Roman"/>
          <w:sz w:val="24"/>
          <w:szCs w:val="24"/>
        </w:rPr>
        <w:t>1. Визуальный осмотр;</w:t>
      </w:r>
    </w:p>
    <w:p w14:paraId="6ACF2C27" w14:textId="10834FA7" w:rsidR="00A146A6" w:rsidRPr="00A147E7" w:rsidRDefault="00CF0384" w:rsidP="00FE659E">
      <w:pPr>
        <w:pStyle w:val="af1"/>
        <w:ind w:lef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A146A6" w:rsidRPr="00A147E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2.</w:t>
      </w:r>
      <w:r w:rsidR="00A146A6" w:rsidRPr="00A147E7">
        <w:rPr>
          <w:rFonts w:ascii="Times New Roman" w:hAnsi="Times New Roman"/>
          <w:sz w:val="24"/>
          <w:szCs w:val="24"/>
        </w:rPr>
        <w:t>2. Регулировка отдельны</w:t>
      </w:r>
      <w:r w:rsidR="00AB2AF4">
        <w:rPr>
          <w:rFonts w:ascii="Times New Roman" w:hAnsi="Times New Roman"/>
          <w:sz w:val="24"/>
          <w:szCs w:val="24"/>
        </w:rPr>
        <w:t>х составных частей оборудования;</w:t>
      </w:r>
    </w:p>
    <w:p w14:paraId="28DDB3B4" w14:textId="36B67C0B" w:rsidR="00A146A6" w:rsidRPr="00A147E7" w:rsidRDefault="00CF0384" w:rsidP="00FE659E">
      <w:pPr>
        <w:pStyle w:val="af1"/>
        <w:ind w:lef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2.</w:t>
      </w:r>
      <w:r w:rsidR="00A146A6" w:rsidRPr="00A147E7">
        <w:rPr>
          <w:rFonts w:ascii="Times New Roman" w:hAnsi="Times New Roman"/>
          <w:sz w:val="24"/>
          <w:szCs w:val="24"/>
        </w:rPr>
        <w:t xml:space="preserve">3. Проверка смазочных устройств, смена и наполнение смазки, смазка </w:t>
      </w:r>
      <w:r w:rsidR="00AB2AF4">
        <w:rPr>
          <w:rFonts w:ascii="Times New Roman" w:hAnsi="Times New Roman"/>
          <w:sz w:val="24"/>
          <w:szCs w:val="24"/>
        </w:rPr>
        <w:t xml:space="preserve">подшипников </w:t>
      </w:r>
      <w:r w:rsidR="00FE659E">
        <w:rPr>
          <w:rFonts w:ascii="Times New Roman" w:hAnsi="Times New Roman"/>
          <w:sz w:val="24"/>
          <w:szCs w:val="24"/>
        </w:rPr>
        <w:t>на электродвигатель</w:t>
      </w:r>
      <w:r w:rsidR="00AB2AF4">
        <w:rPr>
          <w:rFonts w:ascii="Times New Roman" w:hAnsi="Times New Roman"/>
          <w:sz w:val="24"/>
          <w:szCs w:val="24"/>
        </w:rPr>
        <w:t>;</w:t>
      </w:r>
    </w:p>
    <w:p w14:paraId="5C43CAA5" w14:textId="2D6B1FC4" w:rsidR="00A146A6" w:rsidRPr="00A147E7" w:rsidRDefault="00CF0384" w:rsidP="00FE659E">
      <w:pPr>
        <w:pStyle w:val="af1"/>
        <w:ind w:lef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A146A6" w:rsidRPr="00A147E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2.</w:t>
      </w:r>
      <w:r w:rsidR="00A146A6" w:rsidRPr="00A147E7">
        <w:rPr>
          <w:rFonts w:ascii="Times New Roman" w:hAnsi="Times New Roman"/>
          <w:sz w:val="24"/>
          <w:szCs w:val="24"/>
        </w:rPr>
        <w:t>4.</w:t>
      </w:r>
      <w:r w:rsidR="00AB2AF4">
        <w:rPr>
          <w:rFonts w:ascii="Times New Roman" w:hAnsi="Times New Roman"/>
          <w:sz w:val="24"/>
          <w:szCs w:val="24"/>
        </w:rPr>
        <w:t xml:space="preserve"> Очистку и обтирку оборудования;</w:t>
      </w:r>
    </w:p>
    <w:p w14:paraId="3F076AF1" w14:textId="48B8BB89" w:rsidR="00A146A6" w:rsidRPr="00A147E7" w:rsidRDefault="00A146A6" w:rsidP="005640C0">
      <w:pPr>
        <w:pStyle w:val="af1"/>
        <w:ind w:left="-284"/>
        <w:jc w:val="both"/>
        <w:rPr>
          <w:rFonts w:ascii="Times New Roman" w:hAnsi="Times New Roman"/>
          <w:sz w:val="24"/>
          <w:szCs w:val="24"/>
        </w:rPr>
      </w:pPr>
      <w:r w:rsidRPr="00A147E7">
        <w:rPr>
          <w:rFonts w:ascii="Times New Roman" w:hAnsi="Times New Roman"/>
          <w:sz w:val="24"/>
          <w:szCs w:val="24"/>
        </w:rPr>
        <w:t xml:space="preserve">   </w:t>
      </w:r>
      <w:r w:rsidR="00CF0384">
        <w:rPr>
          <w:rFonts w:ascii="Times New Roman" w:hAnsi="Times New Roman"/>
          <w:sz w:val="24"/>
          <w:szCs w:val="24"/>
        </w:rPr>
        <w:t xml:space="preserve"> 2.</w:t>
      </w:r>
      <w:r w:rsidR="00A913E5">
        <w:rPr>
          <w:rFonts w:ascii="Times New Roman" w:hAnsi="Times New Roman"/>
          <w:sz w:val="24"/>
          <w:szCs w:val="24"/>
        </w:rPr>
        <w:t>5. Планово-предупредительный ремонт (далее ППР)</w:t>
      </w:r>
      <w:r w:rsidRPr="00A147E7">
        <w:rPr>
          <w:rFonts w:ascii="Times New Roman" w:hAnsi="Times New Roman"/>
          <w:sz w:val="24"/>
          <w:szCs w:val="24"/>
        </w:rPr>
        <w:t xml:space="preserve"> и сервисное обслуживание, работы по </w:t>
      </w:r>
      <w:r w:rsidR="00FE659E" w:rsidRPr="00A147E7">
        <w:rPr>
          <w:rFonts w:ascii="Times New Roman" w:hAnsi="Times New Roman"/>
          <w:sz w:val="24"/>
          <w:szCs w:val="24"/>
        </w:rPr>
        <w:t>восстановлению работоспособности</w:t>
      </w:r>
      <w:r w:rsidRPr="00A147E7">
        <w:rPr>
          <w:rFonts w:ascii="Times New Roman" w:hAnsi="Times New Roman"/>
          <w:sz w:val="24"/>
          <w:szCs w:val="24"/>
        </w:rPr>
        <w:t xml:space="preserve"> высоковольтных линий эл</w:t>
      </w:r>
      <w:r w:rsidR="00AB2AF4">
        <w:rPr>
          <w:rFonts w:ascii="Times New Roman" w:hAnsi="Times New Roman"/>
          <w:sz w:val="24"/>
          <w:szCs w:val="24"/>
        </w:rPr>
        <w:t>ектропередач напряжением 110 кВ;</w:t>
      </w:r>
      <w:r w:rsidR="005640C0">
        <w:rPr>
          <w:rFonts w:ascii="Times New Roman" w:hAnsi="Times New Roman"/>
          <w:sz w:val="24"/>
          <w:szCs w:val="24"/>
        </w:rPr>
        <w:t xml:space="preserve">   </w:t>
      </w:r>
      <w:r w:rsidR="00CF0384">
        <w:rPr>
          <w:rFonts w:ascii="Times New Roman" w:hAnsi="Times New Roman"/>
          <w:sz w:val="24"/>
          <w:szCs w:val="24"/>
        </w:rPr>
        <w:t>2.</w:t>
      </w:r>
      <w:r w:rsidRPr="00A147E7">
        <w:rPr>
          <w:rFonts w:ascii="Times New Roman" w:hAnsi="Times New Roman"/>
          <w:sz w:val="24"/>
          <w:szCs w:val="24"/>
        </w:rPr>
        <w:t xml:space="preserve">6. ППР и сервисное обслуживание </w:t>
      </w:r>
      <w:r w:rsidR="00CC475A">
        <w:rPr>
          <w:rFonts w:ascii="Times New Roman" w:hAnsi="Times New Roman"/>
          <w:sz w:val="24"/>
          <w:szCs w:val="24"/>
        </w:rPr>
        <w:t>электрооборудования вахтового лагеря и промышленной базы «Урихтау»</w:t>
      </w:r>
      <w:r w:rsidR="00AB2AF4">
        <w:rPr>
          <w:rFonts w:ascii="Times New Roman" w:hAnsi="Times New Roman"/>
          <w:sz w:val="24"/>
          <w:szCs w:val="24"/>
        </w:rPr>
        <w:t>;</w:t>
      </w:r>
    </w:p>
    <w:p w14:paraId="1A9E6C94" w14:textId="47656A6C" w:rsidR="00A146A6" w:rsidRDefault="00CF0384" w:rsidP="00FE659E">
      <w:pPr>
        <w:pStyle w:val="af1"/>
        <w:ind w:lef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2.</w:t>
      </w:r>
      <w:r w:rsidR="00FE659E">
        <w:rPr>
          <w:rFonts w:ascii="Times New Roman" w:hAnsi="Times New Roman"/>
          <w:sz w:val="24"/>
          <w:szCs w:val="24"/>
        </w:rPr>
        <w:t>7.</w:t>
      </w:r>
      <w:r w:rsidR="00FE659E" w:rsidRPr="00A147E7">
        <w:rPr>
          <w:rFonts w:ascii="Times New Roman" w:hAnsi="Times New Roman"/>
          <w:sz w:val="24"/>
          <w:szCs w:val="24"/>
        </w:rPr>
        <w:t xml:space="preserve"> Оперативное</w:t>
      </w:r>
      <w:r w:rsidR="00A146A6" w:rsidRPr="00A147E7">
        <w:rPr>
          <w:rFonts w:ascii="Times New Roman" w:hAnsi="Times New Roman"/>
          <w:sz w:val="24"/>
          <w:szCs w:val="24"/>
        </w:rPr>
        <w:t xml:space="preserve"> диспетчерское управление вышеперечисленных существующих и плани</w:t>
      </w:r>
      <w:r w:rsidR="00AB2AF4">
        <w:rPr>
          <w:rFonts w:ascii="Times New Roman" w:hAnsi="Times New Roman"/>
          <w:sz w:val="24"/>
          <w:szCs w:val="24"/>
        </w:rPr>
        <w:t>руемых объектов (круглосуточно);</w:t>
      </w:r>
    </w:p>
    <w:p w14:paraId="0149159E" w14:textId="21DBEACB" w:rsidR="001C02F6" w:rsidRPr="00A147E7" w:rsidRDefault="001C02F6" w:rsidP="00FE659E">
      <w:pPr>
        <w:pStyle w:val="af3"/>
        <w:spacing w:after="0" w:line="240" w:lineRule="auto"/>
        <w:ind w:left="-284"/>
        <w:rPr>
          <w:rFonts w:ascii="Times New Roman" w:hAnsi="Times New Roman"/>
          <w:sz w:val="24"/>
          <w:szCs w:val="24"/>
        </w:rPr>
      </w:pPr>
      <w:r w:rsidRPr="00EA3ED4">
        <w:rPr>
          <w:rFonts w:ascii="Times New Roman" w:eastAsia="Times New Roman" w:hAnsi="Times New Roman"/>
          <w:sz w:val="24"/>
          <w:szCs w:val="24"/>
          <w:lang w:eastAsia="ru-RU"/>
        </w:rPr>
        <w:t>Исполнитель обязан проводить уборки, очистки от травы и снега территории обслуживаемых объектов с прив</w:t>
      </w:r>
      <w:r w:rsidR="00EA3ED4" w:rsidRPr="00EA3ED4">
        <w:rPr>
          <w:rFonts w:ascii="Times New Roman" w:eastAsia="Times New Roman" w:hAnsi="Times New Roman"/>
          <w:sz w:val="24"/>
          <w:szCs w:val="24"/>
          <w:lang w:eastAsia="ru-RU"/>
        </w:rPr>
        <w:t>лечением снегоуборочной техник</w:t>
      </w:r>
      <w:r w:rsidR="00AB2AF4">
        <w:rPr>
          <w:rFonts w:ascii="Times New Roman" w:eastAsia="Times New Roman" w:hAnsi="Times New Roman"/>
          <w:sz w:val="24"/>
          <w:szCs w:val="24"/>
          <w:lang w:eastAsia="ru-RU"/>
        </w:rPr>
        <w:t>и;</w:t>
      </w:r>
    </w:p>
    <w:p w14:paraId="469CB6EC" w14:textId="677013F5" w:rsidR="00AE3FC5" w:rsidRPr="00A147E7" w:rsidRDefault="00CF0384" w:rsidP="008E3A56">
      <w:pPr>
        <w:pStyle w:val="af1"/>
        <w:ind w:lef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2.8</w:t>
      </w:r>
      <w:r w:rsidR="00A146A6" w:rsidRPr="00A147E7">
        <w:rPr>
          <w:rFonts w:ascii="Times New Roman" w:hAnsi="Times New Roman"/>
          <w:sz w:val="24"/>
          <w:szCs w:val="24"/>
        </w:rPr>
        <w:t>. Выполнение ремонтных работ при ликвидации аварийных ситуаций</w:t>
      </w:r>
      <w:r w:rsidR="00EA7DC0">
        <w:rPr>
          <w:rFonts w:ascii="Times New Roman" w:hAnsi="Times New Roman"/>
          <w:sz w:val="24"/>
          <w:szCs w:val="24"/>
        </w:rPr>
        <w:t xml:space="preserve"> </w:t>
      </w:r>
      <w:r w:rsidR="00AE3FC5">
        <w:rPr>
          <w:rFonts w:ascii="Times New Roman" w:hAnsi="Times New Roman"/>
          <w:sz w:val="24"/>
          <w:szCs w:val="24"/>
        </w:rPr>
        <w:t xml:space="preserve">на объектах месторождений и вахтового лагеря и промышленной базы </w:t>
      </w:r>
      <w:r w:rsidR="00EA7DC0" w:rsidRPr="00F879AF">
        <w:rPr>
          <w:rFonts w:ascii="Times New Roman" w:hAnsi="Times New Roman"/>
          <w:sz w:val="24"/>
          <w:szCs w:val="24"/>
        </w:rPr>
        <w:t>исполнитель обязуется исполнять ремонтные работы при аварийных ситуациях за свой счет и надлежащим образом ликвидиров</w:t>
      </w:r>
      <w:r w:rsidR="00CF0AB9">
        <w:rPr>
          <w:rFonts w:ascii="Times New Roman" w:hAnsi="Times New Roman"/>
          <w:sz w:val="24"/>
          <w:szCs w:val="24"/>
        </w:rPr>
        <w:t>ать аварийную сит</w:t>
      </w:r>
      <w:r w:rsidR="00AB2AF4">
        <w:rPr>
          <w:rFonts w:ascii="Times New Roman" w:hAnsi="Times New Roman"/>
          <w:sz w:val="24"/>
          <w:szCs w:val="24"/>
        </w:rPr>
        <w:t>уацию в срок не более 2</w:t>
      </w:r>
      <w:r w:rsidR="00CC475A">
        <w:rPr>
          <w:rFonts w:ascii="Times New Roman" w:hAnsi="Times New Roman"/>
          <w:sz w:val="24"/>
          <w:szCs w:val="24"/>
        </w:rPr>
        <w:t>4 часов</w:t>
      </w:r>
      <w:r w:rsidR="00AE3FC5">
        <w:rPr>
          <w:rFonts w:ascii="Times New Roman" w:hAnsi="Times New Roman"/>
          <w:sz w:val="24"/>
          <w:szCs w:val="24"/>
        </w:rPr>
        <w:t xml:space="preserve">. Восстановление аварийного запаса дизельного топлива </w:t>
      </w:r>
      <w:r w:rsidR="008E3A56">
        <w:rPr>
          <w:rFonts w:ascii="Times New Roman" w:hAnsi="Times New Roman"/>
          <w:sz w:val="24"/>
          <w:szCs w:val="24"/>
        </w:rPr>
        <w:t xml:space="preserve">(по сезону) </w:t>
      </w:r>
      <w:r w:rsidR="00AE3FC5">
        <w:rPr>
          <w:rFonts w:ascii="Times New Roman" w:hAnsi="Times New Roman"/>
          <w:sz w:val="24"/>
          <w:szCs w:val="24"/>
        </w:rPr>
        <w:t>на резервной дизельной электростанции вахтового поселка</w:t>
      </w:r>
      <w:r w:rsidR="008E3A56">
        <w:rPr>
          <w:rFonts w:ascii="Times New Roman" w:hAnsi="Times New Roman"/>
          <w:sz w:val="24"/>
          <w:szCs w:val="24"/>
        </w:rPr>
        <w:t xml:space="preserve"> в случаях отключения основного электроснабжения и перехода на резервное питание.</w:t>
      </w:r>
    </w:p>
    <w:p w14:paraId="3F14D1B1" w14:textId="01BEA943" w:rsidR="00010083" w:rsidRPr="00A147E7" w:rsidRDefault="00CF0384" w:rsidP="00FE659E">
      <w:pPr>
        <w:pStyle w:val="af1"/>
        <w:ind w:lef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2.9</w:t>
      </w:r>
      <w:r w:rsidR="00A146A6" w:rsidRPr="00A147E7">
        <w:rPr>
          <w:rFonts w:ascii="Times New Roman" w:hAnsi="Times New Roman"/>
          <w:sz w:val="24"/>
          <w:szCs w:val="24"/>
        </w:rPr>
        <w:t>.</w:t>
      </w:r>
      <w:r w:rsidR="00010083" w:rsidRPr="00010083">
        <w:rPr>
          <w:rFonts w:ascii="Times New Roman" w:hAnsi="Times New Roman"/>
          <w:sz w:val="24"/>
          <w:szCs w:val="24"/>
        </w:rPr>
        <w:t>Ежедневный контроль за работой силовых трансформаторов ПС-110/35/6 кВ «Урихтау», контроль за уровнем трансформаторного масла, равномерной нагрузкой и работой силовых трансформаторов с произведением замеров температуры, а также контроль за давлением элегаза в элегазовых выключателях 1</w:t>
      </w:r>
      <w:r w:rsidR="00010083">
        <w:rPr>
          <w:rFonts w:ascii="Times New Roman" w:hAnsi="Times New Roman"/>
          <w:sz w:val="24"/>
          <w:szCs w:val="24"/>
        </w:rPr>
        <w:t>1</w:t>
      </w:r>
      <w:r w:rsidR="00010083" w:rsidRPr="00010083">
        <w:rPr>
          <w:rFonts w:ascii="Times New Roman" w:hAnsi="Times New Roman"/>
          <w:sz w:val="24"/>
          <w:szCs w:val="24"/>
        </w:rPr>
        <w:t>0кВ и трансформаторах тока</w:t>
      </w:r>
      <w:r w:rsidR="00010083">
        <w:rPr>
          <w:rFonts w:ascii="Times New Roman" w:hAnsi="Times New Roman"/>
          <w:sz w:val="24"/>
          <w:szCs w:val="24"/>
        </w:rPr>
        <w:t xml:space="preserve"> 110кВ;</w:t>
      </w:r>
    </w:p>
    <w:p w14:paraId="6F9CC93D" w14:textId="57BC4742" w:rsidR="00A146A6" w:rsidRPr="00A147E7" w:rsidRDefault="00CF0384" w:rsidP="003E7074">
      <w:pPr>
        <w:pStyle w:val="af1"/>
        <w:ind w:lef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2.10</w:t>
      </w:r>
      <w:r w:rsidR="00A146A6" w:rsidRPr="00A147E7">
        <w:rPr>
          <w:rFonts w:ascii="Times New Roman" w:hAnsi="Times New Roman"/>
          <w:sz w:val="24"/>
          <w:szCs w:val="24"/>
        </w:rPr>
        <w:t xml:space="preserve">. ППР и техническое обслуживание наружного и аварийного освещения на </w:t>
      </w:r>
      <w:r w:rsidR="00AB2AF4">
        <w:rPr>
          <w:rFonts w:ascii="Times New Roman" w:hAnsi="Times New Roman"/>
          <w:sz w:val="24"/>
          <w:szCs w:val="24"/>
        </w:rPr>
        <w:t>ПС 110/35/6 кВ;</w:t>
      </w:r>
    </w:p>
    <w:p w14:paraId="6CE11594" w14:textId="0E339626" w:rsidR="00A146A6" w:rsidRPr="00A147E7" w:rsidRDefault="00A146A6" w:rsidP="00FE659E">
      <w:pPr>
        <w:pStyle w:val="af1"/>
        <w:ind w:left="-284"/>
        <w:jc w:val="both"/>
        <w:rPr>
          <w:rFonts w:ascii="Times New Roman" w:hAnsi="Times New Roman"/>
          <w:sz w:val="24"/>
          <w:szCs w:val="24"/>
        </w:rPr>
      </w:pPr>
      <w:r w:rsidRPr="00A147E7">
        <w:rPr>
          <w:rFonts w:ascii="Times New Roman" w:hAnsi="Times New Roman"/>
          <w:sz w:val="24"/>
          <w:szCs w:val="24"/>
        </w:rPr>
        <w:t xml:space="preserve">    </w:t>
      </w:r>
      <w:r w:rsidR="003E7074">
        <w:rPr>
          <w:rFonts w:ascii="Times New Roman" w:hAnsi="Times New Roman"/>
          <w:sz w:val="24"/>
          <w:szCs w:val="24"/>
        </w:rPr>
        <w:t xml:space="preserve">2.11. </w:t>
      </w:r>
      <w:r w:rsidRPr="00A147E7">
        <w:rPr>
          <w:rFonts w:ascii="Times New Roman" w:hAnsi="Times New Roman"/>
          <w:sz w:val="24"/>
          <w:szCs w:val="24"/>
        </w:rPr>
        <w:t>Текущий ремонт - ремонт, выполняемый для обеспечения или восстановления работоспособности оборудования и состоящий в замене и (или) восстановлении отдельных частей с частичной разборкой согласно графика ППР (график ППР составляет и представляет Заказчик);</w:t>
      </w:r>
    </w:p>
    <w:p w14:paraId="1205C8AD" w14:textId="7508CFF0" w:rsidR="00A146A6" w:rsidRPr="00A147E7" w:rsidRDefault="00CF0384" w:rsidP="00FE659E">
      <w:pPr>
        <w:pStyle w:val="af1"/>
        <w:ind w:lef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2.</w:t>
      </w:r>
      <w:r w:rsidR="00FE659E">
        <w:rPr>
          <w:rFonts w:ascii="Times New Roman" w:hAnsi="Times New Roman"/>
          <w:sz w:val="24"/>
          <w:szCs w:val="24"/>
        </w:rPr>
        <w:t>12.</w:t>
      </w:r>
      <w:r w:rsidR="00FE659E" w:rsidRPr="002948DD">
        <w:rPr>
          <w:rFonts w:ascii="Times New Roman" w:hAnsi="Times New Roman"/>
          <w:sz w:val="24"/>
          <w:szCs w:val="24"/>
        </w:rPr>
        <w:t xml:space="preserve"> Исполнитель</w:t>
      </w:r>
      <w:r w:rsidR="00A146A6" w:rsidRPr="002948DD">
        <w:rPr>
          <w:rFonts w:ascii="Times New Roman" w:hAnsi="Times New Roman"/>
          <w:sz w:val="24"/>
          <w:szCs w:val="24"/>
        </w:rPr>
        <w:t xml:space="preserve"> берет на себя </w:t>
      </w:r>
      <w:r w:rsidR="00CC475A">
        <w:rPr>
          <w:rFonts w:ascii="Times New Roman" w:hAnsi="Times New Roman"/>
          <w:sz w:val="24"/>
          <w:szCs w:val="24"/>
        </w:rPr>
        <w:t>затраты по поверке и организации</w:t>
      </w:r>
      <w:r w:rsidR="00A146A6" w:rsidRPr="002948DD">
        <w:rPr>
          <w:rFonts w:ascii="Times New Roman" w:hAnsi="Times New Roman"/>
          <w:sz w:val="24"/>
          <w:szCs w:val="24"/>
        </w:rPr>
        <w:t xml:space="preserve"> поверки всех средств измерений, установл</w:t>
      </w:r>
      <w:r w:rsidR="00F135B8" w:rsidRPr="002948DD">
        <w:rPr>
          <w:rFonts w:ascii="Times New Roman" w:hAnsi="Times New Roman"/>
          <w:sz w:val="24"/>
          <w:szCs w:val="24"/>
        </w:rPr>
        <w:t xml:space="preserve">енных на </w:t>
      </w:r>
      <w:r w:rsidR="00FE659E" w:rsidRPr="002948DD">
        <w:rPr>
          <w:rFonts w:ascii="Times New Roman" w:hAnsi="Times New Roman"/>
          <w:sz w:val="24"/>
          <w:szCs w:val="24"/>
        </w:rPr>
        <w:t>обслуживаемых объектах,</w:t>
      </w:r>
      <w:r w:rsidR="00F135B8" w:rsidRPr="002948DD">
        <w:rPr>
          <w:rFonts w:ascii="Times New Roman" w:hAnsi="Times New Roman"/>
          <w:sz w:val="24"/>
          <w:szCs w:val="24"/>
        </w:rPr>
        <w:t xml:space="preserve"> не относящихся к техническ</w:t>
      </w:r>
      <w:r w:rsidR="00AB2AF4">
        <w:rPr>
          <w:rFonts w:ascii="Times New Roman" w:hAnsi="Times New Roman"/>
          <w:sz w:val="24"/>
          <w:szCs w:val="24"/>
        </w:rPr>
        <w:t>ому учету электрической энергии;</w:t>
      </w:r>
    </w:p>
    <w:p w14:paraId="02F05CB5" w14:textId="733564E0" w:rsidR="00A146A6" w:rsidRPr="00A147E7" w:rsidRDefault="00CF0384" w:rsidP="00FE659E">
      <w:pPr>
        <w:pStyle w:val="af1"/>
        <w:ind w:lef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451598">
        <w:rPr>
          <w:rFonts w:ascii="Times New Roman" w:hAnsi="Times New Roman"/>
          <w:sz w:val="24"/>
          <w:szCs w:val="24"/>
        </w:rPr>
        <w:t>2.</w:t>
      </w:r>
      <w:r w:rsidR="00FE659E">
        <w:rPr>
          <w:rFonts w:ascii="Times New Roman" w:hAnsi="Times New Roman"/>
          <w:sz w:val="24"/>
          <w:szCs w:val="24"/>
        </w:rPr>
        <w:t>13.</w:t>
      </w:r>
      <w:r w:rsidR="00FE659E" w:rsidRPr="00A147E7">
        <w:rPr>
          <w:rFonts w:ascii="Times New Roman" w:hAnsi="Times New Roman"/>
          <w:sz w:val="24"/>
          <w:szCs w:val="24"/>
        </w:rPr>
        <w:t xml:space="preserve"> Исполнитель</w:t>
      </w:r>
      <w:r w:rsidR="00A146A6" w:rsidRPr="00A147E7">
        <w:rPr>
          <w:rFonts w:ascii="Times New Roman" w:hAnsi="Times New Roman"/>
          <w:sz w:val="24"/>
          <w:szCs w:val="24"/>
        </w:rPr>
        <w:t xml:space="preserve"> обязан обеспечить бесперебойную работу всех средств измерений, производить профилактические работы, техническое обслуживание и ремонт вышедших из строя средств </w:t>
      </w:r>
      <w:r w:rsidR="00AB2AF4">
        <w:rPr>
          <w:rFonts w:ascii="Times New Roman" w:hAnsi="Times New Roman"/>
          <w:sz w:val="24"/>
          <w:szCs w:val="24"/>
        </w:rPr>
        <w:t>измерений;</w:t>
      </w:r>
    </w:p>
    <w:p w14:paraId="5A2146A5" w14:textId="6B1FFEDF" w:rsidR="00A146A6" w:rsidRPr="00A147E7" w:rsidRDefault="00451598" w:rsidP="00FE659E">
      <w:pPr>
        <w:pStyle w:val="af1"/>
        <w:ind w:lef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2.</w:t>
      </w:r>
      <w:r w:rsidR="00FE659E">
        <w:rPr>
          <w:rFonts w:ascii="Times New Roman" w:hAnsi="Times New Roman"/>
          <w:sz w:val="24"/>
          <w:szCs w:val="24"/>
        </w:rPr>
        <w:t>14.</w:t>
      </w:r>
      <w:r w:rsidR="00FE659E" w:rsidRPr="00A147E7">
        <w:rPr>
          <w:rFonts w:ascii="Times New Roman" w:hAnsi="Times New Roman"/>
          <w:sz w:val="24"/>
          <w:szCs w:val="24"/>
        </w:rPr>
        <w:t xml:space="preserve"> Исполнитель</w:t>
      </w:r>
      <w:r w:rsidR="00A146A6" w:rsidRPr="00A147E7">
        <w:rPr>
          <w:rFonts w:ascii="Times New Roman" w:hAnsi="Times New Roman"/>
          <w:sz w:val="24"/>
          <w:szCs w:val="24"/>
        </w:rPr>
        <w:t xml:space="preserve"> несет ответственность за техническое состояние всех средств измерений. </w:t>
      </w:r>
    </w:p>
    <w:p w14:paraId="49A01F4E" w14:textId="05A1DFED" w:rsidR="00A146A6" w:rsidRPr="00A147E7" w:rsidRDefault="00451598" w:rsidP="00FE659E">
      <w:pPr>
        <w:pStyle w:val="af1"/>
        <w:ind w:left="-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2.</w:t>
      </w:r>
      <w:r w:rsidR="00FE659E">
        <w:rPr>
          <w:rFonts w:ascii="Times New Roman" w:hAnsi="Times New Roman"/>
          <w:sz w:val="24"/>
          <w:szCs w:val="24"/>
        </w:rPr>
        <w:t>15.</w:t>
      </w:r>
      <w:r w:rsidR="00FE659E" w:rsidRPr="00A147E7">
        <w:rPr>
          <w:rFonts w:ascii="Times New Roman" w:hAnsi="Times New Roman"/>
          <w:sz w:val="24"/>
          <w:szCs w:val="24"/>
        </w:rPr>
        <w:t xml:space="preserve"> Выполнение</w:t>
      </w:r>
      <w:r w:rsidR="00A146A6" w:rsidRPr="00A147E7">
        <w:rPr>
          <w:rFonts w:ascii="Times New Roman" w:hAnsi="Times New Roman"/>
          <w:sz w:val="24"/>
          <w:szCs w:val="24"/>
        </w:rPr>
        <w:t xml:space="preserve"> ремонтных работ пр</w:t>
      </w:r>
      <w:r w:rsidR="00AB2AF4">
        <w:rPr>
          <w:rFonts w:ascii="Times New Roman" w:hAnsi="Times New Roman"/>
          <w:sz w:val="24"/>
          <w:szCs w:val="24"/>
        </w:rPr>
        <w:t>и ликвидации аварийных ситуаций;</w:t>
      </w:r>
    </w:p>
    <w:p w14:paraId="1EDDCB61" w14:textId="2DE1ACBF" w:rsidR="00A146A6" w:rsidRPr="00A147E7" w:rsidRDefault="00FE659E" w:rsidP="00451598">
      <w:pPr>
        <w:pStyle w:val="af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451598"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>16.</w:t>
      </w:r>
      <w:r w:rsidRPr="00A147E7">
        <w:rPr>
          <w:rFonts w:ascii="Times New Roman" w:hAnsi="Times New Roman"/>
          <w:sz w:val="24"/>
          <w:szCs w:val="24"/>
        </w:rPr>
        <w:t xml:space="preserve"> Исполнитель</w:t>
      </w:r>
      <w:r w:rsidR="00A146A6" w:rsidRPr="00A147E7">
        <w:rPr>
          <w:rFonts w:ascii="Times New Roman" w:hAnsi="Times New Roman"/>
          <w:sz w:val="24"/>
          <w:szCs w:val="24"/>
        </w:rPr>
        <w:t xml:space="preserve"> обязан в процессе оказания Услуг </w:t>
      </w:r>
      <w:r w:rsidRPr="00A147E7">
        <w:rPr>
          <w:rFonts w:ascii="Times New Roman" w:hAnsi="Times New Roman"/>
          <w:sz w:val="24"/>
          <w:szCs w:val="24"/>
        </w:rPr>
        <w:t>соблюдать требования</w:t>
      </w:r>
      <w:r w:rsidR="00A146A6" w:rsidRPr="00A147E7">
        <w:rPr>
          <w:rFonts w:ascii="Times New Roman" w:hAnsi="Times New Roman"/>
          <w:sz w:val="24"/>
          <w:szCs w:val="24"/>
        </w:rPr>
        <w:t xml:space="preserve"> безопасности в области промышленной б</w:t>
      </w:r>
      <w:r w:rsidR="00AB2AF4">
        <w:rPr>
          <w:rFonts w:ascii="Times New Roman" w:hAnsi="Times New Roman"/>
          <w:sz w:val="24"/>
          <w:szCs w:val="24"/>
        </w:rPr>
        <w:t>езопасности, охраны труда и ООС;</w:t>
      </w:r>
    </w:p>
    <w:p w14:paraId="3DD00C20" w14:textId="77777777" w:rsidR="00A146A6" w:rsidRPr="00A147E7" w:rsidRDefault="00A146A6" w:rsidP="00DA0023">
      <w:pPr>
        <w:pStyle w:val="af1"/>
        <w:ind w:firstLine="708"/>
        <w:jc w:val="both"/>
        <w:rPr>
          <w:rFonts w:ascii="Times New Roman" w:hAnsi="Times New Roman"/>
          <w:sz w:val="24"/>
          <w:szCs w:val="24"/>
        </w:rPr>
      </w:pPr>
      <w:r w:rsidRPr="00A147E7">
        <w:rPr>
          <w:rFonts w:ascii="Times New Roman" w:hAnsi="Times New Roman"/>
          <w:sz w:val="24"/>
          <w:szCs w:val="24"/>
        </w:rPr>
        <w:t>В услуги также входит:</w:t>
      </w:r>
    </w:p>
    <w:p w14:paraId="6601BA94" w14:textId="125B353A" w:rsidR="00EA79D2" w:rsidRDefault="00451598" w:rsidP="00FB70A0">
      <w:pPr>
        <w:pStyle w:val="af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2.17. И</w:t>
      </w:r>
      <w:r w:rsidR="00A146A6" w:rsidRPr="00A147E7">
        <w:rPr>
          <w:rFonts w:ascii="Times New Roman" w:hAnsi="Times New Roman"/>
          <w:sz w:val="24"/>
          <w:szCs w:val="24"/>
        </w:rPr>
        <w:t xml:space="preserve">ные работы по техническому </w:t>
      </w:r>
      <w:r w:rsidR="00FE659E" w:rsidRPr="00A147E7">
        <w:rPr>
          <w:rFonts w:ascii="Times New Roman" w:hAnsi="Times New Roman"/>
          <w:sz w:val="24"/>
          <w:szCs w:val="24"/>
        </w:rPr>
        <w:t>обслуживанию электрооборудования</w:t>
      </w:r>
      <w:r w:rsidR="00A146A6" w:rsidRPr="00A147E7">
        <w:rPr>
          <w:rFonts w:ascii="Times New Roman" w:hAnsi="Times New Roman"/>
          <w:sz w:val="24"/>
          <w:szCs w:val="24"/>
        </w:rPr>
        <w:t xml:space="preserve"> ПС 110/35/6</w:t>
      </w:r>
      <w:r w:rsidR="00A146A6" w:rsidRPr="00A147E7">
        <w:rPr>
          <w:rFonts w:ascii="Times New Roman" w:hAnsi="Times New Roman"/>
          <w:b/>
          <w:sz w:val="24"/>
          <w:szCs w:val="24"/>
        </w:rPr>
        <w:t xml:space="preserve"> </w:t>
      </w:r>
      <w:r w:rsidR="00A146A6" w:rsidRPr="00A147E7">
        <w:rPr>
          <w:rFonts w:ascii="Times New Roman" w:hAnsi="Times New Roman"/>
          <w:sz w:val="24"/>
          <w:szCs w:val="24"/>
        </w:rPr>
        <w:t>кВ,</w:t>
      </w:r>
      <w:r w:rsidR="00A146A6" w:rsidRPr="00A147E7">
        <w:rPr>
          <w:rFonts w:ascii="Times New Roman" w:hAnsi="Times New Roman"/>
          <w:b/>
          <w:sz w:val="24"/>
          <w:szCs w:val="24"/>
        </w:rPr>
        <w:t xml:space="preserve"> </w:t>
      </w:r>
      <w:r w:rsidR="00C61847" w:rsidRPr="00C61847">
        <w:rPr>
          <w:rFonts w:ascii="Times New Roman" w:hAnsi="Times New Roman"/>
          <w:sz w:val="24"/>
          <w:szCs w:val="24"/>
        </w:rPr>
        <w:t>ДНС</w:t>
      </w:r>
      <w:r w:rsidR="00C61847">
        <w:rPr>
          <w:rFonts w:ascii="Times New Roman" w:hAnsi="Times New Roman"/>
          <w:b/>
          <w:sz w:val="24"/>
          <w:szCs w:val="24"/>
        </w:rPr>
        <w:t xml:space="preserve"> </w:t>
      </w:r>
      <w:r w:rsidR="00C61847" w:rsidRPr="00F723D7">
        <w:rPr>
          <w:rFonts w:ascii="Times New Roman" w:hAnsi="Times New Roman"/>
          <w:bCs/>
          <w:sz w:val="24"/>
          <w:szCs w:val="24"/>
        </w:rPr>
        <w:t>и</w:t>
      </w:r>
      <w:r w:rsidR="00C61847">
        <w:rPr>
          <w:rFonts w:ascii="Times New Roman" w:hAnsi="Times New Roman"/>
          <w:b/>
          <w:sz w:val="24"/>
          <w:szCs w:val="24"/>
        </w:rPr>
        <w:t xml:space="preserve"> </w:t>
      </w:r>
      <w:r w:rsidR="00C61847" w:rsidRPr="00C61847">
        <w:rPr>
          <w:rFonts w:ascii="Times New Roman" w:hAnsi="Times New Roman"/>
          <w:sz w:val="24"/>
          <w:szCs w:val="24"/>
        </w:rPr>
        <w:t>объектов месторождения</w:t>
      </w:r>
      <w:r w:rsidR="00C61847">
        <w:rPr>
          <w:rFonts w:ascii="Times New Roman" w:hAnsi="Times New Roman"/>
          <w:sz w:val="24"/>
          <w:szCs w:val="24"/>
        </w:rPr>
        <w:t>,</w:t>
      </w:r>
      <w:r w:rsidR="001D13FF">
        <w:rPr>
          <w:rFonts w:ascii="Times New Roman" w:hAnsi="Times New Roman"/>
          <w:sz w:val="24"/>
          <w:szCs w:val="24"/>
        </w:rPr>
        <w:t xml:space="preserve"> вахтового лагеря и промышленной базы,</w:t>
      </w:r>
      <w:r w:rsidR="00C61847">
        <w:rPr>
          <w:rFonts w:ascii="Times New Roman" w:hAnsi="Times New Roman"/>
          <w:sz w:val="24"/>
          <w:szCs w:val="24"/>
        </w:rPr>
        <w:t xml:space="preserve"> </w:t>
      </w:r>
      <w:r w:rsidR="00A146A6" w:rsidRPr="00C61847">
        <w:rPr>
          <w:rFonts w:ascii="Times New Roman" w:hAnsi="Times New Roman"/>
          <w:sz w:val="24"/>
          <w:szCs w:val="24"/>
        </w:rPr>
        <w:t>которые</w:t>
      </w:r>
      <w:r w:rsidR="00A146A6" w:rsidRPr="00A147E7">
        <w:rPr>
          <w:rFonts w:ascii="Times New Roman" w:hAnsi="Times New Roman"/>
          <w:sz w:val="24"/>
          <w:szCs w:val="24"/>
        </w:rPr>
        <w:t xml:space="preserve"> не указаны в настоящей технической спецификации, но должны быть оказаны в целях их нормальной работы.</w:t>
      </w:r>
    </w:p>
    <w:p w14:paraId="69BEFAE3" w14:textId="06F05AAC" w:rsidR="008E5535" w:rsidRDefault="0067294A">
      <w:pPr>
        <w:pStyle w:val="af1"/>
        <w:numPr>
          <w:ilvl w:val="1"/>
          <w:numId w:val="3"/>
        </w:num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Участие в пуско-наладочных работах при приемке в эксплуатацию вновь вводимого электрооборудования.</w:t>
      </w:r>
    </w:p>
    <w:p w14:paraId="5783C1B3" w14:textId="13855A01" w:rsidR="008E5535" w:rsidRDefault="008E5535">
      <w:pPr>
        <w:pStyle w:val="af1"/>
        <w:numPr>
          <w:ilvl w:val="1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8E5535">
        <w:rPr>
          <w:rFonts w:ascii="Times New Roman" w:hAnsi="Times New Roman"/>
          <w:sz w:val="24"/>
          <w:szCs w:val="24"/>
        </w:rPr>
        <w:t>Выполнение планово-предупредительных ремонтов (ППР) магистральных линий ВЛ-6 кВ фидеров №109 и №212 с заменой существующей вязки проводов на двойное крепление (рессорную вязку).</w:t>
      </w:r>
    </w:p>
    <w:p w14:paraId="368CED98" w14:textId="77777777" w:rsidR="008E5535" w:rsidRPr="008E5535" w:rsidRDefault="008E5535" w:rsidP="008E5535">
      <w:pPr>
        <w:pStyle w:val="af1"/>
        <w:ind w:left="480"/>
        <w:contextualSpacing/>
        <w:rPr>
          <w:rFonts w:ascii="Times New Roman" w:hAnsi="Times New Roman"/>
          <w:sz w:val="24"/>
          <w:szCs w:val="24"/>
        </w:rPr>
      </w:pPr>
    </w:p>
    <w:p w14:paraId="12EF0D12" w14:textId="77777777" w:rsidR="00F723D7" w:rsidRPr="00A147E7" w:rsidRDefault="00F723D7" w:rsidP="00DA0023">
      <w:pPr>
        <w:pStyle w:val="af1"/>
        <w:jc w:val="both"/>
        <w:rPr>
          <w:rFonts w:ascii="Times New Roman" w:hAnsi="Times New Roman"/>
          <w:sz w:val="24"/>
          <w:szCs w:val="24"/>
        </w:rPr>
      </w:pPr>
    </w:p>
    <w:p w14:paraId="509F9DEF" w14:textId="77777777" w:rsidR="00A146A6" w:rsidRPr="00A147E7" w:rsidRDefault="00A146A6" w:rsidP="00DA0023">
      <w:pPr>
        <w:pStyle w:val="af1"/>
        <w:ind w:left="720"/>
        <w:jc w:val="both"/>
        <w:rPr>
          <w:rFonts w:ascii="Times New Roman" w:hAnsi="Times New Roman"/>
          <w:b/>
          <w:sz w:val="24"/>
          <w:szCs w:val="24"/>
        </w:rPr>
      </w:pPr>
      <w:r w:rsidRPr="00A147E7">
        <w:rPr>
          <w:rFonts w:ascii="Times New Roman" w:hAnsi="Times New Roman"/>
          <w:b/>
          <w:sz w:val="24"/>
          <w:szCs w:val="24"/>
        </w:rPr>
        <w:t xml:space="preserve"> </w:t>
      </w:r>
      <w:r w:rsidR="00BB6D3B">
        <w:rPr>
          <w:rFonts w:ascii="Times New Roman" w:hAnsi="Times New Roman"/>
          <w:b/>
          <w:sz w:val="24"/>
          <w:szCs w:val="24"/>
        </w:rPr>
        <w:t xml:space="preserve">                               3</w:t>
      </w:r>
      <w:r w:rsidRPr="00A147E7">
        <w:rPr>
          <w:rFonts w:ascii="Times New Roman" w:hAnsi="Times New Roman"/>
          <w:b/>
          <w:sz w:val="24"/>
          <w:szCs w:val="24"/>
        </w:rPr>
        <w:t>. Требования к персоналу Исполнителя.</w:t>
      </w:r>
    </w:p>
    <w:p w14:paraId="60DE29EF" w14:textId="45FB974E" w:rsidR="008C6FA5" w:rsidRDefault="008C6FA5" w:rsidP="00DA0023">
      <w:pPr>
        <w:pStyle w:val="af1"/>
        <w:jc w:val="both"/>
        <w:rPr>
          <w:rFonts w:ascii="Times New Roman" w:hAnsi="Times New Roman"/>
          <w:sz w:val="24"/>
          <w:szCs w:val="24"/>
        </w:rPr>
      </w:pPr>
    </w:p>
    <w:p w14:paraId="6392216C" w14:textId="6DD9CE9A" w:rsidR="00A146A6" w:rsidRPr="00A147E7" w:rsidRDefault="008C6FA5" w:rsidP="00DA0023">
      <w:pPr>
        <w:pStyle w:val="af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3.1</w:t>
      </w:r>
      <w:r w:rsidR="00E05CF8">
        <w:rPr>
          <w:rFonts w:ascii="Times New Roman" w:hAnsi="Times New Roman"/>
          <w:sz w:val="24"/>
          <w:szCs w:val="24"/>
        </w:rPr>
        <w:t xml:space="preserve">. </w:t>
      </w:r>
      <w:r w:rsidR="00A146A6" w:rsidRPr="00A147E7">
        <w:rPr>
          <w:rFonts w:ascii="Times New Roman" w:hAnsi="Times New Roman"/>
          <w:sz w:val="24"/>
          <w:szCs w:val="24"/>
        </w:rPr>
        <w:t>Обеспечивать медицинское обслуживание, а также транспортировку Персонала Исполнителя на место оказания Услуг и обратно;</w:t>
      </w:r>
    </w:p>
    <w:p w14:paraId="7819197A" w14:textId="16E4EE7C" w:rsidR="00A146A6" w:rsidRPr="00A147E7" w:rsidRDefault="008C6FA5" w:rsidP="00DA0023">
      <w:pPr>
        <w:pStyle w:val="af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="00FE659E">
        <w:rPr>
          <w:rFonts w:ascii="Times New Roman" w:hAnsi="Times New Roman"/>
          <w:sz w:val="24"/>
          <w:szCs w:val="24"/>
        </w:rPr>
        <w:t>2. Постоянно</w:t>
      </w:r>
      <w:r w:rsidR="00A146A6" w:rsidRPr="00A147E7">
        <w:rPr>
          <w:rFonts w:ascii="Times New Roman" w:hAnsi="Times New Roman"/>
          <w:sz w:val="24"/>
          <w:szCs w:val="24"/>
        </w:rPr>
        <w:t xml:space="preserve"> поддерживать строгую производственную и трудовую дисциплину и порядок среди Персонала Исполнителя, а также не допускать наличие и употребление алкогольных напитков, наркотических или иных подобных средств в местах оказания Услуг;</w:t>
      </w:r>
    </w:p>
    <w:p w14:paraId="75F35713" w14:textId="41D4BDA0" w:rsidR="00A146A6" w:rsidRPr="00A147E7" w:rsidRDefault="008C6FA5" w:rsidP="00DA0023">
      <w:pPr>
        <w:pStyle w:val="af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3.3</w:t>
      </w:r>
      <w:r w:rsidR="00E05CF8">
        <w:rPr>
          <w:rFonts w:ascii="Times New Roman" w:hAnsi="Times New Roman"/>
          <w:sz w:val="24"/>
          <w:szCs w:val="24"/>
        </w:rPr>
        <w:t>. П</w:t>
      </w:r>
      <w:r w:rsidR="00A146A6" w:rsidRPr="00A147E7">
        <w:rPr>
          <w:rFonts w:ascii="Times New Roman" w:hAnsi="Times New Roman"/>
          <w:sz w:val="24"/>
          <w:szCs w:val="24"/>
        </w:rPr>
        <w:t>роизводить в разумный, согласованный Сторонами срок отстранение от оказания Услуг, замену или доставку дополнительных сотрудников Персонала Исполнителя</w:t>
      </w:r>
      <w:r w:rsidR="00A147E7">
        <w:rPr>
          <w:rFonts w:ascii="Times New Roman" w:hAnsi="Times New Roman"/>
          <w:sz w:val="24"/>
          <w:szCs w:val="24"/>
        </w:rPr>
        <w:t>,</w:t>
      </w:r>
      <w:r w:rsidR="00A146A6" w:rsidRPr="00A147E7">
        <w:rPr>
          <w:rFonts w:ascii="Times New Roman" w:hAnsi="Times New Roman"/>
          <w:sz w:val="24"/>
          <w:szCs w:val="24"/>
        </w:rPr>
        <w:t xml:space="preserve"> согласно указанию</w:t>
      </w:r>
      <w:r w:rsidR="00A147E7">
        <w:rPr>
          <w:rFonts w:ascii="Times New Roman" w:hAnsi="Times New Roman"/>
          <w:sz w:val="24"/>
          <w:szCs w:val="24"/>
        </w:rPr>
        <w:t xml:space="preserve"> </w:t>
      </w:r>
      <w:r w:rsidR="00A146A6" w:rsidRPr="00A147E7">
        <w:rPr>
          <w:rFonts w:ascii="Times New Roman" w:hAnsi="Times New Roman"/>
          <w:sz w:val="24"/>
          <w:szCs w:val="24"/>
        </w:rPr>
        <w:t>Заказчика</w:t>
      </w:r>
      <w:r w:rsidR="00A147E7">
        <w:rPr>
          <w:rFonts w:ascii="Times New Roman" w:hAnsi="Times New Roman"/>
          <w:sz w:val="24"/>
          <w:szCs w:val="24"/>
        </w:rPr>
        <w:t>,</w:t>
      </w:r>
      <w:r w:rsidR="00A146A6" w:rsidRPr="00A147E7">
        <w:rPr>
          <w:rFonts w:ascii="Times New Roman" w:hAnsi="Times New Roman"/>
          <w:sz w:val="24"/>
          <w:szCs w:val="24"/>
        </w:rPr>
        <w:t xml:space="preserve"> при наличии любой обоснованной причины и/или по требованию любого компетентного государственного органа Республики Казахстан. Лицо, отстраненное от работ, не может быть допущено к работам без предварительного п</w:t>
      </w:r>
      <w:r>
        <w:rPr>
          <w:rFonts w:ascii="Times New Roman" w:hAnsi="Times New Roman"/>
          <w:sz w:val="24"/>
          <w:szCs w:val="24"/>
        </w:rPr>
        <w:t>исьменного разрешения Заказчика;</w:t>
      </w:r>
      <w:r w:rsidR="00A146A6" w:rsidRPr="00A147E7">
        <w:rPr>
          <w:rFonts w:ascii="Times New Roman" w:hAnsi="Times New Roman"/>
          <w:sz w:val="24"/>
          <w:szCs w:val="24"/>
        </w:rPr>
        <w:t xml:space="preserve"> </w:t>
      </w:r>
    </w:p>
    <w:p w14:paraId="13607A8D" w14:textId="21E10A73" w:rsidR="00A146A6" w:rsidRPr="00A147E7" w:rsidRDefault="008C6FA5" w:rsidP="00DA0023">
      <w:pPr>
        <w:pStyle w:val="af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3.4</w:t>
      </w:r>
      <w:r w:rsidR="00E05CF8">
        <w:rPr>
          <w:rFonts w:ascii="Times New Roman" w:hAnsi="Times New Roman"/>
          <w:sz w:val="24"/>
          <w:szCs w:val="24"/>
        </w:rPr>
        <w:t>. О</w:t>
      </w:r>
      <w:r w:rsidR="00A146A6" w:rsidRPr="00A147E7">
        <w:rPr>
          <w:rFonts w:ascii="Times New Roman" w:hAnsi="Times New Roman"/>
          <w:sz w:val="24"/>
          <w:szCs w:val="24"/>
        </w:rPr>
        <w:t>беспечить свой персонал средствами колле</w:t>
      </w:r>
      <w:r>
        <w:rPr>
          <w:rFonts w:ascii="Times New Roman" w:hAnsi="Times New Roman"/>
          <w:sz w:val="24"/>
          <w:szCs w:val="24"/>
        </w:rPr>
        <w:t>ктивной и индивидуальной защиты;</w:t>
      </w:r>
    </w:p>
    <w:p w14:paraId="774A366E" w14:textId="251FAC73" w:rsidR="00A146A6" w:rsidRPr="00A147E7" w:rsidRDefault="008C6FA5" w:rsidP="00DA0023">
      <w:pPr>
        <w:pStyle w:val="af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3.5</w:t>
      </w:r>
      <w:r w:rsidR="00E05CF8">
        <w:rPr>
          <w:rFonts w:ascii="Times New Roman" w:hAnsi="Times New Roman"/>
          <w:sz w:val="24"/>
          <w:szCs w:val="24"/>
        </w:rPr>
        <w:t xml:space="preserve">. </w:t>
      </w:r>
      <w:r w:rsidR="00A146A6" w:rsidRPr="00A147E7">
        <w:rPr>
          <w:rFonts w:ascii="Times New Roman" w:hAnsi="Times New Roman"/>
          <w:sz w:val="24"/>
          <w:szCs w:val="24"/>
        </w:rPr>
        <w:t>Принять на себя всю ответственность и оградить Заказчика от ответственности по любым искам, требованиям или решениям суда любого характера за Персонал Исполнителя в отношении заработной платы, выплат пособий, возмещению убытков, ущерба, причиненного жизни и здоровью, компенсаций, пенсий, дополнительных льгот и налогов, расходов и любых иных выплат, возмещение, которые могут причитатьс</w:t>
      </w:r>
      <w:r>
        <w:rPr>
          <w:rFonts w:ascii="Times New Roman" w:hAnsi="Times New Roman"/>
          <w:sz w:val="24"/>
          <w:szCs w:val="24"/>
        </w:rPr>
        <w:t>я Персоналу Исполнителя;</w:t>
      </w:r>
    </w:p>
    <w:p w14:paraId="11EEF376" w14:textId="74623516" w:rsidR="00A146A6" w:rsidRPr="00A147E7" w:rsidRDefault="008C6FA5" w:rsidP="00DA0023">
      <w:pPr>
        <w:pStyle w:val="af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3.6</w:t>
      </w:r>
      <w:r w:rsidR="00E05CF8">
        <w:rPr>
          <w:rFonts w:ascii="Times New Roman" w:hAnsi="Times New Roman"/>
          <w:sz w:val="24"/>
          <w:szCs w:val="24"/>
        </w:rPr>
        <w:t>.</w:t>
      </w:r>
      <w:r w:rsidR="00A146A6" w:rsidRPr="00A147E7">
        <w:rPr>
          <w:rFonts w:ascii="Times New Roman" w:hAnsi="Times New Roman"/>
          <w:sz w:val="24"/>
          <w:szCs w:val="24"/>
        </w:rPr>
        <w:t xml:space="preserve"> Исполнитель несет полную ответственность за последствия несчастных случаев, так же в случае возникновения аварийных ситуаций и аварий при</w:t>
      </w:r>
      <w:r w:rsidR="00A147E7">
        <w:rPr>
          <w:rFonts w:ascii="Times New Roman" w:hAnsi="Times New Roman"/>
          <w:sz w:val="24"/>
          <w:szCs w:val="24"/>
        </w:rPr>
        <w:t xml:space="preserve"> выполнении</w:t>
      </w:r>
      <w:r w:rsidR="00A146A6" w:rsidRPr="00A147E7">
        <w:rPr>
          <w:rFonts w:ascii="Times New Roman" w:hAnsi="Times New Roman"/>
          <w:sz w:val="24"/>
          <w:szCs w:val="24"/>
        </w:rPr>
        <w:t xml:space="preserve"> работ Исполнителем, до</w:t>
      </w:r>
      <w:r>
        <w:rPr>
          <w:rFonts w:ascii="Times New Roman" w:hAnsi="Times New Roman"/>
          <w:sz w:val="24"/>
          <w:szCs w:val="24"/>
        </w:rPr>
        <w:t>пущенных персоналом Исполнителя;</w:t>
      </w:r>
    </w:p>
    <w:p w14:paraId="41437732" w14:textId="20251077" w:rsidR="00DA0023" w:rsidRPr="00A147E7" w:rsidRDefault="008C6FA5" w:rsidP="00DA0023">
      <w:pPr>
        <w:pStyle w:val="af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3.7</w:t>
      </w:r>
      <w:r w:rsidR="00E05CF8">
        <w:rPr>
          <w:rFonts w:ascii="Times New Roman" w:hAnsi="Times New Roman"/>
          <w:sz w:val="24"/>
          <w:szCs w:val="24"/>
        </w:rPr>
        <w:t>.</w:t>
      </w:r>
      <w:r w:rsidR="00A146A6" w:rsidRPr="00A147E7">
        <w:rPr>
          <w:rFonts w:ascii="Times New Roman" w:hAnsi="Times New Roman"/>
          <w:sz w:val="24"/>
          <w:szCs w:val="24"/>
        </w:rPr>
        <w:t xml:space="preserve"> Режим работы персонала, указанног</w:t>
      </w:r>
      <w:r w:rsidR="009A1B6D">
        <w:rPr>
          <w:rFonts w:ascii="Times New Roman" w:hAnsi="Times New Roman"/>
          <w:sz w:val="24"/>
          <w:szCs w:val="24"/>
        </w:rPr>
        <w:t>о в пункте 5 настоящего раздела</w:t>
      </w:r>
      <w:r w:rsidR="00A146A6" w:rsidRPr="00A147E7">
        <w:rPr>
          <w:rFonts w:ascii="Times New Roman" w:hAnsi="Times New Roman"/>
          <w:sz w:val="24"/>
          <w:szCs w:val="24"/>
        </w:rPr>
        <w:t xml:space="preserve"> - вахтовый по 15 дней с 12 часовыми рабочим</w:t>
      </w:r>
      <w:r>
        <w:rPr>
          <w:rFonts w:ascii="Times New Roman" w:hAnsi="Times New Roman"/>
          <w:sz w:val="24"/>
          <w:szCs w:val="24"/>
        </w:rPr>
        <w:t>и сменами;</w:t>
      </w:r>
    </w:p>
    <w:p w14:paraId="4AD3305D" w14:textId="221D0CE6" w:rsidR="00EB301F" w:rsidRPr="00AC5FF8" w:rsidRDefault="008C6FA5" w:rsidP="00DA0023">
      <w:pPr>
        <w:pStyle w:val="af1"/>
        <w:jc w:val="both"/>
        <w:rPr>
          <w:rFonts w:ascii="Times New Roman" w:hAnsi="Times New Roman"/>
          <w:sz w:val="24"/>
          <w:szCs w:val="24"/>
        </w:rPr>
      </w:pPr>
      <w:r w:rsidRPr="00AC5FF8">
        <w:rPr>
          <w:rFonts w:ascii="Times New Roman" w:hAnsi="Times New Roman"/>
          <w:sz w:val="24"/>
          <w:szCs w:val="24"/>
        </w:rPr>
        <w:t>3.8</w:t>
      </w:r>
      <w:r w:rsidR="00EB301F" w:rsidRPr="00AC5FF8">
        <w:rPr>
          <w:rFonts w:ascii="Times New Roman" w:hAnsi="Times New Roman"/>
          <w:sz w:val="24"/>
          <w:szCs w:val="24"/>
        </w:rPr>
        <w:t xml:space="preserve">. Перечень обслуживающего персонала в одной вахте должно быть не </w:t>
      </w:r>
      <w:r w:rsidR="00FE659E" w:rsidRPr="00AC5FF8">
        <w:rPr>
          <w:rFonts w:ascii="Times New Roman" w:hAnsi="Times New Roman"/>
          <w:sz w:val="24"/>
          <w:szCs w:val="24"/>
        </w:rPr>
        <w:t xml:space="preserve">менее: </w:t>
      </w:r>
      <w:r w:rsidR="00C803B2" w:rsidRPr="00AC5FF8">
        <w:rPr>
          <w:rFonts w:ascii="Times New Roman" w:hAnsi="Times New Roman"/>
          <w:b/>
          <w:sz w:val="24"/>
          <w:szCs w:val="24"/>
        </w:rPr>
        <w:t>7</w:t>
      </w:r>
      <w:r w:rsidR="00E05CF8" w:rsidRPr="00AC5FF8">
        <w:rPr>
          <w:rFonts w:ascii="Times New Roman" w:hAnsi="Times New Roman"/>
          <w:b/>
          <w:sz w:val="24"/>
          <w:szCs w:val="24"/>
        </w:rPr>
        <w:t xml:space="preserve"> человек.</w:t>
      </w:r>
      <w:r w:rsidR="00E05CF8" w:rsidRPr="00AC5FF8">
        <w:rPr>
          <w:rFonts w:ascii="Times New Roman" w:hAnsi="Times New Roman"/>
          <w:sz w:val="24"/>
          <w:szCs w:val="24"/>
        </w:rPr>
        <w:t xml:space="preserve"> </w:t>
      </w:r>
    </w:p>
    <w:p w14:paraId="4AFEA66B" w14:textId="6AC2880E" w:rsidR="00FC3AAE" w:rsidRPr="00AC5FF8" w:rsidRDefault="00FC3AAE" w:rsidP="00FC3AAE">
      <w:pPr>
        <w:pStyle w:val="af1"/>
        <w:jc w:val="both"/>
        <w:rPr>
          <w:rFonts w:ascii="Times New Roman" w:hAnsi="Times New Roman"/>
          <w:sz w:val="24"/>
          <w:szCs w:val="24"/>
        </w:rPr>
      </w:pPr>
      <w:bookmarkStart w:id="1" w:name="_Hlk85613859"/>
      <w:r w:rsidRPr="00AC5FF8">
        <w:rPr>
          <w:rFonts w:ascii="Times New Roman" w:hAnsi="Times New Roman"/>
          <w:sz w:val="24"/>
          <w:szCs w:val="24"/>
        </w:rPr>
        <w:t xml:space="preserve">А) </w:t>
      </w:r>
      <w:r w:rsidR="00756D0D">
        <w:rPr>
          <w:rFonts w:ascii="Times New Roman" w:hAnsi="Times New Roman"/>
          <w:sz w:val="24"/>
          <w:szCs w:val="24"/>
          <w:lang w:val="kk-KZ"/>
        </w:rPr>
        <w:t>И</w:t>
      </w:r>
      <w:r w:rsidR="00756D0D" w:rsidRPr="006F4CD5">
        <w:rPr>
          <w:rFonts w:ascii="Times New Roman" w:hAnsi="Times New Roman"/>
          <w:sz w:val="24"/>
          <w:szCs w:val="24"/>
        </w:rPr>
        <w:t>нженер-электрик (бакалавр, магистр) или техник-электрик</w:t>
      </w:r>
      <w:r w:rsidR="00756D0D" w:rsidRPr="00AC5FF8">
        <w:rPr>
          <w:rFonts w:ascii="Times New Roman" w:hAnsi="Times New Roman"/>
          <w:sz w:val="24"/>
          <w:szCs w:val="24"/>
        </w:rPr>
        <w:t xml:space="preserve"> </w:t>
      </w:r>
      <w:r w:rsidRPr="00AC5FF8">
        <w:rPr>
          <w:rFonts w:ascii="Times New Roman" w:hAnsi="Times New Roman"/>
          <w:sz w:val="24"/>
          <w:szCs w:val="24"/>
        </w:rPr>
        <w:t xml:space="preserve">- 1 человек; </w:t>
      </w:r>
    </w:p>
    <w:p w14:paraId="264326E5" w14:textId="240ABAFB" w:rsidR="00FC3AAE" w:rsidRPr="00AC5FF8" w:rsidRDefault="00FC3AAE" w:rsidP="00FC3AAE">
      <w:pPr>
        <w:pStyle w:val="af1"/>
        <w:jc w:val="both"/>
        <w:rPr>
          <w:rFonts w:ascii="Times New Roman" w:hAnsi="Times New Roman"/>
          <w:sz w:val="24"/>
          <w:szCs w:val="24"/>
        </w:rPr>
      </w:pPr>
      <w:r w:rsidRPr="00AC5FF8">
        <w:rPr>
          <w:rFonts w:ascii="Times New Roman" w:hAnsi="Times New Roman"/>
          <w:sz w:val="24"/>
          <w:szCs w:val="24"/>
        </w:rPr>
        <w:t xml:space="preserve">Б) </w:t>
      </w:r>
      <w:r w:rsidR="00C7507F" w:rsidRPr="00C7507F">
        <w:rPr>
          <w:rStyle w:val="af8"/>
          <w:rFonts w:ascii="Times New Roman" w:hAnsi="Times New Roman"/>
          <w:b w:val="0"/>
          <w:bCs w:val="0"/>
          <w:sz w:val="24"/>
          <w:szCs w:val="24"/>
        </w:rPr>
        <w:t>Электромонтеры оперативного обслуживания электроустановок</w:t>
      </w:r>
      <w:r w:rsidR="00C7507F" w:rsidRPr="00C7507F">
        <w:rPr>
          <w:rFonts w:ascii="Times New Roman" w:hAnsi="Times New Roman"/>
          <w:sz w:val="28"/>
          <w:szCs w:val="28"/>
        </w:rPr>
        <w:t xml:space="preserve"> </w:t>
      </w:r>
      <w:r w:rsidRPr="00AC5FF8">
        <w:rPr>
          <w:rFonts w:ascii="Times New Roman" w:hAnsi="Times New Roman"/>
          <w:sz w:val="24"/>
          <w:szCs w:val="24"/>
        </w:rPr>
        <w:t xml:space="preserve">- 2 человека.                                                                                                                                                                        </w:t>
      </w:r>
    </w:p>
    <w:p w14:paraId="0C282F94" w14:textId="4F7232EC" w:rsidR="008D3ADD" w:rsidRDefault="008D3ADD" w:rsidP="00FC3AAE">
      <w:pPr>
        <w:pStyle w:val="af1"/>
        <w:jc w:val="both"/>
        <w:rPr>
          <w:rFonts w:ascii="Times New Roman" w:hAnsi="Times New Roman"/>
          <w:sz w:val="24"/>
          <w:szCs w:val="24"/>
        </w:rPr>
      </w:pPr>
      <w:r w:rsidRPr="00AC5FF8">
        <w:rPr>
          <w:rFonts w:ascii="Times New Roman" w:hAnsi="Times New Roman"/>
          <w:sz w:val="24"/>
          <w:szCs w:val="24"/>
        </w:rPr>
        <w:t>В</w:t>
      </w:r>
      <w:r w:rsidR="00FC3AAE" w:rsidRPr="00AC5FF8">
        <w:rPr>
          <w:rFonts w:ascii="Times New Roman" w:hAnsi="Times New Roman"/>
          <w:sz w:val="24"/>
          <w:szCs w:val="24"/>
        </w:rPr>
        <w:t xml:space="preserve">) Электромонтеры по ремонту и обслуживанию </w:t>
      </w:r>
      <w:r w:rsidRPr="00AC5FF8">
        <w:rPr>
          <w:rFonts w:ascii="Times New Roman" w:hAnsi="Times New Roman"/>
          <w:sz w:val="24"/>
          <w:szCs w:val="24"/>
        </w:rPr>
        <w:t xml:space="preserve">электрооборудования </w:t>
      </w:r>
      <w:r w:rsidR="00FC3AAE" w:rsidRPr="00AC5FF8">
        <w:rPr>
          <w:rFonts w:ascii="Times New Roman" w:hAnsi="Times New Roman"/>
          <w:sz w:val="24"/>
          <w:szCs w:val="24"/>
        </w:rPr>
        <w:t xml:space="preserve">- </w:t>
      </w:r>
      <w:r w:rsidR="009C1DA4" w:rsidRPr="00AC5FF8">
        <w:rPr>
          <w:rFonts w:ascii="Times New Roman" w:hAnsi="Times New Roman"/>
          <w:sz w:val="24"/>
          <w:szCs w:val="24"/>
        </w:rPr>
        <w:t>4</w:t>
      </w:r>
      <w:r w:rsidR="00FC3AAE" w:rsidRPr="00AC5FF8">
        <w:rPr>
          <w:rFonts w:ascii="Times New Roman" w:hAnsi="Times New Roman"/>
          <w:sz w:val="24"/>
          <w:szCs w:val="24"/>
        </w:rPr>
        <w:t xml:space="preserve"> человек</w:t>
      </w:r>
      <w:r w:rsidR="00C803B2" w:rsidRPr="00AC5FF8">
        <w:rPr>
          <w:rFonts w:ascii="Times New Roman" w:hAnsi="Times New Roman"/>
          <w:sz w:val="24"/>
          <w:szCs w:val="24"/>
        </w:rPr>
        <w:t>а</w:t>
      </w:r>
      <w:r w:rsidR="00FC3AAE" w:rsidRPr="00AC5FF8">
        <w:rPr>
          <w:rFonts w:ascii="Times New Roman" w:hAnsi="Times New Roman"/>
          <w:sz w:val="24"/>
          <w:szCs w:val="24"/>
        </w:rPr>
        <w:t>.</w:t>
      </w:r>
    </w:p>
    <w:p w14:paraId="08AB5A8F" w14:textId="77777777" w:rsidR="00BE2347" w:rsidRPr="00D80255" w:rsidRDefault="00BE2347" w:rsidP="00DA0023">
      <w:pPr>
        <w:pStyle w:val="af1"/>
        <w:jc w:val="both"/>
        <w:rPr>
          <w:rFonts w:ascii="Times New Roman" w:hAnsi="Times New Roman"/>
          <w:sz w:val="24"/>
          <w:szCs w:val="24"/>
        </w:rPr>
      </w:pPr>
    </w:p>
    <w:bookmarkEnd w:id="1"/>
    <w:p w14:paraId="6068C724" w14:textId="65412583" w:rsidR="00FC7F5C" w:rsidRDefault="00FC7F5C" w:rsidP="00DA002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shd w:val="clear" w:color="auto" w:fill="FFFFFF"/>
          <w:lang w:eastAsia="ru-RU"/>
        </w:rPr>
      </w:pPr>
      <w:r w:rsidRPr="00D80255">
        <w:rPr>
          <w:rFonts w:ascii="Times New Roman" w:eastAsia="Times New Roman" w:hAnsi="Times New Roman"/>
          <w:b/>
          <w:sz w:val="24"/>
          <w:szCs w:val="24"/>
          <w:shd w:val="clear" w:color="auto" w:fill="FFFFFF"/>
          <w:lang w:eastAsia="ru-RU"/>
        </w:rPr>
        <w:t>Квалификация (квалификационные требования к специалист</w:t>
      </w:r>
      <w:r w:rsidR="006C4411" w:rsidRPr="00D80255">
        <w:rPr>
          <w:rFonts w:ascii="Times New Roman" w:eastAsia="Times New Roman" w:hAnsi="Times New Roman"/>
          <w:b/>
          <w:sz w:val="24"/>
          <w:szCs w:val="24"/>
          <w:shd w:val="clear" w:color="auto" w:fill="FFFFFF"/>
          <w:lang w:eastAsia="ru-RU"/>
        </w:rPr>
        <w:t>ам</w:t>
      </w:r>
      <w:r w:rsidRPr="00D80255">
        <w:rPr>
          <w:rFonts w:ascii="Times New Roman" w:eastAsia="Times New Roman" w:hAnsi="Times New Roman"/>
          <w:b/>
          <w:sz w:val="24"/>
          <w:szCs w:val="24"/>
          <w:shd w:val="clear" w:color="auto" w:fill="FFFFFF"/>
          <w:lang w:eastAsia="ru-RU"/>
        </w:rPr>
        <w:t xml:space="preserve">): </w:t>
      </w:r>
    </w:p>
    <w:p w14:paraId="0F48F892" w14:textId="74C2339A" w:rsidR="009073BA" w:rsidRDefault="009073BA" w:rsidP="00DA002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shd w:val="clear" w:color="auto" w:fill="FFFFFF"/>
          <w:lang w:eastAsia="ru-RU"/>
        </w:rPr>
      </w:pPr>
    </w:p>
    <w:p w14:paraId="55FCB88C" w14:textId="54C1E80A" w:rsidR="00FC3AAE" w:rsidRPr="00DC4CE6" w:rsidRDefault="00FC3AAE" w:rsidP="00FC3AAE">
      <w:pPr>
        <w:pStyle w:val="af1"/>
        <w:jc w:val="both"/>
        <w:rPr>
          <w:rFonts w:ascii="Times New Roman" w:hAnsi="Times New Roman"/>
          <w:sz w:val="24"/>
          <w:szCs w:val="24"/>
        </w:rPr>
      </w:pPr>
      <w:r w:rsidRPr="00FC3AAE">
        <w:rPr>
          <w:rFonts w:ascii="Times New Roman" w:hAnsi="Times New Roman"/>
          <w:sz w:val="24"/>
          <w:szCs w:val="24"/>
        </w:rPr>
        <w:t xml:space="preserve">А) </w:t>
      </w:r>
      <w:r w:rsidR="00C7507F">
        <w:rPr>
          <w:rFonts w:ascii="Times New Roman" w:hAnsi="Times New Roman"/>
          <w:sz w:val="24"/>
          <w:szCs w:val="24"/>
          <w:lang w:val="kk-KZ"/>
        </w:rPr>
        <w:t>И</w:t>
      </w:r>
      <w:r w:rsidR="006F4CD5" w:rsidRPr="006F4CD5">
        <w:rPr>
          <w:rFonts w:ascii="Times New Roman" w:hAnsi="Times New Roman"/>
          <w:sz w:val="24"/>
          <w:szCs w:val="24"/>
        </w:rPr>
        <w:t>нженер-электрик (бакалавр, магистр) или техник-электрик, имеющий высшее профильное (энергетическое) или среднее специальное техническое образование и V группу по электробезопасности</w:t>
      </w:r>
      <w:r w:rsidRPr="00DC4CE6">
        <w:rPr>
          <w:rFonts w:ascii="Times New Roman" w:hAnsi="Times New Roman"/>
          <w:sz w:val="24"/>
          <w:szCs w:val="24"/>
        </w:rPr>
        <w:t xml:space="preserve">, стаж работы не менее 5 лет; </w:t>
      </w:r>
    </w:p>
    <w:p w14:paraId="5B40B5D7" w14:textId="20F47B08" w:rsidR="00FC3AAE" w:rsidRPr="00DC4CE6" w:rsidRDefault="00FC3AAE" w:rsidP="00C7507F">
      <w:pPr>
        <w:pStyle w:val="afff2"/>
      </w:pPr>
      <w:r w:rsidRPr="00DC4CE6">
        <w:t xml:space="preserve">Б) </w:t>
      </w:r>
      <w:r w:rsidR="00C7507F" w:rsidRPr="00C7507F">
        <w:rPr>
          <w:rStyle w:val="af8"/>
          <w:b w:val="0"/>
          <w:bCs w:val="0"/>
        </w:rPr>
        <w:t>Электромонтеры оперативного обслуживания электроустановок</w:t>
      </w:r>
      <w:r w:rsidR="00C7507F" w:rsidRPr="00C7507F">
        <w:t xml:space="preserve"> — работники, имеющие высшее профильное (энергетическое) или среднее специальное техническое образование и группу по электробезопасности не ниже IV</w:t>
      </w:r>
      <w:r w:rsidRPr="00C7507F">
        <w:rPr>
          <w:sz w:val="28"/>
          <w:szCs w:val="28"/>
        </w:rPr>
        <w:t xml:space="preserve">, </w:t>
      </w:r>
      <w:r w:rsidRPr="00DC4CE6">
        <w:t xml:space="preserve">стаж работы не менее 3 лет.                                                                                                                                                                        </w:t>
      </w:r>
    </w:p>
    <w:p w14:paraId="5C8CD0EC" w14:textId="31C80B88" w:rsidR="00FC3AAE" w:rsidRPr="00DC4CE6" w:rsidRDefault="00FC3AAE" w:rsidP="006F4CD5">
      <w:pPr>
        <w:pStyle w:val="afff2"/>
      </w:pPr>
      <w:r w:rsidRPr="00DC4CE6">
        <w:t xml:space="preserve">В) </w:t>
      </w:r>
      <w:r w:rsidR="006F4CD5" w:rsidRPr="006F4CD5">
        <w:rPr>
          <w:rStyle w:val="af8"/>
          <w:b w:val="0"/>
          <w:bCs w:val="0"/>
        </w:rPr>
        <w:t>Электромонтеры по ремонту и обслуживанию электрооборудования</w:t>
      </w:r>
      <w:r w:rsidR="006F4CD5" w:rsidRPr="006F4CD5">
        <w:t xml:space="preserve"> — работники, имеющие среднее специальное техническое образование и группу по электробезопасности не ниже III</w:t>
      </w:r>
      <w:r w:rsidRPr="00DC4CE6">
        <w:t>, стаж работы не менее 3 лет</w:t>
      </w:r>
      <w:r w:rsidR="008D3ADD" w:rsidRPr="00DC4CE6">
        <w:t>.</w:t>
      </w:r>
      <w:r w:rsidRPr="00DC4CE6">
        <w:t xml:space="preserve">                                                                                                                                                                                                </w:t>
      </w:r>
    </w:p>
    <w:p w14:paraId="5FD58814" w14:textId="77777777" w:rsidR="009073BA" w:rsidRPr="00D80255" w:rsidRDefault="009073BA" w:rsidP="00DA0023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shd w:val="clear" w:color="auto" w:fill="FFFFFF"/>
          <w:lang w:eastAsia="ru-RU"/>
        </w:rPr>
      </w:pPr>
    </w:p>
    <w:p w14:paraId="6F4104FB" w14:textId="30B4229B" w:rsidR="00FC7F5C" w:rsidRPr="0019795B" w:rsidRDefault="007414D3">
      <w:pPr>
        <w:pStyle w:val="af1"/>
        <w:numPr>
          <w:ilvl w:val="1"/>
          <w:numId w:val="2"/>
        </w:numPr>
        <w:jc w:val="both"/>
        <w:rPr>
          <w:rFonts w:ascii="Times New Roman" w:hAnsi="Times New Roman"/>
          <w:sz w:val="24"/>
          <w:szCs w:val="24"/>
        </w:rPr>
      </w:pPr>
      <w:r w:rsidRPr="0019795B">
        <w:rPr>
          <w:rFonts w:ascii="Times New Roman" w:hAnsi="Times New Roman"/>
          <w:sz w:val="24"/>
          <w:szCs w:val="24"/>
        </w:rPr>
        <w:t>В</w:t>
      </w:r>
      <w:r w:rsidR="008C6FA5">
        <w:rPr>
          <w:rFonts w:ascii="Times New Roman" w:hAnsi="Times New Roman"/>
          <w:sz w:val="24"/>
          <w:szCs w:val="24"/>
        </w:rPr>
        <w:t xml:space="preserve"> </w:t>
      </w:r>
      <w:r w:rsidR="00FC7F5C" w:rsidRPr="0019795B">
        <w:rPr>
          <w:rFonts w:ascii="Times New Roman" w:hAnsi="Times New Roman"/>
          <w:sz w:val="24"/>
          <w:szCs w:val="24"/>
        </w:rPr>
        <w:t>случае необходимости оказания услуг, предусмотренных настоящей Технической спецификацией и устранения неисправности работы энергетического оборудования другими специалистами, не указанными в настоящей Технической спецификации, Исполнитель представляет таких специалистов без т</w:t>
      </w:r>
      <w:r w:rsidR="008C6FA5">
        <w:rPr>
          <w:rFonts w:ascii="Times New Roman" w:hAnsi="Times New Roman"/>
          <w:sz w:val="24"/>
          <w:szCs w:val="24"/>
        </w:rPr>
        <w:t>ребования дополнительной оплаты;</w:t>
      </w:r>
    </w:p>
    <w:p w14:paraId="513249BC" w14:textId="77777777" w:rsidR="00A146A6" w:rsidRPr="00A147E7" w:rsidRDefault="00A146A6" w:rsidP="00DA0023">
      <w:pPr>
        <w:pStyle w:val="af1"/>
        <w:jc w:val="both"/>
        <w:rPr>
          <w:rFonts w:ascii="Times New Roman" w:hAnsi="Times New Roman"/>
          <w:sz w:val="24"/>
          <w:szCs w:val="24"/>
        </w:rPr>
      </w:pPr>
    </w:p>
    <w:p w14:paraId="1143934E" w14:textId="0847D6E7" w:rsidR="00A146A6" w:rsidRPr="00A147E7" w:rsidRDefault="00A146A6" w:rsidP="00DA0023">
      <w:pPr>
        <w:pStyle w:val="af1"/>
        <w:ind w:left="720"/>
        <w:jc w:val="both"/>
        <w:rPr>
          <w:rFonts w:ascii="Times New Roman" w:hAnsi="Times New Roman"/>
          <w:b/>
          <w:sz w:val="24"/>
          <w:szCs w:val="24"/>
          <w:highlight w:val="cyan"/>
        </w:rPr>
      </w:pPr>
      <w:r w:rsidRPr="00A147E7">
        <w:rPr>
          <w:rFonts w:ascii="Times New Roman" w:hAnsi="Times New Roman"/>
          <w:b/>
          <w:sz w:val="24"/>
          <w:szCs w:val="24"/>
        </w:rPr>
        <w:t xml:space="preserve">                                  </w:t>
      </w:r>
      <w:r w:rsidR="000C2C0A">
        <w:rPr>
          <w:rFonts w:ascii="Times New Roman" w:hAnsi="Times New Roman"/>
          <w:b/>
          <w:sz w:val="24"/>
          <w:szCs w:val="24"/>
        </w:rPr>
        <w:t>4</w:t>
      </w:r>
      <w:r w:rsidR="0048425A" w:rsidRPr="00A147E7">
        <w:rPr>
          <w:rFonts w:ascii="Times New Roman" w:hAnsi="Times New Roman"/>
          <w:b/>
          <w:sz w:val="24"/>
          <w:szCs w:val="24"/>
        </w:rPr>
        <w:t>.</w:t>
      </w:r>
      <w:r w:rsidRPr="00A147E7">
        <w:rPr>
          <w:rFonts w:ascii="Times New Roman" w:hAnsi="Times New Roman"/>
          <w:b/>
          <w:sz w:val="24"/>
          <w:szCs w:val="24"/>
        </w:rPr>
        <w:t xml:space="preserve">  Техническая оснащенность:</w:t>
      </w:r>
    </w:p>
    <w:p w14:paraId="6876E14A" w14:textId="77777777" w:rsidR="00A146A6" w:rsidRPr="00A147E7" w:rsidRDefault="00A146A6" w:rsidP="00DA0023">
      <w:pPr>
        <w:pStyle w:val="af1"/>
        <w:ind w:left="720"/>
        <w:jc w:val="both"/>
        <w:rPr>
          <w:rFonts w:ascii="Times New Roman" w:hAnsi="Times New Roman"/>
          <w:b/>
          <w:sz w:val="24"/>
          <w:szCs w:val="24"/>
          <w:highlight w:val="cyan"/>
        </w:rPr>
      </w:pPr>
    </w:p>
    <w:p w14:paraId="33ADB870" w14:textId="38BDD507" w:rsidR="00A146A6" w:rsidRPr="00A147E7" w:rsidRDefault="000C2C0A" w:rsidP="00DA0023">
      <w:pPr>
        <w:pStyle w:val="af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A146A6" w:rsidRPr="00A147E7">
        <w:rPr>
          <w:rFonts w:ascii="Times New Roman" w:hAnsi="Times New Roman"/>
          <w:sz w:val="24"/>
          <w:szCs w:val="24"/>
        </w:rPr>
        <w:t xml:space="preserve">Исполнитель должен иметь в наличии собственную или арендованную </w:t>
      </w:r>
      <w:r w:rsidR="00FE659E" w:rsidRPr="00A147E7">
        <w:rPr>
          <w:rFonts w:ascii="Times New Roman" w:hAnsi="Times New Roman"/>
          <w:sz w:val="24"/>
          <w:szCs w:val="24"/>
        </w:rPr>
        <w:t>передвижную высоковольтную</w:t>
      </w:r>
      <w:r w:rsidR="00A146A6" w:rsidRPr="00A147E7">
        <w:rPr>
          <w:rFonts w:ascii="Times New Roman" w:hAnsi="Times New Roman"/>
          <w:sz w:val="24"/>
          <w:szCs w:val="24"/>
        </w:rPr>
        <w:t xml:space="preserve"> лабораторию для проведения испытаний и измерений в полевых </w:t>
      </w:r>
      <w:r w:rsidR="009A269D">
        <w:rPr>
          <w:rFonts w:ascii="Times New Roman" w:hAnsi="Times New Roman"/>
          <w:sz w:val="24"/>
          <w:szCs w:val="24"/>
        </w:rPr>
        <w:t>условиях.</w:t>
      </w:r>
      <w:r w:rsidR="00A146A6" w:rsidRPr="00A147E7">
        <w:rPr>
          <w:rFonts w:ascii="Times New Roman" w:hAnsi="Times New Roman"/>
          <w:sz w:val="24"/>
          <w:szCs w:val="24"/>
        </w:rPr>
        <w:t xml:space="preserve"> </w:t>
      </w:r>
    </w:p>
    <w:p w14:paraId="2A897163" w14:textId="635F2168" w:rsidR="00A146A6" w:rsidRPr="00A147E7" w:rsidRDefault="00A146A6">
      <w:pPr>
        <w:pStyle w:val="af1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A147E7">
        <w:rPr>
          <w:rFonts w:ascii="Times New Roman" w:hAnsi="Times New Roman"/>
          <w:sz w:val="24"/>
          <w:szCs w:val="24"/>
        </w:rPr>
        <w:t>Мегаомметр класс точности -</w:t>
      </w:r>
      <w:r w:rsidR="009C1DA4">
        <w:rPr>
          <w:rFonts w:ascii="Times New Roman" w:hAnsi="Times New Roman"/>
          <w:sz w:val="24"/>
          <w:szCs w:val="24"/>
        </w:rPr>
        <w:t xml:space="preserve"> </w:t>
      </w:r>
      <w:r w:rsidRPr="00A147E7">
        <w:rPr>
          <w:rFonts w:ascii="Times New Roman" w:hAnsi="Times New Roman"/>
          <w:sz w:val="24"/>
          <w:szCs w:val="24"/>
        </w:rPr>
        <w:t>0,5 предел измерений 0-10</w:t>
      </w:r>
      <w:r w:rsidR="00B30D18">
        <w:rPr>
          <w:rFonts w:ascii="Times New Roman" w:hAnsi="Times New Roman"/>
          <w:sz w:val="24"/>
          <w:szCs w:val="24"/>
        </w:rPr>
        <w:t xml:space="preserve"> гОм</w:t>
      </w:r>
      <w:r w:rsidR="00DF190E">
        <w:rPr>
          <w:rFonts w:ascii="Times New Roman" w:hAnsi="Times New Roman"/>
          <w:sz w:val="24"/>
          <w:szCs w:val="24"/>
        </w:rPr>
        <w:t xml:space="preserve"> (500В, 2500</w:t>
      </w:r>
      <w:r w:rsidR="009073BA">
        <w:rPr>
          <w:rFonts w:ascii="Times New Roman" w:hAnsi="Times New Roman"/>
          <w:sz w:val="24"/>
          <w:szCs w:val="24"/>
        </w:rPr>
        <w:t xml:space="preserve">В)  </w:t>
      </w:r>
      <w:r w:rsidR="00B30D18">
        <w:rPr>
          <w:rFonts w:ascii="Times New Roman" w:hAnsi="Times New Roman"/>
          <w:sz w:val="24"/>
          <w:szCs w:val="24"/>
        </w:rPr>
        <w:t>- 2</w:t>
      </w:r>
      <w:r w:rsidRPr="00A147E7">
        <w:rPr>
          <w:rFonts w:ascii="Times New Roman" w:hAnsi="Times New Roman"/>
          <w:sz w:val="24"/>
          <w:szCs w:val="24"/>
        </w:rPr>
        <w:t xml:space="preserve"> шт.</w:t>
      </w:r>
    </w:p>
    <w:p w14:paraId="75CFAE7D" w14:textId="77777777" w:rsidR="00A146A6" w:rsidRPr="00A147E7" w:rsidRDefault="00A146A6">
      <w:pPr>
        <w:pStyle w:val="af1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A147E7">
        <w:rPr>
          <w:rFonts w:ascii="Times New Roman" w:hAnsi="Times New Roman"/>
          <w:sz w:val="24"/>
          <w:szCs w:val="24"/>
        </w:rPr>
        <w:t>Высоковольтная установка кл. точности-0,5; предел измерений 0-70 кВ        - 1 шт.</w:t>
      </w:r>
    </w:p>
    <w:p w14:paraId="3B65F536" w14:textId="77777777" w:rsidR="00A146A6" w:rsidRPr="00A147E7" w:rsidRDefault="00A146A6">
      <w:pPr>
        <w:pStyle w:val="af1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A147E7">
        <w:rPr>
          <w:rFonts w:ascii="Times New Roman" w:hAnsi="Times New Roman"/>
          <w:sz w:val="24"/>
          <w:szCs w:val="24"/>
        </w:rPr>
        <w:t xml:space="preserve">Установка для испытания жидких диэлектриков кл. точности -0,5 предел </w:t>
      </w:r>
    </w:p>
    <w:p w14:paraId="517CDF93" w14:textId="77777777" w:rsidR="00A146A6" w:rsidRPr="00A147E7" w:rsidRDefault="00A146A6" w:rsidP="00DA0023">
      <w:pPr>
        <w:pStyle w:val="af1"/>
        <w:ind w:left="720"/>
        <w:jc w:val="both"/>
        <w:rPr>
          <w:rFonts w:ascii="Times New Roman" w:hAnsi="Times New Roman"/>
          <w:sz w:val="24"/>
          <w:szCs w:val="24"/>
        </w:rPr>
      </w:pPr>
      <w:r w:rsidRPr="00A147E7">
        <w:rPr>
          <w:rFonts w:ascii="Times New Roman" w:hAnsi="Times New Roman"/>
          <w:sz w:val="24"/>
          <w:szCs w:val="24"/>
        </w:rPr>
        <w:t>измерений от 0-90 кВ                                                                                             - 1 шт.</w:t>
      </w:r>
    </w:p>
    <w:p w14:paraId="30EA0F4B" w14:textId="77777777" w:rsidR="00A146A6" w:rsidRPr="00A147E7" w:rsidRDefault="00A146A6">
      <w:pPr>
        <w:pStyle w:val="af1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A147E7">
        <w:rPr>
          <w:rFonts w:ascii="Times New Roman" w:hAnsi="Times New Roman"/>
          <w:sz w:val="24"/>
          <w:szCs w:val="24"/>
        </w:rPr>
        <w:t>Мост постоянного тока кл. точности -0,5; предел измерений-999,99 Ом        - 1 шт.</w:t>
      </w:r>
    </w:p>
    <w:p w14:paraId="1E596CCA" w14:textId="77777777" w:rsidR="00A146A6" w:rsidRPr="00A147E7" w:rsidRDefault="00A146A6">
      <w:pPr>
        <w:pStyle w:val="af1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A147E7">
        <w:rPr>
          <w:rFonts w:ascii="Times New Roman" w:hAnsi="Times New Roman"/>
          <w:sz w:val="24"/>
          <w:szCs w:val="24"/>
        </w:rPr>
        <w:t>Прибор для проверки ЭХЗ (электрохимической защиты) класс точности- 0,2;</w:t>
      </w:r>
    </w:p>
    <w:p w14:paraId="67AF523A" w14:textId="77777777" w:rsidR="00A146A6" w:rsidRPr="00A147E7" w:rsidRDefault="00A146A6" w:rsidP="00DA0023">
      <w:pPr>
        <w:pStyle w:val="af1"/>
        <w:ind w:left="720"/>
        <w:jc w:val="both"/>
        <w:rPr>
          <w:rFonts w:ascii="Times New Roman" w:hAnsi="Times New Roman"/>
          <w:sz w:val="24"/>
          <w:szCs w:val="24"/>
        </w:rPr>
      </w:pPr>
      <w:r w:rsidRPr="00A147E7">
        <w:rPr>
          <w:rFonts w:ascii="Times New Roman" w:hAnsi="Times New Roman"/>
          <w:sz w:val="24"/>
          <w:szCs w:val="24"/>
        </w:rPr>
        <w:t xml:space="preserve">Предел измерений – </w:t>
      </w:r>
      <w:r w:rsidRPr="00A147E7">
        <w:rPr>
          <w:rFonts w:ascii="Times New Roman" w:hAnsi="Times New Roman"/>
          <w:sz w:val="24"/>
          <w:szCs w:val="24"/>
          <w:lang w:val="en-US"/>
        </w:rPr>
        <w:t>U</w:t>
      </w:r>
      <w:r w:rsidRPr="00A147E7">
        <w:rPr>
          <w:rFonts w:ascii="Times New Roman" w:hAnsi="Times New Roman"/>
          <w:sz w:val="24"/>
          <w:szCs w:val="24"/>
        </w:rPr>
        <w:t xml:space="preserve">=255В, </w:t>
      </w:r>
      <w:r w:rsidRPr="00A147E7">
        <w:rPr>
          <w:rFonts w:ascii="Times New Roman" w:hAnsi="Times New Roman"/>
          <w:sz w:val="24"/>
          <w:szCs w:val="24"/>
          <w:lang w:val="en-US"/>
        </w:rPr>
        <w:t>I</w:t>
      </w:r>
      <w:r w:rsidRPr="00A147E7">
        <w:rPr>
          <w:rFonts w:ascii="Times New Roman" w:hAnsi="Times New Roman"/>
          <w:sz w:val="24"/>
          <w:szCs w:val="24"/>
        </w:rPr>
        <w:t>=25-100А                                                             - 1 шт.</w:t>
      </w:r>
    </w:p>
    <w:p w14:paraId="2C13F362" w14:textId="77777777" w:rsidR="00A146A6" w:rsidRPr="00A147E7" w:rsidRDefault="00A146A6">
      <w:pPr>
        <w:pStyle w:val="af1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A147E7">
        <w:rPr>
          <w:rFonts w:ascii="Times New Roman" w:hAnsi="Times New Roman"/>
          <w:sz w:val="24"/>
          <w:szCs w:val="24"/>
        </w:rPr>
        <w:t>Вольтамперфазометр цифровой класс точности – 0,5; предел измерений</w:t>
      </w:r>
    </w:p>
    <w:p w14:paraId="146CC2F5" w14:textId="77777777" w:rsidR="00A146A6" w:rsidRPr="00A147E7" w:rsidRDefault="00A146A6" w:rsidP="00DA0023">
      <w:pPr>
        <w:pStyle w:val="af1"/>
        <w:ind w:left="720"/>
        <w:jc w:val="both"/>
        <w:rPr>
          <w:rFonts w:ascii="Times New Roman" w:hAnsi="Times New Roman"/>
          <w:sz w:val="24"/>
          <w:szCs w:val="24"/>
        </w:rPr>
      </w:pPr>
      <w:r w:rsidRPr="00A147E7">
        <w:rPr>
          <w:rFonts w:ascii="Times New Roman" w:hAnsi="Times New Roman"/>
          <w:sz w:val="24"/>
          <w:szCs w:val="24"/>
        </w:rPr>
        <w:t>0,01-750В, 0,04-40А                                                                                                - 1 шт.</w:t>
      </w:r>
    </w:p>
    <w:p w14:paraId="2B7FE801" w14:textId="77777777" w:rsidR="00A146A6" w:rsidRPr="00A147E7" w:rsidRDefault="00A146A6">
      <w:pPr>
        <w:pStyle w:val="af1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A147E7">
        <w:rPr>
          <w:rFonts w:ascii="Times New Roman" w:hAnsi="Times New Roman"/>
          <w:sz w:val="24"/>
          <w:szCs w:val="24"/>
        </w:rPr>
        <w:t>Измеритель сопротивления заземления класс точности -0,5; предел измерений</w:t>
      </w:r>
    </w:p>
    <w:p w14:paraId="64F42E46" w14:textId="77777777" w:rsidR="00A146A6" w:rsidRPr="00A147E7" w:rsidRDefault="00A146A6" w:rsidP="00DA0023">
      <w:pPr>
        <w:pStyle w:val="af1"/>
        <w:ind w:left="720"/>
        <w:jc w:val="both"/>
        <w:rPr>
          <w:rFonts w:ascii="Times New Roman" w:hAnsi="Times New Roman"/>
          <w:sz w:val="24"/>
          <w:szCs w:val="24"/>
        </w:rPr>
      </w:pPr>
      <w:r w:rsidRPr="00A147E7">
        <w:rPr>
          <w:rFonts w:ascii="Times New Roman" w:hAnsi="Times New Roman"/>
          <w:sz w:val="24"/>
          <w:szCs w:val="24"/>
        </w:rPr>
        <w:t>От 0,12-20 кОм                                                                                                        - 1 шт.</w:t>
      </w:r>
    </w:p>
    <w:p w14:paraId="4A908388" w14:textId="77777777" w:rsidR="00A146A6" w:rsidRPr="00A147E7" w:rsidRDefault="00A146A6">
      <w:pPr>
        <w:pStyle w:val="af1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A147E7">
        <w:rPr>
          <w:rFonts w:ascii="Times New Roman" w:hAnsi="Times New Roman"/>
          <w:sz w:val="24"/>
          <w:szCs w:val="24"/>
        </w:rPr>
        <w:t>Измеритель сопротивления петли «фаза-нуль», класс точности -2,0; предел</w:t>
      </w:r>
    </w:p>
    <w:p w14:paraId="2512DE76" w14:textId="77777777" w:rsidR="00A146A6" w:rsidRPr="00A147E7" w:rsidRDefault="00A146A6" w:rsidP="00DA0023">
      <w:pPr>
        <w:pStyle w:val="af1"/>
        <w:ind w:left="720"/>
        <w:jc w:val="both"/>
        <w:rPr>
          <w:rFonts w:ascii="Times New Roman" w:hAnsi="Times New Roman"/>
          <w:sz w:val="24"/>
          <w:szCs w:val="24"/>
        </w:rPr>
      </w:pPr>
      <w:r w:rsidRPr="00A147E7">
        <w:rPr>
          <w:rFonts w:ascii="Times New Roman" w:hAnsi="Times New Roman"/>
          <w:sz w:val="24"/>
          <w:szCs w:val="24"/>
        </w:rPr>
        <w:t>Измерений -40 кА, 0-200 Ом                                                                                 - 1 шт.</w:t>
      </w:r>
    </w:p>
    <w:p w14:paraId="5FED177A" w14:textId="0AF6F853" w:rsidR="00A146A6" w:rsidRPr="00A147E7" w:rsidRDefault="00A146A6">
      <w:pPr>
        <w:pStyle w:val="af1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A147E7">
        <w:rPr>
          <w:rFonts w:ascii="Times New Roman" w:hAnsi="Times New Roman"/>
          <w:sz w:val="24"/>
          <w:szCs w:val="24"/>
        </w:rPr>
        <w:t xml:space="preserve">Мультиметр класс точности – 0,5                                                                         - </w:t>
      </w:r>
      <w:r w:rsidR="002B5A2C">
        <w:rPr>
          <w:rFonts w:ascii="Times New Roman" w:hAnsi="Times New Roman"/>
          <w:sz w:val="24"/>
          <w:szCs w:val="24"/>
        </w:rPr>
        <w:t>2</w:t>
      </w:r>
      <w:r w:rsidRPr="00A147E7">
        <w:rPr>
          <w:rFonts w:ascii="Times New Roman" w:hAnsi="Times New Roman"/>
          <w:sz w:val="24"/>
          <w:szCs w:val="24"/>
        </w:rPr>
        <w:t xml:space="preserve"> шт.</w:t>
      </w:r>
    </w:p>
    <w:p w14:paraId="25AA8F85" w14:textId="28EB1544" w:rsidR="00A146A6" w:rsidRPr="00A147E7" w:rsidRDefault="00FE659E">
      <w:pPr>
        <w:pStyle w:val="af1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A147E7">
        <w:rPr>
          <w:rFonts w:ascii="Times New Roman" w:hAnsi="Times New Roman"/>
          <w:sz w:val="24"/>
          <w:szCs w:val="24"/>
        </w:rPr>
        <w:t>Многофункциональный тест</w:t>
      </w:r>
      <w:r w:rsidR="00172318">
        <w:rPr>
          <w:rFonts w:ascii="Times New Roman" w:hAnsi="Times New Roman"/>
          <w:sz w:val="24"/>
          <w:szCs w:val="24"/>
        </w:rPr>
        <w:t>е</w:t>
      </w:r>
      <w:r w:rsidRPr="00A147E7">
        <w:rPr>
          <w:rFonts w:ascii="Times New Roman" w:hAnsi="Times New Roman"/>
          <w:sz w:val="24"/>
          <w:szCs w:val="24"/>
        </w:rPr>
        <w:t>р класс</w:t>
      </w:r>
      <w:r w:rsidR="00A146A6" w:rsidRPr="00A147E7">
        <w:rPr>
          <w:rFonts w:ascii="Times New Roman" w:hAnsi="Times New Roman"/>
          <w:sz w:val="24"/>
          <w:szCs w:val="24"/>
        </w:rPr>
        <w:t xml:space="preserve"> точности -1,0; предел измерений</w:t>
      </w:r>
    </w:p>
    <w:p w14:paraId="1B509FE2" w14:textId="77777777" w:rsidR="00A146A6" w:rsidRPr="00A147E7" w:rsidRDefault="00A146A6" w:rsidP="00DA0023">
      <w:pPr>
        <w:pStyle w:val="af1"/>
        <w:ind w:left="720"/>
        <w:jc w:val="both"/>
        <w:rPr>
          <w:rFonts w:ascii="Times New Roman" w:hAnsi="Times New Roman"/>
          <w:sz w:val="24"/>
          <w:szCs w:val="24"/>
        </w:rPr>
      </w:pPr>
      <w:r w:rsidRPr="00A147E7">
        <w:rPr>
          <w:rFonts w:ascii="Times New Roman" w:hAnsi="Times New Roman"/>
          <w:sz w:val="24"/>
          <w:szCs w:val="24"/>
        </w:rPr>
        <w:t>От 0-480 В, 50мОм                                                                                                 - 1 шт.</w:t>
      </w:r>
    </w:p>
    <w:p w14:paraId="7F126E46" w14:textId="77777777" w:rsidR="00A146A6" w:rsidRPr="00A147E7" w:rsidRDefault="00A146A6">
      <w:pPr>
        <w:pStyle w:val="af1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A147E7">
        <w:rPr>
          <w:rFonts w:ascii="Times New Roman" w:hAnsi="Times New Roman"/>
          <w:sz w:val="24"/>
          <w:szCs w:val="24"/>
        </w:rPr>
        <w:t>Прибор кабельный (трассоискатель), рабочая частота – 815 Гц, 8 кГц,82 кГц</w:t>
      </w:r>
    </w:p>
    <w:p w14:paraId="011D7715" w14:textId="77777777" w:rsidR="00A146A6" w:rsidRPr="00A147E7" w:rsidRDefault="00A146A6" w:rsidP="00DA0023">
      <w:pPr>
        <w:pStyle w:val="af1"/>
        <w:ind w:left="720"/>
        <w:jc w:val="both"/>
        <w:rPr>
          <w:rFonts w:ascii="Times New Roman" w:hAnsi="Times New Roman"/>
          <w:sz w:val="24"/>
          <w:szCs w:val="24"/>
        </w:rPr>
      </w:pPr>
      <w:r w:rsidRPr="00A147E7">
        <w:rPr>
          <w:rFonts w:ascii="Times New Roman" w:hAnsi="Times New Roman"/>
          <w:sz w:val="24"/>
          <w:szCs w:val="24"/>
        </w:rPr>
        <w:t>50/60 Гц, непрерывная работа – 40 часов, периодическая работа- 82 часа</w:t>
      </w:r>
    </w:p>
    <w:p w14:paraId="626E19A6" w14:textId="77777777" w:rsidR="00A146A6" w:rsidRDefault="00A146A6" w:rsidP="00DA0023">
      <w:pPr>
        <w:pStyle w:val="af1"/>
        <w:ind w:left="720"/>
        <w:jc w:val="both"/>
        <w:rPr>
          <w:rFonts w:ascii="Times New Roman" w:hAnsi="Times New Roman"/>
          <w:sz w:val="24"/>
          <w:szCs w:val="24"/>
        </w:rPr>
      </w:pPr>
      <w:r w:rsidRPr="00A147E7">
        <w:rPr>
          <w:rFonts w:ascii="Times New Roman" w:hAnsi="Times New Roman"/>
          <w:sz w:val="24"/>
          <w:szCs w:val="24"/>
        </w:rPr>
        <w:t>динамический диапазон – 126 дБ                                                                         - 1 шт.</w:t>
      </w:r>
    </w:p>
    <w:p w14:paraId="34DAD7EA" w14:textId="23DBCC54" w:rsidR="00247E5D" w:rsidRDefault="00247E5D">
      <w:pPr>
        <w:pStyle w:val="af1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Аппарат испытания диэлектриков </w:t>
      </w:r>
      <w:r w:rsidRPr="00247E5D">
        <w:rPr>
          <w:rFonts w:ascii="Times New Roman" w:hAnsi="Times New Roman"/>
          <w:sz w:val="24"/>
          <w:szCs w:val="24"/>
        </w:rPr>
        <w:t>электрической прочности изоляции силовых кабелей из сшитого полиэтилена высоким напряжением св</w:t>
      </w:r>
      <w:r>
        <w:rPr>
          <w:rFonts w:ascii="Times New Roman" w:hAnsi="Times New Roman"/>
          <w:sz w:val="24"/>
          <w:szCs w:val="24"/>
        </w:rPr>
        <w:t>ерхнизкой частоты (0.1Гц 0.01Гц</w:t>
      </w:r>
      <w:r w:rsidR="00FE659E" w:rsidRPr="00247E5D">
        <w:rPr>
          <w:rFonts w:ascii="Times New Roman" w:hAnsi="Times New Roman"/>
          <w:sz w:val="24"/>
          <w:szCs w:val="24"/>
        </w:rPr>
        <w:t>);</w:t>
      </w:r>
      <w:r w:rsidR="00FE659E" w:rsidRPr="00247E5D">
        <w:rPr>
          <w:rFonts w:ascii="Arial" w:hAnsi="Arial" w:cs="Arial"/>
          <w:color w:val="333333"/>
          <w:sz w:val="18"/>
          <w:szCs w:val="18"/>
          <w:shd w:val="clear" w:color="auto" w:fill="FFFFFF"/>
        </w:rPr>
        <w:t xml:space="preserve"> (</w:t>
      </w:r>
      <w:r w:rsidRPr="00247E5D">
        <w:rPr>
          <w:rFonts w:ascii="Times New Roman" w:hAnsi="Times New Roman"/>
          <w:sz w:val="24"/>
          <w:szCs w:val="24"/>
        </w:rPr>
        <w:t>СНЧ, VLF)</w:t>
      </w:r>
      <w:r>
        <w:rPr>
          <w:rFonts w:ascii="Times New Roman" w:hAnsi="Times New Roman"/>
          <w:sz w:val="24"/>
          <w:szCs w:val="24"/>
        </w:rPr>
        <w:t xml:space="preserve"> и</w:t>
      </w:r>
      <w:r w:rsidRPr="00247E5D">
        <w:rPr>
          <w:rFonts w:ascii="Times New Roman" w:hAnsi="Times New Roman"/>
          <w:sz w:val="24"/>
          <w:szCs w:val="24"/>
        </w:rPr>
        <w:t xml:space="preserve"> повышенным постоянным напряжением до 36 кВ</w:t>
      </w:r>
      <w:r>
        <w:rPr>
          <w:rFonts w:ascii="Times New Roman" w:hAnsi="Times New Roman"/>
          <w:sz w:val="24"/>
          <w:szCs w:val="24"/>
        </w:rPr>
        <w:t xml:space="preserve">     -1шт.                                                                                                                                            </w:t>
      </w:r>
    </w:p>
    <w:p w14:paraId="4A99EC72" w14:textId="77D51FC3" w:rsidR="00247E5D" w:rsidRDefault="00247E5D">
      <w:pPr>
        <w:pStyle w:val="af1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247E5D">
        <w:rPr>
          <w:rFonts w:ascii="Times New Roman" w:hAnsi="Times New Roman"/>
          <w:sz w:val="24"/>
          <w:szCs w:val="24"/>
        </w:rPr>
        <w:t xml:space="preserve">Микромилликилоомметр </w:t>
      </w:r>
      <w:r w:rsidR="00611975">
        <w:rPr>
          <w:rFonts w:ascii="Times New Roman" w:hAnsi="Times New Roman"/>
          <w:sz w:val="24"/>
          <w:szCs w:val="24"/>
        </w:rPr>
        <w:t>д</w:t>
      </w:r>
      <w:r w:rsidR="00611975" w:rsidRPr="00611975">
        <w:rPr>
          <w:rFonts w:ascii="Times New Roman" w:hAnsi="Times New Roman"/>
          <w:sz w:val="24"/>
          <w:szCs w:val="24"/>
        </w:rPr>
        <w:t>иапазон измеряемых сопротивлений для перечисленного электрооборудования очень широкий и лежит в пределах от 10-5 до 105 Ом, а диапазон силы измерительных токов – от 10-3 до 600А и более</w:t>
      </w:r>
      <w:r>
        <w:rPr>
          <w:rFonts w:ascii="Times New Roman" w:hAnsi="Times New Roman"/>
          <w:sz w:val="24"/>
          <w:szCs w:val="24"/>
        </w:rPr>
        <w:t>-1 шт</w:t>
      </w:r>
      <w:r w:rsidR="00F723D7">
        <w:rPr>
          <w:rFonts w:ascii="Times New Roman" w:hAnsi="Times New Roman"/>
          <w:sz w:val="24"/>
          <w:szCs w:val="24"/>
        </w:rPr>
        <w:t>.</w:t>
      </w:r>
    </w:p>
    <w:p w14:paraId="0ED918B6" w14:textId="7696D55D" w:rsidR="00F723D7" w:rsidRPr="00247E5D" w:rsidRDefault="00F723D7">
      <w:pPr>
        <w:pStyle w:val="af1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F723D7">
        <w:rPr>
          <w:rFonts w:ascii="Times New Roman" w:hAnsi="Times New Roman"/>
          <w:sz w:val="24"/>
          <w:szCs w:val="24"/>
        </w:rPr>
        <w:t>Тепловизор переносной – 1 шт.</w:t>
      </w:r>
    </w:p>
    <w:p w14:paraId="0E10B359" w14:textId="77777777" w:rsidR="00A146A6" w:rsidRPr="00A147E7" w:rsidRDefault="00A146A6" w:rsidP="00DA0023">
      <w:pPr>
        <w:pStyle w:val="af1"/>
        <w:jc w:val="both"/>
        <w:rPr>
          <w:rFonts w:ascii="Times New Roman" w:hAnsi="Times New Roman"/>
          <w:sz w:val="24"/>
          <w:szCs w:val="24"/>
        </w:rPr>
      </w:pPr>
    </w:p>
    <w:p w14:paraId="31BD2052" w14:textId="0AEB9782" w:rsidR="00A146A6" w:rsidRDefault="00A146A6" w:rsidP="00DA0023">
      <w:pPr>
        <w:pStyle w:val="af1"/>
        <w:ind w:left="360"/>
        <w:jc w:val="both"/>
        <w:rPr>
          <w:rFonts w:ascii="Times New Roman" w:hAnsi="Times New Roman"/>
          <w:sz w:val="24"/>
          <w:szCs w:val="24"/>
        </w:rPr>
      </w:pPr>
      <w:r w:rsidRPr="00A147E7">
        <w:rPr>
          <w:rFonts w:ascii="Times New Roman" w:hAnsi="Times New Roman"/>
          <w:sz w:val="24"/>
          <w:szCs w:val="24"/>
        </w:rPr>
        <w:t>Режим работы оборудования - круглосуточный. При этом, в случае необходимости проведения работ, предусмотренных настоящей Технической спецификацией, и устранения неисправности работы электрооборудования другими специалистами, не указанными в настоящей Технической спецификации, Исполнитель представляет таких специалистов без требования дополнительной оплаты.</w:t>
      </w:r>
    </w:p>
    <w:p w14:paraId="3F8DAC1A" w14:textId="77777777" w:rsidR="00B101D6" w:rsidRPr="00A147E7" w:rsidRDefault="00B101D6" w:rsidP="00611975">
      <w:pPr>
        <w:pStyle w:val="af1"/>
        <w:jc w:val="both"/>
        <w:rPr>
          <w:rFonts w:ascii="Times New Roman" w:hAnsi="Times New Roman"/>
          <w:sz w:val="24"/>
          <w:szCs w:val="24"/>
        </w:rPr>
      </w:pPr>
    </w:p>
    <w:p w14:paraId="39666CC9" w14:textId="2CCFD1EB" w:rsidR="00073C07" w:rsidRDefault="00073C07" w:rsidP="00073C07">
      <w:pPr>
        <w:pStyle w:val="af1"/>
        <w:jc w:val="both"/>
        <w:rPr>
          <w:rFonts w:ascii="Times New Roman" w:hAnsi="Times New Roman"/>
          <w:b/>
          <w:bCs/>
          <w:sz w:val="24"/>
          <w:szCs w:val="24"/>
          <w:lang w:val="ru-KZ" w:eastAsia="ru-KZ"/>
        </w:rPr>
      </w:pPr>
      <w:r w:rsidRPr="00073C07">
        <w:rPr>
          <w:rFonts w:ascii="Times New Roman" w:hAnsi="Times New Roman"/>
          <w:b/>
          <w:bCs/>
          <w:sz w:val="24"/>
          <w:szCs w:val="24"/>
          <w:lang w:val="ru-KZ" w:eastAsia="ru-KZ"/>
        </w:rPr>
        <w:t xml:space="preserve">5. </w:t>
      </w:r>
      <w:r>
        <w:rPr>
          <w:rFonts w:ascii="Times New Roman" w:hAnsi="Times New Roman"/>
          <w:b/>
          <w:bCs/>
          <w:sz w:val="24"/>
          <w:szCs w:val="24"/>
          <w:lang w:val="ru-KZ" w:eastAsia="ru-KZ"/>
        </w:rPr>
        <w:t>Д</w:t>
      </w:r>
      <w:r w:rsidRPr="00073C07">
        <w:rPr>
          <w:rFonts w:ascii="Times New Roman" w:hAnsi="Times New Roman"/>
          <w:b/>
          <w:bCs/>
          <w:sz w:val="24"/>
          <w:szCs w:val="24"/>
          <w:lang w:val="ru-KZ" w:eastAsia="ru-KZ"/>
        </w:rPr>
        <w:t>ополнительные требования</w:t>
      </w:r>
    </w:p>
    <w:p w14:paraId="1D1FB4D7" w14:textId="77777777" w:rsidR="00073C07" w:rsidRDefault="00073C07" w:rsidP="00073C07">
      <w:pPr>
        <w:pStyle w:val="af1"/>
        <w:jc w:val="both"/>
        <w:rPr>
          <w:rFonts w:ascii="Times New Roman" w:hAnsi="Times New Roman"/>
          <w:b/>
          <w:bCs/>
          <w:sz w:val="24"/>
          <w:szCs w:val="24"/>
          <w:lang w:val="ru-KZ" w:eastAsia="ru-KZ"/>
        </w:rPr>
      </w:pPr>
    </w:p>
    <w:p w14:paraId="15575E1C" w14:textId="77777777" w:rsidR="00073C07" w:rsidRPr="00073C07" w:rsidRDefault="00073C07" w:rsidP="00073C07">
      <w:pPr>
        <w:pStyle w:val="af1"/>
        <w:jc w:val="both"/>
        <w:rPr>
          <w:rFonts w:ascii="Times New Roman" w:hAnsi="Times New Roman"/>
          <w:sz w:val="24"/>
          <w:szCs w:val="24"/>
          <w:lang w:val="ru-KZ" w:eastAsia="ru-KZ"/>
        </w:rPr>
      </w:pPr>
      <w:r w:rsidRPr="00073C07">
        <w:rPr>
          <w:rFonts w:ascii="Times New Roman" w:hAnsi="Times New Roman"/>
          <w:sz w:val="24"/>
          <w:szCs w:val="24"/>
          <w:lang w:val="ru-KZ" w:eastAsia="ru-KZ"/>
        </w:rPr>
        <w:t>5.1. Исполнитель принимает от Заказчика по акту приёма-передачи объекты и оборудование, указанные в приложении № 1 к настоящей Технической спецификации и расположенные на территории месторождения Урихтау. С момента подписания акта приёма-передачи Исполнитель несёт ответственность за сохранность принятого имущества и обеспечивает его надлежащее техническое состояние в пределах обязательств, предусмотренных Договором. По окончании срока действия Договора Исполнитель обязан возвратить Заказчику указанные объекты и оборудование по акту приёма-передачи в исправном (работоспособном) состоянии с учётом естественного износа.</w:t>
      </w:r>
    </w:p>
    <w:p w14:paraId="4CA94161" w14:textId="77777777" w:rsidR="00073C07" w:rsidRPr="00073C07" w:rsidRDefault="00073C07" w:rsidP="00073C07">
      <w:pPr>
        <w:pStyle w:val="af1"/>
        <w:jc w:val="both"/>
        <w:rPr>
          <w:rFonts w:ascii="Times New Roman" w:hAnsi="Times New Roman"/>
          <w:sz w:val="24"/>
          <w:szCs w:val="24"/>
          <w:lang w:val="ru-KZ" w:eastAsia="ru-KZ"/>
        </w:rPr>
      </w:pPr>
      <w:r w:rsidRPr="00073C07">
        <w:rPr>
          <w:rFonts w:ascii="Times New Roman" w:hAnsi="Times New Roman"/>
          <w:sz w:val="24"/>
          <w:szCs w:val="24"/>
          <w:lang w:val="ru-KZ" w:eastAsia="ru-KZ"/>
        </w:rPr>
        <w:t>5.2. Исполнитель обязан обеспечить наличие и исправное состояние оборудования, инструментов, приспособлений и средств защиты, необходимых для качественного и безопасного оказания услуг, в том числе электросварочного и газосварочного оборудования, слесарных и монтажных инструментов и ключей, лестниц, специальных приспособлений, указателей напряжения соответствующего класса, диэлектрических бот и перчаток, а также иных необходимых средств индивидуальной и коллективной защиты.</w:t>
      </w:r>
    </w:p>
    <w:p w14:paraId="45CD1166" w14:textId="77777777" w:rsidR="00073C07" w:rsidRPr="00073C07" w:rsidRDefault="00073C07" w:rsidP="00073C07">
      <w:pPr>
        <w:pStyle w:val="af1"/>
        <w:jc w:val="both"/>
        <w:rPr>
          <w:rFonts w:ascii="Times New Roman" w:hAnsi="Times New Roman"/>
          <w:sz w:val="24"/>
          <w:szCs w:val="24"/>
          <w:lang w:val="ru-KZ" w:eastAsia="ru-KZ"/>
        </w:rPr>
      </w:pPr>
      <w:r w:rsidRPr="00073C07">
        <w:rPr>
          <w:rFonts w:ascii="Times New Roman" w:hAnsi="Times New Roman"/>
          <w:sz w:val="24"/>
          <w:szCs w:val="24"/>
          <w:lang w:val="ru-KZ" w:eastAsia="ru-KZ"/>
        </w:rPr>
        <w:t>5.3. Обеспечение связи персонала Исполнителя с объектами месторождения осуществляется Заказчиком в соответствии с нормами, принятыми в ТОО «Урихтау Оперейтинг». Обеспечение связи с центральным офисом Исполнителя и его структурными подразделениями осуществляется Исполнителем самостоятельно и за счёт собственных средств.</w:t>
      </w:r>
    </w:p>
    <w:p w14:paraId="39181FB0" w14:textId="77777777" w:rsidR="00073C07" w:rsidRPr="00073C07" w:rsidRDefault="00073C07" w:rsidP="00073C07">
      <w:pPr>
        <w:pStyle w:val="af1"/>
        <w:jc w:val="both"/>
        <w:rPr>
          <w:rFonts w:ascii="Times New Roman" w:hAnsi="Times New Roman"/>
          <w:sz w:val="24"/>
          <w:szCs w:val="24"/>
          <w:lang w:val="ru-KZ" w:eastAsia="ru-KZ"/>
        </w:rPr>
      </w:pPr>
      <w:r w:rsidRPr="00073C07">
        <w:rPr>
          <w:rFonts w:ascii="Times New Roman" w:hAnsi="Times New Roman"/>
          <w:sz w:val="24"/>
          <w:szCs w:val="24"/>
          <w:lang w:val="ru-KZ" w:eastAsia="ru-KZ"/>
        </w:rPr>
        <w:t>5.4. Исполнитель за счёт собственных средств обеспечивает снабжение запасными частями, расходными материалами, инструментами и приспособлениями, необходимыми для проведения планово-предупредительного ремонта, технического обслуживания и ремонта оборудования, указанного в приложении № 1 к настоящей Технической спецификации. В том числе Исполнитель самостоятельно приобретает и обеспечивает наличие сварочных электродов, кислорода, пропана для газорезательного оборудования, а также электрозащитных средств и приспособлений, необходимых для выполнения работ, включая электрозащитные коврики, диэлектрические перчатки и боты, указатели высокого напряжения (УВН) на классы напряжения 6–110 кВ и переносные заземления для воздушных линий электропередачи напряжением 6–110 кВ. Все перечисленные средства, материалы, инструменты и приспособления предоставляются Исполнителем за свой счёт и без дополнительного возмещения расходов со стороны Заказчика.</w:t>
      </w:r>
      <w:r w:rsidRPr="00073C07">
        <w:rPr>
          <w:rFonts w:ascii="Times New Roman" w:hAnsi="Times New Roman"/>
          <w:sz w:val="24"/>
          <w:szCs w:val="24"/>
          <w:lang w:val="ru-KZ" w:eastAsia="ru-KZ"/>
        </w:rPr>
        <w:br/>
        <w:t>5.5. Исполнитель самостоятельно и за счёт собственных средств обеспечивает питание и проживание всего своего персонала на месторождении Урихтау.</w:t>
      </w:r>
    </w:p>
    <w:p w14:paraId="1C6E7684" w14:textId="77777777" w:rsidR="00073C07" w:rsidRPr="00073C07" w:rsidRDefault="00073C07" w:rsidP="00073C07">
      <w:pPr>
        <w:pStyle w:val="af1"/>
        <w:jc w:val="both"/>
        <w:rPr>
          <w:rFonts w:ascii="Times New Roman" w:hAnsi="Times New Roman"/>
          <w:sz w:val="24"/>
          <w:szCs w:val="24"/>
          <w:lang w:val="ru-KZ" w:eastAsia="ru-KZ"/>
        </w:rPr>
      </w:pPr>
      <w:r w:rsidRPr="00073C07">
        <w:rPr>
          <w:rFonts w:ascii="Times New Roman" w:hAnsi="Times New Roman"/>
          <w:sz w:val="24"/>
          <w:szCs w:val="24"/>
          <w:lang w:val="ru-KZ" w:eastAsia="ru-KZ"/>
        </w:rPr>
        <w:t>5.6. В период оказания услуг персонал Исполнителя, предусмотренный настоящей Технической спецификацией, должен находиться на территории месторождения Урихтау. По согласованию с Заказчиком персонал Исполнителя может проживать в общежитии вахтового лагеря Заказчика при условии заключения отдельного договора аренды на возмездной основе.</w:t>
      </w:r>
      <w:r w:rsidRPr="00073C07">
        <w:rPr>
          <w:rFonts w:ascii="Times New Roman" w:hAnsi="Times New Roman"/>
          <w:sz w:val="24"/>
          <w:szCs w:val="24"/>
          <w:lang w:val="ru-KZ" w:eastAsia="ru-KZ"/>
        </w:rPr>
        <w:br/>
        <w:t>5.7. В случае возникновения аварии либо реальной угрозы её возникновения Исполнитель обязан без дополнительной оплаты со стороны Заказчика обеспечить необходимое количество работников и специалистов для оперативного принятия мер по локализации и устранению аварии или угрозы её возникновения.</w:t>
      </w:r>
    </w:p>
    <w:p w14:paraId="17CB5093" w14:textId="77777777" w:rsidR="00073C07" w:rsidRPr="00073C07" w:rsidRDefault="00073C07" w:rsidP="00073C07">
      <w:pPr>
        <w:pStyle w:val="af1"/>
        <w:jc w:val="both"/>
        <w:rPr>
          <w:rFonts w:ascii="Times New Roman" w:hAnsi="Times New Roman"/>
          <w:sz w:val="24"/>
          <w:szCs w:val="24"/>
          <w:lang w:val="ru-KZ" w:eastAsia="ru-KZ"/>
        </w:rPr>
      </w:pPr>
      <w:r w:rsidRPr="00073C07">
        <w:rPr>
          <w:rFonts w:ascii="Times New Roman" w:hAnsi="Times New Roman"/>
          <w:sz w:val="24"/>
          <w:szCs w:val="24"/>
          <w:lang w:val="ru-KZ" w:eastAsia="ru-KZ"/>
        </w:rPr>
        <w:t>5.8. Исполнитель обязан за счёт собственных средств обеспечить наличие и готовность к использованию специальной техники, необходимой для выполнения всего объёма работ, предусмотренного настоящей Технической спецификацией, включая: автогидроподъёмник (АГП); ямобур; автокран; грузопассажирский автомобиль повышенной проходимости с колёсной формулой 4×4, предназначенный для перевозки персонала, оборудования и грузов по дорогам с различными типами покрытия, а также по бездорожью; дизель-генератор для временного обеспечения электроэнергией собственных нужд оборудования подстанции ПС-110/35/6 кВ в случае аварийной ситуации.</w:t>
      </w:r>
    </w:p>
    <w:p w14:paraId="3EB67700" w14:textId="77777777" w:rsidR="00073C07" w:rsidRPr="00073C07" w:rsidRDefault="00073C07" w:rsidP="00073C07">
      <w:pPr>
        <w:pStyle w:val="af1"/>
        <w:ind w:firstLine="708"/>
        <w:jc w:val="both"/>
        <w:rPr>
          <w:rFonts w:ascii="Times New Roman" w:hAnsi="Times New Roman"/>
          <w:sz w:val="24"/>
          <w:szCs w:val="24"/>
          <w:lang w:val="ru-KZ" w:eastAsia="ru-KZ"/>
        </w:rPr>
      </w:pPr>
      <w:r w:rsidRPr="00073C07">
        <w:rPr>
          <w:rFonts w:ascii="Times New Roman" w:hAnsi="Times New Roman"/>
          <w:sz w:val="24"/>
          <w:szCs w:val="24"/>
          <w:lang w:val="ru-KZ" w:eastAsia="ru-KZ"/>
        </w:rPr>
        <w:t>Обеспечение и использование указанной спецтехники, включая её доставку, эксплуатацию и необходимое обслуживание, осуществляются за счёт Исполнителя. Дополнительное возмещение соответствующих расходов Заказчиком не производится.</w:t>
      </w:r>
      <w:r w:rsidRPr="00073C07">
        <w:rPr>
          <w:rFonts w:ascii="Times New Roman" w:hAnsi="Times New Roman"/>
          <w:sz w:val="24"/>
          <w:szCs w:val="24"/>
          <w:lang w:val="ru-KZ" w:eastAsia="ru-KZ"/>
        </w:rPr>
        <w:br/>
        <w:t>5.9. После заключения Договора Исполнитель обязан предоставить Заказчику структурную схему энергетической службы, включающую инженерно-технический и оперативный персонал, с указанием численности работников, их распределения по участкам и ответственных лиц по каждому участку.</w:t>
      </w:r>
      <w:r w:rsidRPr="00073C07">
        <w:rPr>
          <w:rFonts w:ascii="Times New Roman" w:hAnsi="Times New Roman"/>
          <w:sz w:val="24"/>
          <w:szCs w:val="24"/>
          <w:lang w:val="ru-KZ" w:eastAsia="ru-KZ"/>
        </w:rPr>
        <w:br/>
        <w:t>5.10. Исполнитель принимает в собственность отходы, образующиеся в процессе оказания услуг, в том числе огарки сварочных электродов и отработанное трансформаторное масло. Передача отходов Исполнителю оформляется соответствующим актом. Исполнитель за счёт собственных средств обеспечивает сбор, вывоз и передачу указанных отходов для утилизации или обезвреживания в установленном порядке. Порядок передачи отходов и перехода права собственности на них определяется Договором.</w:t>
      </w:r>
    </w:p>
    <w:p w14:paraId="72E73AEB" w14:textId="77777777" w:rsidR="00073C07" w:rsidRDefault="00073C07" w:rsidP="00073C07">
      <w:pPr>
        <w:pStyle w:val="af1"/>
        <w:jc w:val="both"/>
        <w:rPr>
          <w:rFonts w:ascii="Times New Roman" w:hAnsi="Times New Roman"/>
          <w:sz w:val="24"/>
          <w:szCs w:val="24"/>
          <w:lang w:val="ru-KZ" w:eastAsia="ru-KZ"/>
        </w:rPr>
      </w:pPr>
      <w:r w:rsidRPr="00073C07">
        <w:rPr>
          <w:rFonts w:ascii="Times New Roman" w:hAnsi="Times New Roman"/>
          <w:sz w:val="24"/>
          <w:szCs w:val="24"/>
          <w:lang w:val="ru-KZ" w:eastAsia="ru-KZ"/>
        </w:rPr>
        <w:t>5.11. Исполнитель обязан содержать в чистоте переданные ему на обслуживание территории, здания и сооружения, обеспечивать уборку прилегающих территорий в пределах установленной зоны ответственности, а также поддерживать переданные объекты в надлежащем санитарном и техническом состоянии.</w:t>
      </w:r>
    </w:p>
    <w:p w14:paraId="55945091" w14:textId="77777777" w:rsidR="00073C07" w:rsidRDefault="00073C07" w:rsidP="00073C07">
      <w:pPr>
        <w:pStyle w:val="af1"/>
        <w:jc w:val="both"/>
        <w:rPr>
          <w:rFonts w:ascii="Times New Roman" w:hAnsi="Times New Roman"/>
          <w:sz w:val="24"/>
          <w:szCs w:val="24"/>
          <w:lang w:val="ru-KZ" w:eastAsia="ru-KZ"/>
        </w:rPr>
      </w:pPr>
    </w:p>
    <w:p w14:paraId="23BE36F2" w14:textId="1CCFB4C9" w:rsidR="00073C07" w:rsidRDefault="00073C07" w:rsidP="00073C07">
      <w:pPr>
        <w:pStyle w:val="af1"/>
        <w:jc w:val="both"/>
        <w:rPr>
          <w:rFonts w:ascii="Times New Roman" w:hAnsi="Times New Roman"/>
          <w:b/>
          <w:bCs/>
          <w:sz w:val="24"/>
          <w:szCs w:val="24"/>
          <w:lang w:val="ru-KZ" w:eastAsia="ru-KZ"/>
        </w:rPr>
      </w:pPr>
      <w:r w:rsidRPr="00073C07">
        <w:rPr>
          <w:rFonts w:ascii="Times New Roman" w:hAnsi="Times New Roman"/>
          <w:b/>
          <w:bCs/>
          <w:sz w:val="24"/>
          <w:szCs w:val="24"/>
          <w:lang w:val="ru-KZ" w:eastAsia="ru-KZ"/>
        </w:rPr>
        <w:t xml:space="preserve">6. </w:t>
      </w:r>
      <w:r>
        <w:rPr>
          <w:rFonts w:ascii="Times New Roman" w:hAnsi="Times New Roman"/>
          <w:b/>
          <w:bCs/>
          <w:sz w:val="24"/>
          <w:szCs w:val="24"/>
          <w:lang w:val="ru-KZ" w:eastAsia="ru-KZ"/>
        </w:rPr>
        <w:t>Т</w:t>
      </w:r>
      <w:r w:rsidRPr="00073C07">
        <w:rPr>
          <w:rFonts w:ascii="Times New Roman" w:hAnsi="Times New Roman"/>
          <w:b/>
          <w:bCs/>
          <w:sz w:val="24"/>
          <w:szCs w:val="24"/>
          <w:lang w:val="ru-KZ" w:eastAsia="ru-KZ"/>
        </w:rPr>
        <w:t>ребования к ремонту оборудования</w:t>
      </w:r>
    </w:p>
    <w:p w14:paraId="1350023B" w14:textId="77777777" w:rsidR="00073C07" w:rsidRDefault="00073C07" w:rsidP="00073C07">
      <w:pPr>
        <w:pStyle w:val="af1"/>
        <w:jc w:val="both"/>
        <w:rPr>
          <w:rFonts w:ascii="Times New Roman" w:hAnsi="Times New Roman"/>
          <w:sz w:val="24"/>
          <w:szCs w:val="24"/>
          <w:lang w:val="ru-KZ" w:eastAsia="ru-KZ"/>
        </w:rPr>
      </w:pPr>
      <w:r w:rsidRPr="00073C07">
        <w:rPr>
          <w:rFonts w:ascii="Times New Roman" w:hAnsi="Times New Roman"/>
          <w:sz w:val="24"/>
          <w:szCs w:val="24"/>
          <w:lang w:val="ru-KZ" w:eastAsia="ru-KZ"/>
        </w:rPr>
        <w:t>6.1. Диагностика оборудования, указанного в приложении № 1 к настоящей Технической спецификации, с целью выявления неисправностей и определения необходимого объёма ремонтных работ выполняется специалистами Исполнителя.</w:t>
      </w:r>
    </w:p>
    <w:p w14:paraId="2E3EC2F9" w14:textId="77777777" w:rsidR="00073C07" w:rsidRDefault="00073C07" w:rsidP="00073C07">
      <w:pPr>
        <w:pStyle w:val="af1"/>
        <w:jc w:val="both"/>
        <w:rPr>
          <w:rFonts w:ascii="Times New Roman" w:hAnsi="Times New Roman"/>
          <w:sz w:val="24"/>
          <w:szCs w:val="24"/>
          <w:lang w:val="ru-KZ" w:eastAsia="ru-KZ"/>
        </w:rPr>
      </w:pPr>
      <w:r w:rsidRPr="00073C07">
        <w:rPr>
          <w:rFonts w:ascii="Times New Roman" w:hAnsi="Times New Roman"/>
          <w:sz w:val="24"/>
          <w:szCs w:val="24"/>
          <w:lang w:val="ru-KZ" w:eastAsia="ru-KZ"/>
        </w:rPr>
        <w:t>6.2. Исполнитель за счёт собственных средств несёт расходы на перемотку электродвигателей, приобретение запасных частей и расходных материалов, проведение ежемесячного сервисного обслуживания, профилактических мероприятий и ремонта оборудования, указанного в приложении № 1 к настоящей Технической спецификации. К расходным запасным частям относятся части и детали оборудования, замена которых предусмотрена техническим паспортом или иной документацией производителя на соответствующее оборудование. К расходным материалам относятся материалы, не являющиеся составными частями оборудования, но необходимые для проведения его технического обслуживания, профилактики и ремонта, а также для оказания услуг в соответствии с настоящей Технической спецификацией. Исполнитель также за свой счёт обеспечивает доставку оборудования, требующего ремонта, до сервисного центра и его обратную доставку на месторождение Урихтау.</w:t>
      </w:r>
    </w:p>
    <w:p w14:paraId="753DB722" w14:textId="6F7DC2BB" w:rsidR="007E740D" w:rsidRPr="00D95531" w:rsidRDefault="00073C07" w:rsidP="00613AA3">
      <w:pPr>
        <w:pStyle w:val="af1"/>
        <w:jc w:val="both"/>
        <w:rPr>
          <w:rFonts w:ascii="Times New Roman" w:hAnsi="Times New Roman"/>
          <w:sz w:val="24"/>
          <w:szCs w:val="24"/>
        </w:rPr>
      </w:pPr>
      <w:r w:rsidRPr="00073C07">
        <w:rPr>
          <w:rFonts w:ascii="Times New Roman" w:hAnsi="Times New Roman"/>
          <w:sz w:val="24"/>
          <w:szCs w:val="24"/>
          <w:lang w:val="ru-KZ" w:eastAsia="ru-KZ"/>
        </w:rPr>
        <w:t>6.3. После проведения ремонта Исполнитель обязан проверить работоспособность оборудования, указанного в приложении № 1 к настоящей Технической спецификации, и провести его тестирование продолжительностью 3 (три) часа на территории Заказчика с участием представителей Заказчика. Результаты проверки и тестирования должны подтверждать работоспособность оборудования и возможность его дальнейшей эксплуатации по назначению.</w:t>
      </w:r>
      <w:r w:rsidRPr="00073C07">
        <w:rPr>
          <w:rFonts w:ascii="Times New Roman" w:hAnsi="Times New Roman"/>
          <w:sz w:val="24"/>
          <w:szCs w:val="24"/>
          <w:lang w:val="ru-KZ" w:eastAsia="ru-KZ"/>
        </w:rPr>
        <w:br/>
        <w:t>6.4. Все поставляемые Исполнителем запасные части и расходные материалы должны соответствовать техническим характеристикам и требованиям производителя соответствующего оборудования.</w:t>
      </w:r>
      <w:r w:rsidRPr="00073C07">
        <w:rPr>
          <w:rFonts w:ascii="Times New Roman" w:hAnsi="Times New Roman"/>
          <w:sz w:val="24"/>
          <w:szCs w:val="24"/>
          <w:lang w:val="ru-KZ" w:eastAsia="ru-KZ"/>
        </w:rPr>
        <w:br/>
      </w:r>
      <w:r w:rsidR="009D018D" w:rsidRPr="00D95531">
        <w:rPr>
          <w:rFonts w:ascii="Times New Roman" w:hAnsi="Times New Roman"/>
          <w:sz w:val="24"/>
          <w:szCs w:val="24"/>
        </w:rPr>
        <w:t xml:space="preserve"> </w:t>
      </w:r>
      <w:r w:rsidR="00B55A98" w:rsidRPr="00D9553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</w:t>
      </w:r>
    </w:p>
    <w:p w14:paraId="4E2C9785" w14:textId="0A0D4725" w:rsidR="000E15EF" w:rsidRDefault="0019795B" w:rsidP="00DA0023">
      <w:pPr>
        <w:pStyle w:val="af1"/>
        <w:jc w:val="both"/>
        <w:rPr>
          <w:rFonts w:ascii="Times New Roman" w:hAnsi="Times New Roman"/>
          <w:b/>
          <w:sz w:val="24"/>
          <w:szCs w:val="24"/>
        </w:rPr>
      </w:pPr>
      <w:r w:rsidRPr="0019795B">
        <w:rPr>
          <w:rFonts w:ascii="Times New Roman" w:hAnsi="Times New Roman"/>
          <w:b/>
          <w:sz w:val="24"/>
          <w:szCs w:val="24"/>
        </w:rPr>
        <w:t xml:space="preserve">              </w:t>
      </w:r>
    </w:p>
    <w:tbl>
      <w:tblPr>
        <w:tblW w:w="10054" w:type="dxa"/>
        <w:tblLayout w:type="fixed"/>
        <w:tblLook w:val="0000" w:firstRow="0" w:lastRow="0" w:firstColumn="0" w:lastColumn="0" w:noHBand="0" w:noVBand="0"/>
      </w:tblPr>
      <w:tblGrid>
        <w:gridCol w:w="5668"/>
        <w:gridCol w:w="4386"/>
      </w:tblGrid>
      <w:tr w:rsidR="00613AA3" w:rsidRPr="0023175D" w14:paraId="24691CAC" w14:textId="77777777" w:rsidTr="00EF3A2B">
        <w:trPr>
          <w:trHeight w:val="2029"/>
        </w:trPr>
        <w:tc>
          <w:tcPr>
            <w:tcW w:w="5668" w:type="dxa"/>
          </w:tcPr>
          <w:p w14:paraId="7F8CC371" w14:textId="77777777" w:rsidR="00613AA3" w:rsidRPr="00613AA3" w:rsidRDefault="00613AA3" w:rsidP="00EF3A2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0"/>
              </w:rPr>
            </w:pPr>
            <w:r w:rsidRPr="00613AA3">
              <w:rPr>
                <w:rFonts w:ascii="Times New Roman" w:eastAsia="Times New Roman" w:hAnsi="Times New Roman"/>
                <w:b/>
                <w:bCs/>
                <w:sz w:val="24"/>
                <w:szCs w:val="20"/>
              </w:rPr>
              <w:t xml:space="preserve">Заказчик </w:t>
            </w:r>
          </w:p>
          <w:p w14:paraId="5632C474" w14:textId="77777777" w:rsidR="00613AA3" w:rsidRPr="00613AA3" w:rsidRDefault="00613AA3" w:rsidP="00EF3A2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0"/>
              </w:rPr>
            </w:pPr>
            <w:r w:rsidRPr="00613AA3">
              <w:rPr>
                <w:rFonts w:ascii="Times New Roman" w:eastAsia="Times New Roman" w:hAnsi="Times New Roman"/>
                <w:b/>
                <w:bCs/>
                <w:sz w:val="24"/>
                <w:szCs w:val="20"/>
              </w:rPr>
              <w:t>ТОО «Урихтау Оперейтинг»</w:t>
            </w:r>
          </w:p>
          <w:p w14:paraId="74A78076" w14:textId="77777777" w:rsidR="00613AA3" w:rsidRPr="00613AA3" w:rsidRDefault="00613AA3" w:rsidP="00EF3A2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13A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Директор по производству</w:t>
            </w:r>
            <w:r w:rsidRPr="00613AA3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</w:t>
            </w:r>
          </w:p>
          <w:p w14:paraId="58F82567" w14:textId="77777777" w:rsidR="00613AA3" w:rsidRPr="00613AA3" w:rsidRDefault="00613AA3" w:rsidP="00EF3A2B">
            <w:pPr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kk-KZ"/>
              </w:rPr>
            </w:pPr>
            <w:r w:rsidRPr="00613AA3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_______Кулжанов Ж.М.     </w:t>
            </w:r>
            <w:r w:rsidRPr="00613AA3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613AA3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    </w:t>
            </w:r>
          </w:p>
          <w:p w14:paraId="42BFC80B" w14:textId="77777777" w:rsidR="00613AA3" w:rsidRPr="00613AA3" w:rsidRDefault="00613AA3" w:rsidP="00EF3A2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0"/>
              </w:rPr>
            </w:pPr>
          </w:p>
          <w:p w14:paraId="526A2FDA" w14:textId="77777777" w:rsidR="00613AA3" w:rsidRPr="00613AA3" w:rsidRDefault="00613AA3" w:rsidP="00EF3A2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0"/>
              </w:rPr>
            </w:pPr>
          </w:p>
        </w:tc>
        <w:tc>
          <w:tcPr>
            <w:tcW w:w="4386" w:type="dxa"/>
          </w:tcPr>
          <w:p w14:paraId="4EBAA093" w14:textId="77777777" w:rsidR="00613AA3" w:rsidRPr="00613AA3" w:rsidRDefault="00613AA3" w:rsidP="00EF3A2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0"/>
                <w:lang w:val="kk-KZ"/>
              </w:rPr>
            </w:pPr>
            <w:r w:rsidRPr="00613AA3">
              <w:rPr>
                <w:rFonts w:ascii="Times New Roman" w:eastAsia="Times New Roman" w:hAnsi="Times New Roman"/>
                <w:b/>
                <w:bCs/>
                <w:color w:val="000000"/>
                <w:spacing w:val="-13"/>
                <w:sz w:val="24"/>
                <w:szCs w:val="24"/>
              </w:rPr>
              <w:t xml:space="preserve">                         Исполнитель</w:t>
            </w:r>
          </w:p>
          <w:p w14:paraId="68AF1432" w14:textId="77777777" w:rsidR="00613AA3" w:rsidRPr="00613AA3" w:rsidRDefault="00613AA3" w:rsidP="00EF3A2B">
            <w:pPr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613AA3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                    </w:t>
            </w:r>
          </w:p>
          <w:p w14:paraId="1FA6B87A" w14:textId="77777777" w:rsidR="00613AA3" w:rsidRPr="00613AA3" w:rsidRDefault="00613AA3" w:rsidP="00EF3A2B">
            <w:pPr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</w:p>
          <w:p w14:paraId="59FFF2E4" w14:textId="77777777" w:rsidR="00613AA3" w:rsidRPr="00613AA3" w:rsidRDefault="00613AA3" w:rsidP="00EF3A2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0"/>
                <w:lang w:val="en-US"/>
              </w:rPr>
            </w:pPr>
            <w:r w:rsidRPr="00613AA3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                     _________</w:t>
            </w:r>
          </w:p>
          <w:p w14:paraId="4B15F51C" w14:textId="77777777" w:rsidR="00613AA3" w:rsidRPr="00613AA3" w:rsidRDefault="00613AA3" w:rsidP="00EF3A2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0"/>
                <w:lang w:val="en-US"/>
              </w:rPr>
            </w:pPr>
          </w:p>
        </w:tc>
      </w:tr>
    </w:tbl>
    <w:p w14:paraId="1FBDABC6" w14:textId="77777777" w:rsidR="000E15EF" w:rsidRDefault="000E15EF" w:rsidP="00DA0023">
      <w:pPr>
        <w:pStyle w:val="af1"/>
        <w:jc w:val="both"/>
        <w:rPr>
          <w:rFonts w:ascii="Times New Roman" w:hAnsi="Times New Roman"/>
          <w:b/>
          <w:sz w:val="24"/>
          <w:szCs w:val="24"/>
        </w:rPr>
      </w:pPr>
    </w:p>
    <w:p w14:paraId="4A739855" w14:textId="77777777" w:rsidR="000E15EF" w:rsidRDefault="000E15EF" w:rsidP="00DA0023">
      <w:pPr>
        <w:pStyle w:val="af1"/>
        <w:jc w:val="both"/>
        <w:rPr>
          <w:rFonts w:ascii="Times New Roman" w:hAnsi="Times New Roman"/>
          <w:b/>
          <w:sz w:val="24"/>
          <w:szCs w:val="24"/>
        </w:rPr>
      </w:pPr>
    </w:p>
    <w:p w14:paraId="4FA7C0B5" w14:textId="77777777" w:rsidR="000E15EF" w:rsidRDefault="000E15EF" w:rsidP="00DA0023">
      <w:pPr>
        <w:pStyle w:val="af1"/>
        <w:jc w:val="both"/>
        <w:rPr>
          <w:rFonts w:ascii="Times New Roman" w:hAnsi="Times New Roman"/>
          <w:b/>
          <w:sz w:val="24"/>
          <w:szCs w:val="24"/>
        </w:rPr>
      </w:pPr>
    </w:p>
    <w:p w14:paraId="7198B2B2" w14:textId="77777777" w:rsidR="000E15EF" w:rsidRDefault="000E15EF" w:rsidP="00DA0023">
      <w:pPr>
        <w:pStyle w:val="af1"/>
        <w:jc w:val="both"/>
        <w:rPr>
          <w:rFonts w:ascii="Times New Roman" w:hAnsi="Times New Roman"/>
          <w:b/>
          <w:sz w:val="24"/>
          <w:szCs w:val="24"/>
        </w:rPr>
      </w:pPr>
    </w:p>
    <w:p w14:paraId="0A0C59CB" w14:textId="77777777" w:rsidR="000E15EF" w:rsidRDefault="000E15EF" w:rsidP="00DA0023">
      <w:pPr>
        <w:pStyle w:val="af1"/>
        <w:jc w:val="both"/>
        <w:rPr>
          <w:rFonts w:ascii="Times New Roman" w:hAnsi="Times New Roman"/>
          <w:b/>
          <w:sz w:val="24"/>
          <w:szCs w:val="24"/>
        </w:rPr>
      </w:pPr>
    </w:p>
    <w:p w14:paraId="16DD6F6E" w14:textId="77777777" w:rsidR="000E15EF" w:rsidRDefault="000E15EF" w:rsidP="00DA0023">
      <w:pPr>
        <w:pStyle w:val="af1"/>
        <w:jc w:val="both"/>
        <w:rPr>
          <w:rFonts w:ascii="Times New Roman" w:hAnsi="Times New Roman"/>
          <w:b/>
          <w:sz w:val="24"/>
          <w:szCs w:val="24"/>
        </w:rPr>
      </w:pPr>
    </w:p>
    <w:p w14:paraId="480888A8" w14:textId="224FED18" w:rsidR="00CE1BCE" w:rsidRDefault="00CE1BCE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br w:type="page"/>
      </w:r>
    </w:p>
    <w:p w14:paraId="6F476963" w14:textId="77777777" w:rsidR="000E15EF" w:rsidRDefault="000E15EF" w:rsidP="00DA0023">
      <w:pPr>
        <w:pStyle w:val="af1"/>
        <w:jc w:val="both"/>
        <w:rPr>
          <w:rFonts w:ascii="Times New Roman" w:hAnsi="Times New Roman"/>
          <w:b/>
          <w:sz w:val="24"/>
          <w:szCs w:val="24"/>
        </w:rPr>
      </w:pPr>
    </w:p>
    <w:p w14:paraId="07E7AFD7" w14:textId="77777777" w:rsidR="000E15EF" w:rsidRDefault="000E15EF" w:rsidP="00DA0023">
      <w:pPr>
        <w:pStyle w:val="af1"/>
        <w:jc w:val="both"/>
        <w:rPr>
          <w:rFonts w:ascii="Times New Roman" w:hAnsi="Times New Roman"/>
          <w:b/>
          <w:sz w:val="24"/>
          <w:szCs w:val="24"/>
        </w:rPr>
      </w:pPr>
    </w:p>
    <w:p w14:paraId="253FC797" w14:textId="77777777" w:rsidR="00D91F07" w:rsidRPr="00D54525" w:rsidRDefault="00D91F07" w:rsidP="00D91F07">
      <w:pPr>
        <w:pStyle w:val="af1"/>
        <w:tabs>
          <w:tab w:val="right" w:pos="9355"/>
        </w:tabs>
        <w:jc w:val="both"/>
        <w:rPr>
          <w:rFonts w:ascii="Times New Roman" w:hAnsi="Times New Roman"/>
        </w:rPr>
      </w:pPr>
    </w:p>
    <w:p w14:paraId="1AD8AB53" w14:textId="77777777" w:rsidR="00D91F07" w:rsidRPr="00D54525" w:rsidRDefault="00D91F07" w:rsidP="00D91F07">
      <w:pPr>
        <w:pStyle w:val="af1"/>
        <w:jc w:val="right"/>
        <w:rPr>
          <w:rFonts w:ascii="Times New Roman" w:hAnsi="Times New Roman"/>
          <w:b/>
          <w:sz w:val="24"/>
          <w:szCs w:val="24"/>
        </w:rPr>
      </w:pPr>
      <w:r w:rsidRPr="00D5452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</w:t>
      </w:r>
      <w:r w:rsidRPr="00D54525">
        <w:rPr>
          <w:rFonts w:ascii="Times New Roman" w:hAnsi="Times New Roman"/>
          <w:b/>
          <w:sz w:val="24"/>
          <w:szCs w:val="24"/>
        </w:rPr>
        <w:t xml:space="preserve">Приложение №1 </w:t>
      </w:r>
    </w:p>
    <w:p w14:paraId="05313CDD" w14:textId="77777777" w:rsidR="00D91F07" w:rsidRPr="00D54525" w:rsidRDefault="00D91F07" w:rsidP="00D91F07">
      <w:pPr>
        <w:pStyle w:val="af1"/>
        <w:jc w:val="right"/>
        <w:rPr>
          <w:rFonts w:ascii="Times New Roman" w:hAnsi="Times New Roman"/>
          <w:b/>
          <w:sz w:val="24"/>
          <w:szCs w:val="24"/>
        </w:rPr>
      </w:pPr>
      <w:r w:rsidRPr="00D54525">
        <w:rPr>
          <w:rFonts w:ascii="Times New Roman" w:hAnsi="Times New Roman"/>
          <w:b/>
          <w:sz w:val="24"/>
          <w:szCs w:val="24"/>
        </w:rPr>
        <w:t>к Технической спецификации.</w:t>
      </w:r>
    </w:p>
    <w:p w14:paraId="2F529D2C" w14:textId="0F6463E6" w:rsidR="00D91F07" w:rsidRPr="00D54525" w:rsidRDefault="00D91F07" w:rsidP="00DA0023">
      <w:pPr>
        <w:pStyle w:val="af1"/>
        <w:jc w:val="both"/>
        <w:rPr>
          <w:rFonts w:ascii="Times New Roman" w:hAnsi="Times New Roman"/>
          <w:b/>
        </w:rPr>
      </w:pPr>
    </w:p>
    <w:p w14:paraId="4FAD916B" w14:textId="77777777" w:rsidR="00013638" w:rsidRPr="00D54525" w:rsidRDefault="00013638" w:rsidP="00013638">
      <w:pPr>
        <w:jc w:val="center"/>
        <w:rPr>
          <w:rFonts w:ascii="Times New Roman" w:eastAsia="Times New Roman" w:hAnsi="Times New Roman"/>
          <w:sz w:val="24"/>
          <w:szCs w:val="24"/>
        </w:rPr>
      </w:pPr>
      <w:r w:rsidRPr="00D54525">
        <w:rPr>
          <w:rFonts w:ascii="Times New Roman" w:eastAsia="Times New Roman" w:hAnsi="Times New Roman"/>
          <w:b/>
          <w:sz w:val="24"/>
          <w:szCs w:val="24"/>
        </w:rPr>
        <w:t>ПЕРЕЧЕНЬ ОБЪЕКТОВ И ОБОРУДОВАНИЯ, ПЕРЕДАВАЕМОГО НА ОБСЛУЖИВАНИЕ</w:t>
      </w:r>
    </w:p>
    <w:p w14:paraId="50B0A870" w14:textId="03F7EF0E" w:rsidR="00013638" w:rsidRPr="00D54525" w:rsidRDefault="00013638" w:rsidP="00013638">
      <w:pPr>
        <w:jc w:val="center"/>
        <w:rPr>
          <w:rFonts w:ascii="Times New Roman" w:eastAsia="Times New Roman" w:hAnsi="Times New Roman"/>
          <w:b/>
          <w:bCs/>
          <w:sz w:val="24"/>
          <w:szCs w:val="24"/>
          <w:lang w:val="en-US"/>
        </w:rPr>
      </w:pPr>
      <w:r w:rsidRPr="00D54525">
        <w:rPr>
          <w:rFonts w:ascii="Times New Roman" w:eastAsia="Times New Roman" w:hAnsi="Times New Roman"/>
          <w:b/>
          <w:bCs/>
          <w:i/>
          <w:sz w:val="24"/>
          <w:szCs w:val="24"/>
          <w:lang w:val="en-US"/>
        </w:rPr>
        <w:t xml:space="preserve">(является </w:t>
      </w:r>
      <w:r w:rsidR="00D54525" w:rsidRPr="00D54525">
        <w:rPr>
          <w:rFonts w:ascii="Times New Roman" w:eastAsia="Times New Roman" w:hAnsi="Times New Roman"/>
          <w:b/>
          <w:bCs/>
          <w:i/>
          <w:sz w:val="24"/>
          <w:szCs w:val="24"/>
        </w:rPr>
        <w:t>А</w:t>
      </w:r>
      <w:r w:rsidRPr="00D54525">
        <w:rPr>
          <w:rFonts w:ascii="Times New Roman" w:eastAsia="Times New Roman" w:hAnsi="Times New Roman"/>
          <w:b/>
          <w:bCs/>
          <w:i/>
          <w:sz w:val="24"/>
          <w:szCs w:val="24"/>
          <w:lang w:val="en-US"/>
        </w:rPr>
        <w:t>ктом приема-передачи)</w:t>
      </w:r>
    </w:p>
    <w:tbl>
      <w:tblPr>
        <w:tblStyle w:val="29"/>
        <w:tblW w:w="982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7557"/>
        <w:gridCol w:w="708"/>
        <w:gridCol w:w="709"/>
      </w:tblGrid>
      <w:tr w:rsidR="00013638" w:rsidRPr="00D54525" w14:paraId="71E6A75C" w14:textId="77777777" w:rsidTr="00D54525">
        <w:trPr>
          <w:tblHeader/>
        </w:trPr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43AA01D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  <w:b/>
              </w:rPr>
              <w:t>№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81D40B0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  <w:b/>
              </w:rPr>
              <w:t>Наименование оборудования / объекта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5479D12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  <w:b/>
              </w:rPr>
              <w:t>Ед. изм.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7617C33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171328">
              <w:rPr>
                <w:rFonts w:ascii="Times New Roman" w:eastAsia="Times New Roman" w:hAnsi="Times New Roman"/>
                <w:b/>
                <w:sz w:val="20"/>
                <w:szCs w:val="20"/>
              </w:rPr>
              <w:t>Количество</w:t>
            </w:r>
          </w:p>
        </w:tc>
      </w:tr>
      <w:tr w:rsidR="00013638" w:rsidRPr="00D54525" w14:paraId="3E986A2F" w14:textId="77777777" w:rsidTr="00D54525">
        <w:tc>
          <w:tcPr>
            <w:tcW w:w="9825" w:type="dxa"/>
            <w:gridSpan w:val="4"/>
            <w:shd w:val="clear" w:color="auto" w:fill="EAF0F8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38AF77EC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b/>
                <w:lang w:val="ru-RU"/>
              </w:rPr>
              <w:t>Перечень электрооборудования ПС 110/35/6 кВ «Урихтау» входит:</w:t>
            </w:r>
          </w:p>
        </w:tc>
      </w:tr>
      <w:tr w:rsidR="00013638" w:rsidRPr="00D54525" w14:paraId="39151F77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82E518E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3FBB58A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Трансформатор силовой трехфазный 110 кВ ТМТН-6300/110-У1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A7039D7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E67A442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</w:tr>
      <w:tr w:rsidR="00013638" w:rsidRPr="00D54525" w14:paraId="6D12F841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A64E780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C122073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Элегазовый выключатель колонкового типа 110 кВ ВГП-110-40/2500У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E739480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314B93C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</w:t>
            </w:r>
          </w:p>
        </w:tc>
      </w:tr>
      <w:tr w:rsidR="00013638" w:rsidRPr="00D54525" w14:paraId="6907A580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BCABE11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BEA4DBE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Открытое распределительное устройство ОРУ- 110 кВ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6B55B5F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к-т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67F3456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013638" w:rsidRPr="00D54525" w14:paraId="3491CCCC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5650CAB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0A3EEE9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Открытое распределительное устройство ОРУ-35 кВ кВ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C1144F9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к-т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D8FE6B1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013638" w:rsidRPr="00D54525" w14:paraId="5A0D8EF7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86A864C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9AF09CC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Закрытое распределительное устройство ЗРУ- 6 кВ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B179813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к-т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331D6E2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013638" w:rsidRPr="00D54525" w14:paraId="7549433C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532851A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E291B74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Разъединитель трехполюсный с полимерными изоляторами, с двумя ножами заземления с двигательным приводом ПДС РГП-СЭЩ-э2-11-110/1250 УХЛ1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A0EDEEC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78ADCE7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8</w:t>
            </w:r>
          </w:p>
        </w:tc>
      </w:tr>
      <w:tr w:rsidR="00013638" w:rsidRPr="00D54525" w14:paraId="2A0E5A36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6A55347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F7895A5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Разъединитель трехполюсный с полимерными изоляторами, с одним ножом заземления с двигательным приводом ПДС РГП-СЭЩ-э1-11-110/1250 УХЛ1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011C664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4F4AFF0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</w:tr>
      <w:tr w:rsidR="00013638" w:rsidRPr="00D54525" w14:paraId="159176BF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3A7A329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12B11B1" w14:textId="77777777" w:rsidR="00013638" w:rsidRPr="00D54525" w:rsidRDefault="00013638" w:rsidP="00013638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Трансформатор напряжения ЗНГА-110-11-УХЛ1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C529D2C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8649414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6</w:t>
            </w:r>
          </w:p>
        </w:tc>
      </w:tr>
      <w:tr w:rsidR="00013638" w:rsidRPr="00D54525" w14:paraId="1B5E6AE8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88528B3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7770E0D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Трансформатор тока 110 кВ ТГФМ-110-11-0,2/5Р/5Р/5Р-200-400-800/5 У1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D62FD50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99CB1D1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12</w:t>
            </w:r>
          </w:p>
        </w:tc>
      </w:tr>
      <w:tr w:rsidR="00013638" w:rsidRPr="00D54525" w14:paraId="1BD358C5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03800CE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F838CFE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Ограничитель перенапряжения полимерный110 кВ ОПНп11-110 кВ/77/10/650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4C4C1EC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B501F74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6</w:t>
            </w:r>
          </w:p>
        </w:tc>
      </w:tr>
      <w:tr w:rsidR="00013638" w:rsidRPr="00D54525" w14:paraId="3F498D2B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60136D1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7A09AB6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Заземлитель однополюсный 110 кВ ЗОН-СЭЩ-11-110 УХЛ1 с приводом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75C0717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088E86E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</w:tr>
      <w:tr w:rsidR="00013638" w:rsidRPr="00D54525" w14:paraId="0A13524E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3B96FDC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C04F81A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Ограничитель пер. полимерный 110 кВ ОПНп11-110кВ/56/10/550-111-УХЛ1О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5AEEB97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290DA4C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</w:tr>
      <w:tr w:rsidR="00013638" w:rsidRPr="00D54525" w14:paraId="18E0AD35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24932C3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12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D2D24B1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Ячейка КРУ-К07 КТЗ ХЛ1 (КВ/КВ) в блочном исполнении совмещенн с ОПУ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7E57E4A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к-т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A2AD957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013638" w:rsidRPr="00D54525" w14:paraId="3EB1B2DB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E61927B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03D7CC9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Сборное блочно модульное здание с системой отопления, освещения, вентиляции, Кондиционирования пожарно-охранной сигнализацией, с санузлом КРУ-БМ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1E8E77C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F05704A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13</w:t>
            </w:r>
          </w:p>
        </w:tc>
      </w:tr>
      <w:tr w:rsidR="00013638" w:rsidRPr="00D54525" w14:paraId="07E292E0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2274BA8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88E4C89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КРУ-6кВ из 23 шкафов серии КМ-1КФи с вакуумными выключателями </w:t>
            </w:r>
            <w:r w:rsidRPr="00D54525">
              <w:rPr>
                <w:rFonts w:ascii="Times New Roman" w:eastAsia="Times New Roman" w:hAnsi="Times New Roman"/>
              </w:rPr>
              <w:t>Siemens</w:t>
            </w:r>
            <w:r w:rsidRPr="00D54525">
              <w:rPr>
                <w:rFonts w:ascii="Times New Roman" w:eastAsia="Times New Roman" w:hAnsi="Times New Roman"/>
                <w:lang w:val="ru-RU"/>
              </w:rPr>
              <w:t xml:space="preserve"> 2500 31.5кА на вводах и секционном выключателе, </w:t>
            </w:r>
            <w:r w:rsidRPr="00D54525">
              <w:rPr>
                <w:rFonts w:ascii="Times New Roman" w:eastAsia="Times New Roman" w:hAnsi="Times New Roman"/>
              </w:rPr>
              <w:t>Siemens</w:t>
            </w:r>
            <w:r w:rsidRPr="00D54525">
              <w:rPr>
                <w:rFonts w:ascii="Times New Roman" w:eastAsia="Times New Roman" w:hAnsi="Times New Roman"/>
                <w:lang w:val="ru-RU"/>
              </w:rPr>
              <w:t xml:space="preserve"> 1250А, 25 кА на отходящих линиях. Блоки защиты </w:t>
            </w:r>
            <w:r w:rsidRPr="00D54525">
              <w:rPr>
                <w:rFonts w:ascii="Times New Roman" w:eastAsia="Times New Roman" w:hAnsi="Times New Roman"/>
              </w:rPr>
              <w:t>Mikom</w:t>
            </w:r>
            <w:r w:rsidRPr="00D54525">
              <w:rPr>
                <w:rFonts w:ascii="Times New Roman" w:eastAsia="Times New Roman" w:hAnsi="Times New Roman"/>
                <w:lang w:val="ru-RU"/>
              </w:rPr>
              <w:t xml:space="preserve"> </w:t>
            </w:r>
            <w:r w:rsidRPr="00D54525">
              <w:rPr>
                <w:rFonts w:ascii="Times New Roman" w:eastAsia="Times New Roman" w:hAnsi="Times New Roman"/>
              </w:rPr>
              <w:t>Agile</w:t>
            </w:r>
            <w:r w:rsidRPr="00D54525">
              <w:rPr>
                <w:rFonts w:ascii="Times New Roman" w:eastAsia="Times New Roman" w:hAnsi="Times New Roman"/>
                <w:lang w:val="ru-RU"/>
              </w:rPr>
              <w:t xml:space="preserve">. Трансформаторы напряжения марки 3х3НОЛП. Счетчики А1805. В комплекте шинный мост и два шинных ввода, согласно однолинейной схемы </w:t>
            </w:r>
            <w:r w:rsidRPr="00D54525">
              <w:rPr>
                <w:rFonts w:ascii="Times New Roman" w:eastAsia="Times New Roman" w:hAnsi="Times New Roman"/>
              </w:rPr>
              <w:t>V</w:t>
            </w:r>
            <w:r w:rsidRPr="00D54525">
              <w:rPr>
                <w:rFonts w:ascii="Times New Roman" w:eastAsia="Times New Roman" w:hAnsi="Times New Roman"/>
                <w:lang w:val="ru-RU"/>
              </w:rPr>
              <w:t>-</w:t>
            </w:r>
            <w:r w:rsidRPr="00D54525">
              <w:rPr>
                <w:rFonts w:ascii="Times New Roman" w:eastAsia="Times New Roman" w:hAnsi="Times New Roman"/>
              </w:rPr>
              <w:t>KO</w:t>
            </w:r>
            <w:r w:rsidRPr="00D54525">
              <w:rPr>
                <w:rFonts w:ascii="Times New Roman" w:eastAsia="Times New Roman" w:hAnsi="Times New Roman"/>
                <w:lang w:val="ru-RU"/>
              </w:rPr>
              <w:t>-04181-200-601-0</w:t>
            </w:r>
            <w:r w:rsidRPr="00D54525">
              <w:rPr>
                <w:rFonts w:ascii="Times New Roman" w:eastAsia="Times New Roman" w:hAnsi="Times New Roman"/>
              </w:rPr>
              <w:t>S</w:t>
            </w:r>
            <w:r w:rsidRPr="00D54525">
              <w:rPr>
                <w:rFonts w:ascii="Times New Roman" w:eastAsia="Times New Roman" w:hAnsi="Times New Roman"/>
                <w:lang w:val="ru-RU"/>
              </w:rPr>
              <w:t>.</w:t>
            </w:r>
            <w:r w:rsidRPr="00D54525">
              <w:rPr>
                <w:rFonts w:ascii="Times New Roman" w:eastAsia="Times New Roman" w:hAnsi="Times New Roman"/>
              </w:rPr>
              <w:t>R</w:t>
            </w:r>
            <w:r w:rsidRPr="00D54525">
              <w:rPr>
                <w:rFonts w:ascii="Times New Roman" w:eastAsia="Times New Roman" w:hAnsi="Times New Roman"/>
                <w:lang w:val="ru-RU"/>
              </w:rPr>
              <w:t>1 КМ1-КФ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61B222D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к-т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9FADC4E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013638" w:rsidRPr="00D54525" w14:paraId="096081D6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A295C7E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15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FCDFB55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Шкаф собственных нужд типа ШСН 0,4 кВ из пяти шкафов, двухсекционный с АВР, без </w:t>
            </w:r>
            <w:r w:rsidRPr="00D54525">
              <w:rPr>
                <w:rFonts w:ascii="Times New Roman" w:eastAsia="Times New Roman" w:hAnsi="Times New Roman"/>
              </w:rPr>
              <w:t>UPS</w:t>
            </w:r>
            <w:r w:rsidRPr="00D54525">
              <w:rPr>
                <w:rFonts w:ascii="Times New Roman" w:eastAsia="Times New Roman" w:hAnsi="Times New Roman"/>
                <w:lang w:val="ru-RU"/>
              </w:rPr>
              <w:t xml:space="preserve"> ШСНО- 0,4 кВ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C2FB023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к-т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C851AC3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013638" w:rsidRPr="00D54525" w14:paraId="0A426377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6619DCC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16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9EF77A5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Шкаф управления оперативным током ШУОТ-Б-80 У4, 80А:150А/ч: </w:t>
            </w:r>
            <w:r w:rsidRPr="00D54525">
              <w:rPr>
                <w:rFonts w:ascii="Times New Roman" w:eastAsia="Times New Roman" w:hAnsi="Times New Roman"/>
              </w:rPr>
              <w:t>U</w:t>
            </w:r>
            <w:r w:rsidRPr="00D54525">
              <w:rPr>
                <w:rFonts w:ascii="Times New Roman" w:eastAsia="Times New Roman" w:hAnsi="Times New Roman"/>
                <w:lang w:val="ru-RU"/>
              </w:rPr>
              <w:t xml:space="preserve">вх-380в; </w:t>
            </w:r>
            <w:r w:rsidRPr="00D54525">
              <w:rPr>
                <w:rFonts w:ascii="Times New Roman" w:eastAsia="Times New Roman" w:hAnsi="Times New Roman"/>
              </w:rPr>
              <w:t>U</w:t>
            </w:r>
            <w:r w:rsidRPr="00D54525">
              <w:rPr>
                <w:rFonts w:ascii="Times New Roman" w:eastAsia="Times New Roman" w:hAnsi="Times New Roman"/>
                <w:lang w:val="ru-RU"/>
              </w:rPr>
              <w:t xml:space="preserve">вых \=220В: напольное исполнение, </w:t>
            </w:r>
            <w:r w:rsidRPr="00D54525">
              <w:rPr>
                <w:rFonts w:ascii="Times New Roman" w:eastAsia="Times New Roman" w:hAnsi="Times New Roman"/>
              </w:rPr>
              <w:t>IP</w:t>
            </w:r>
            <w:r w:rsidRPr="00D54525">
              <w:rPr>
                <w:rFonts w:ascii="Times New Roman" w:eastAsia="Times New Roman" w:hAnsi="Times New Roman"/>
                <w:lang w:val="ru-RU"/>
              </w:rPr>
              <w:t>32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2CDDB4A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E62AAE1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013638" w:rsidRPr="00D54525" w14:paraId="696B6D2F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FEE8B06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17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D5820E5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Шкаф из панелей №8,9 РПН трансформатора Т1, Т2 без учета регулятора напряжения ЭРНТ-1М РПН трансформаторов Т1, и Т2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8F2E87A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9CD70C1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013638" w:rsidRPr="00D54525" w14:paraId="6992C3FD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9489271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18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026E83E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Шкаф №11 трансформатора напряжения 110 кВ </w:t>
            </w:r>
            <w:r w:rsidRPr="00D54525">
              <w:rPr>
                <w:rFonts w:ascii="Times New Roman" w:eastAsia="Times New Roman" w:hAnsi="Times New Roman"/>
              </w:rPr>
              <w:t>TV</w:t>
            </w:r>
            <w:r w:rsidRPr="00D54525">
              <w:rPr>
                <w:rFonts w:ascii="Times New Roman" w:eastAsia="Times New Roman" w:hAnsi="Times New Roman"/>
                <w:lang w:val="ru-RU"/>
              </w:rPr>
              <w:t>1</w:t>
            </w:r>
            <w:r w:rsidRPr="00D54525">
              <w:rPr>
                <w:rFonts w:ascii="Times New Roman" w:eastAsia="Times New Roman" w:hAnsi="Times New Roman"/>
              </w:rPr>
              <w:t>G</w:t>
            </w:r>
            <w:r w:rsidRPr="00D54525">
              <w:rPr>
                <w:rFonts w:ascii="Times New Roman" w:eastAsia="Times New Roman" w:hAnsi="Times New Roman"/>
                <w:lang w:val="ru-RU"/>
              </w:rPr>
              <w:t xml:space="preserve"> (</w:t>
            </w:r>
            <w:r w:rsidRPr="00D54525">
              <w:rPr>
                <w:rFonts w:ascii="Times New Roman" w:eastAsia="Times New Roman" w:hAnsi="Times New Roman"/>
              </w:rPr>
              <w:t>TV</w:t>
            </w:r>
            <w:r w:rsidRPr="00D54525">
              <w:rPr>
                <w:rFonts w:ascii="Times New Roman" w:eastAsia="Times New Roman" w:hAnsi="Times New Roman"/>
                <w:lang w:val="ru-RU"/>
              </w:rPr>
              <w:t>2</w:t>
            </w:r>
            <w:r w:rsidRPr="00D54525">
              <w:rPr>
                <w:rFonts w:ascii="Times New Roman" w:eastAsia="Times New Roman" w:hAnsi="Times New Roman"/>
              </w:rPr>
              <w:t>G</w:t>
            </w:r>
            <w:r w:rsidRPr="00D54525">
              <w:rPr>
                <w:rFonts w:ascii="Times New Roman" w:eastAsia="Times New Roman" w:hAnsi="Times New Roman"/>
                <w:lang w:val="ru-RU"/>
              </w:rPr>
              <w:t>)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FA881A3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E8258BA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013638" w:rsidRPr="00D54525" w14:paraId="3C82F761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E75BAD2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19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58CD212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ТСН отдельностоящий с трансформатором ТМ 160/6-0,4 кВ ШТСН-308-630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663D6D4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F355821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</w:tr>
      <w:tr w:rsidR="00013638" w:rsidRPr="00D54525" w14:paraId="71CA7723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75914CA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20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F7F46F8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ОПУ – 8 со шкафами релейной защиты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0D2A422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к-т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BEF98EC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013638" w:rsidRPr="00D54525" w14:paraId="0A8A53BE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F497F02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21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19A7553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Шкаф центральной сигнализации (ЦС) из панелей №6,7 с устройством микропроцессорным типа БМЦС-01, заводской номер 365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D93C5E5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91BCCBE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013638" w:rsidRPr="00D54525" w14:paraId="4DD0B15C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7BB54C5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22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8B004F9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Шкаф 1Р (2Р). Шкаф дифференциальной защиты и резервной защиты трансформатора Т1(Т2) с терминалами </w:t>
            </w:r>
            <w:r w:rsidRPr="00D54525">
              <w:rPr>
                <w:rFonts w:ascii="Times New Roman" w:eastAsia="Times New Roman" w:hAnsi="Times New Roman"/>
              </w:rPr>
              <w:t>Mikom</w:t>
            </w:r>
            <w:r w:rsidRPr="00D54525">
              <w:rPr>
                <w:rFonts w:ascii="Times New Roman" w:eastAsia="Times New Roman" w:hAnsi="Times New Roman"/>
                <w:lang w:val="ru-RU"/>
              </w:rPr>
              <w:t xml:space="preserve"> </w:t>
            </w:r>
            <w:r w:rsidRPr="00D54525">
              <w:rPr>
                <w:rFonts w:ascii="Times New Roman" w:eastAsia="Times New Roman" w:hAnsi="Times New Roman"/>
              </w:rPr>
              <w:t>Agile</w:t>
            </w:r>
            <w:r w:rsidRPr="00D54525">
              <w:rPr>
                <w:rFonts w:ascii="Times New Roman" w:eastAsia="Times New Roman" w:hAnsi="Times New Roman"/>
                <w:lang w:val="ru-RU"/>
              </w:rPr>
              <w:t>, заводской номер 366, 367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3BBA497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0A6106C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</w:tr>
      <w:tr w:rsidR="00013638" w:rsidRPr="00D54525" w14:paraId="41525B42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A31041E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23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577C9BE" w14:textId="77777777" w:rsidR="00013638" w:rsidRPr="00D54525" w:rsidRDefault="00013638" w:rsidP="00013638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Шкаф учета №10 заводской номер 368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F834580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A0E4AA4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013638" w:rsidRPr="00D54525" w14:paraId="1DB95A5C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F83B91D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24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B61419C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Шкаф №12 линии 35 кВ (</w:t>
            </w:r>
            <w:r w:rsidRPr="00D54525">
              <w:rPr>
                <w:rFonts w:ascii="Times New Roman" w:eastAsia="Times New Roman" w:hAnsi="Times New Roman"/>
              </w:rPr>
              <w:t>W</w:t>
            </w:r>
            <w:r w:rsidRPr="00D54525">
              <w:rPr>
                <w:rFonts w:ascii="Times New Roman" w:eastAsia="Times New Roman" w:hAnsi="Times New Roman"/>
                <w:lang w:val="ru-RU"/>
              </w:rPr>
              <w:t xml:space="preserve">2Н) с терминалом </w:t>
            </w:r>
            <w:r w:rsidRPr="00D54525">
              <w:rPr>
                <w:rFonts w:ascii="Times New Roman" w:eastAsia="Times New Roman" w:hAnsi="Times New Roman"/>
              </w:rPr>
              <w:t>Mikom</w:t>
            </w:r>
            <w:r w:rsidRPr="00D54525">
              <w:rPr>
                <w:rFonts w:ascii="Times New Roman" w:eastAsia="Times New Roman" w:hAnsi="Times New Roman"/>
                <w:lang w:val="ru-RU"/>
              </w:rPr>
              <w:t xml:space="preserve"> </w:t>
            </w:r>
            <w:r w:rsidRPr="00D54525">
              <w:rPr>
                <w:rFonts w:ascii="Times New Roman" w:eastAsia="Times New Roman" w:hAnsi="Times New Roman"/>
              </w:rPr>
              <w:t>Agile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D1EE0BA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4A01E5B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013638" w:rsidRPr="00D54525" w14:paraId="55AE0A7D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ACC31F8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25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6A5D9ED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Шкаф №12 линии 35 кВ (БСК) с терминалом </w:t>
            </w:r>
            <w:r w:rsidRPr="00D54525">
              <w:rPr>
                <w:rFonts w:ascii="Times New Roman" w:eastAsia="Times New Roman" w:hAnsi="Times New Roman"/>
              </w:rPr>
              <w:t>Mikom</w:t>
            </w:r>
            <w:r w:rsidRPr="00D54525">
              <w:rPr>
                <w:rFonts w:ascii="Times New Roman" w:eastAsia="Times New Roman" w:hAnsi="Times New Roman"/>
                <w:lang w:val="ru-RU"/>
              </w:rPr>
              <w:t xml:space="preserve"> </w:t>
            </w:r>
            <w:r w:rsidRPr="00D54525">
              <w:rPr>
                <w:rFonts w:ascii="Times New Roman" w:eastAsia="Times New Roman" w:hAnsi="Times New Roman"/>
              </w:rPr>
              <w:t>Agile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3A6230E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79B8E46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013638" w:rsidRPr="00D54525" w14:paraId="7F4F3764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0D54F4E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26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2501A68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Выключатель элегазовый типа ВГБЭ-35-12,5/1000 УХЛ 1 с приводом ПЭМ-2 с встроенными трансформаторами тока Ктт=50/100/150/200/300/600/5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611F507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9F1E0F0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5</w:t>
            </w:r>
          </w:p>
        </w:tc>
      </w:tr>
      <w:tr w:rsidR="00013638" w:rsidRPr="00D54525" w14:paraId="08B003BD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D0D0039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27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6CE5F27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Разъединитель трехполюсный РГПЗ-СЭЩ-2-111-35/1000 с УХЛ1 с приводом ПДС-СЭЩ с двумя заземляющими ножами с полимерными изоляторами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62529D9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AC312AB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8</w:t>
            </w:r>
          </w:p>
        </w:tc>
      </w:tr>
      <w:tr w:rsidR="00013638" w:rsidRPr="00D54525" w14:paraId="79397F06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38C266D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28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2AB095A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Разъединитель трехполюсный РГПЗ-СЭЩ-1-111-35/1000 с УХЛ1 с приводом ПДС-СЭЩ с одним заземляющим ножом с полимерными изоляторами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6928ECC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F7CFE6C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</w:t>
            </w:r>
          </w:p>
        </w:tc>
      </w:tr>
      <w:tr w:rsidR="00013638" w:rsidRPr="00D54525" w14:paraId="48FA894A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DCB0AE2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29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16D43C3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Ограничитель перенапряжения нелинейный полимерный ОПНп35/40,5/10 /550-111-УХЛ1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7CD6A81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E7BA875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6</w:t>
            </w:r>
          </w:p>
        </w:tc>
      </w:tr>
      <w:tr w:rsidR="00013638" w:rsidRPr="00D54525" w14:paraId="4015D8C8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E71AE3A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A35D8CF" w14:textId="77777777" w:rsidR="00013638" w:rsidRPr="00D54525" w:rsidRDefault="00013638" w:rsidP="00013638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Трансформатор напряжения ЗНОЛ-35 111 УХЛ 1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ECB730F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E09FC03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6</w:t>
            </w:r>
          </w:p>
        </w:tc>
      </w:tr>
      <w:tr w:rsidR="00013638" w:rsidRPr="00D54525" w14:paraId="0BE1CB46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12A3465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31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B28C1F5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Аппарат управления оперативным током в комплекте с аккумулятором АСУТ М2/40/220-УХЛ 1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5A5C7D9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3F07C6B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013638" w:rsidRPr="00D54525" w14:paraId="7995FCBF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03FEAF5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32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F25B17D" w14:textId="77777777" w:rsidR="00013638" w:rsidRPr="00D54525" w:rsidRDefault="00013638" w:rsidP="00013638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Шкаф защиты трансформатора 110/35/6 кВ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416E53F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D657DC0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</w:tr>
      <w:tr w:rsidR="00013638" w:rsidRPr="00D54525" w14:paraId="1A158195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A0E2EF7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33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D2C6BB5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Многофункциональный счетчик электрической энергии 1805</w:t>
            </w:r>
            <w:r w:rsidRPr="00D54525">
              <w:rPr>
                <w:rFonts w:ascii="Times New Roman" w:eastAsia="Times New Roman" w:hAnsi="Times New Roman"/>
              </w:rPr>
              <w:t>RL</w:t>
            </w:r>
            <w:r w:rsidRPr="00D54525">
              <w:rPr>
                <w:rFonts w:ascii="Times New Roman" w:eastAsia="Times New Roman" w:hAnsi="Times New Roman"/>
                <w:lang w:val="ru-RU"/>
              </w:rPr>
              <w:t>-</w:t>
            </w:r>
            <w:r w:rsidRPr="00D54525">
              <w:rPr>
                <w:rFonts w:ascii="Times New Roman" w:eastAsia="Times New Roman" w:hAnsi="Times New Roman"/>
              </w:rPr>
              <w:t>P</w:t>
            </w:r>
            <w:r w:rsidRPr="00D54525">
              <w:rPr>
                <w:rFonts w:ascii="Times New Roman" w:eastAsia="Times New Roman" w:hAnsi="Times New Roman"/>
                <w:lang w:val="ru-RU"/>
              </w:rPr>
              <w:t>4</w:t>
            </w:r>
            <w:r w:rsidRPr="00D54525">
              <w:rPr>
                <w:rFonts w:ascii="Times New Roman" w:eastAsia="Times New Roman" w:hAnsi="Times New Roman"/>
              </w:rPr>
              <w:t>G</w:t>
            </w:r>
            <w:r w:rsidRPr="00D54525">
              <w:rPr>
                <w:rFonts w:ascii="Times New Roman" w:eastAsia="Times New Roman" w:hAnsi="Times New Roman"/>
                <w:lang w:val="ru-RU"/>
              </w:rPr>
              <w:t xml:space="preserve">- </w:t>
            </w:r>
            <w:r w:rsidRPr="00D54525">
              <w:rPr>
                <w:rFonts w:ascii="Times New Roman" w:eastAsia="Times New Roman" w:hAnsi="Times New Roman"/>
              </w:rPr>
              <w:t>DW</w:t>
            </w:r>
            <w:r w:rsidRPr="00D54525">
              <w:rPr>
                <w:rFonts w:ascii="Times New Roman" w:eastAsia="Times New Roman" w:hAnsi="Times New Roman"/>
                <w:lang w:val="ru-RU"/>
              </w:rPr>
              <w:t>-4 0,5</w:t>
            </w:r>
            <w:r w:rsidRPr="00D54525">
              <w:rPr>
                <w:rFonts w:ascii="Times New Roman" w:eastAsia="Times New Roman" w:hAnsi="Times New Roman"/>
              </w:rPr>
              <w:t>S</w:t>
            </w:r>
            <w:r w:rsidRPr="00D54525">
              <w:rPr>
                <w:rFonts w:ascii="Times New Roman" w:eastAsia="Times New Roman" w:hAnsi="Times New Roman"/>
                <w:lang w:val="ru-RU"/>
              </w:rPr>
              <w:t xml:space="preserve"> 4-х проводная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C2CDE84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06126AD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8</w:t>
            </w:r>
          </w:p>
        </w:tc>
      </w:tr>
      <w:tr w:rsidR="00013638" w:rsidRPr="00D54525" w14:paraId="7E4B36CC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618F696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34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6B8C0F1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Измерительный преобразователь пер. тока без вторичного прибора У854/5ЭС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8CEBF55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E8EFB4A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20</w:t>
            </w:r>
          </w:p>
        </w:tc>
      </w:tr>
      <w:tr w:rsidR="00013638" w:rsidRPr="00D54525" w14:paraId="21E7D608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6822620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35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9FD5065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Счетчик электрической энергии трехфазный многофункциональный Альфа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6022A6E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C227B7B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20</w:t>
            </w:r>
          </w:p>
        </w:tc>
      </w:tr>
      <w:tr w:rsidR="00013638" w:rsidRPr="00D54525" w14:paraId="736A90C0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60ABB29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36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4BAEDF5" w14:textId="77777777" w:rsidR="00013638" w:rsidRPr="00D54525" w:rsidRDefault="00013638" w:rsidP="00013638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Источник питания ЕХ3000 RT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247B695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4343F3B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</w:tr>
      <w:tr w:rsidR="00013638" w:rsidRPr="00D54525" w14:paraId="4204A969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A3FF92E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37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347350C" w14:textId="77777777" w:rsidR="00013638" w:rsidRPr="00D54525" w:rsidRDefault="00013638" w:rsidP="00013638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Батарея 3000 ЕХВ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DCAF74F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E7E6565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</w:tr>
      <w:tr w:rsidR="00013638" w:rsidRPr="00D54525" w14:paraId="57981C0E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7E3F331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38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EF574AC" w14:textId="77777777" w:rsidR="00013638" w:rsidRPr="00D54525" w:rsidRDefault="00013638" w:rsidP="00013638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Телекоммуникационная стойка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989A41A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0696D70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</w:tr>
      <w:tr w:rsidR="00013638" w:rsidRPr="00D54525" w14:paraId="37B7AC8B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1793209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39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1813ACB" w14:textId="77777777" w:rsidR="00013638" w:rsidRPr="00D54525" w:rsidRDefault="00013638" w:rsidP="00013638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Телефонный аппарат Раnasonic KX-TS2352 CABW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5B94813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00EED6F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013638" w:rsidRPr="00D54525" w14:paraId="0D096FB3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C631595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40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03FBABD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Панель телемеханики блочная 2 шкафа ПРК-2-01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7EBB4AF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87F771D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11</w:t>
            </w:r>
          </w:p>
        </w:tc>
      </w:tr>
      <w:tr w:rsidR="00013638" w:rsidRPr="00D54525" w14:paraId="570AD0FB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E0EE98A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41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D221FDC" w14:textId="77777777" w:rsidR="00013638" w:rsidRPr="00D54525" w:rsidRDefault="00013638" w:rsidP="00013638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Ящик соединительный ЯС-2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12D14C4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9824E83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013638" w:rsidRPr="00D54525" w14:paraId="6EAEA5BA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50006DF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42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D14831B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Шкаф УСПД </w:t>
            </w:r>
            <w:r w:rsidRPr="00D54525">
              <w:rPr>
                <w:rFonts w:ascii="Times New Roman" w:eastAsia="Times New Roman" w:hAnsi="Times New Roman"/>
              </w:rPr>
              <w:t>RTU</w:t>
            </w:r>
            <w:r w:rsidRPr="00D54525">
              <w:rPr>
                <w:rFonts w:ascii="Times New Roman" w:eastAsia="Times New Roman" w:hAnsi="Times New Roman"/>
                <w:lang w:val="ru-RU"/>
              </w:rPr>
              <w:t>-327 заводской номер 009602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6F6AACE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0036E64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013638" w:rsidRPr="00D54525" w14:paraId="51B8CA03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D18C1A3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43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9C967CC" w14:textId="77777777" w:rsidR="00013638" w:rsidRPr="00D54525" w:rsidRDefault="00013638" w:rsidP="00013638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Оборудование SKADA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E9FF84B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к-т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A052067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013638" w:rsidRPr="00D54525" w14:paraId="2F21631F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92AB094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44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5C4EF4A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Шкаф контроллера </w:t>
            </w:r>
            <w:r w:rsidRPr="00D54525">
              <w:rPr>
                <w:rFonts w:ascii="Times New Roman" w:eastAsia="Times New Roman" w:hAnsi="Times New Roman"/>
              </w:rPr>
              <w:t>SKAD</w:t>
            </w:r>
            <w:r w:rsidRPr="00D54525">
              <w:rPr>
                <w:rFonts w:ascii="Times New Roman" w:eastAsia="Times New Roman" w:hAnsi="Times New Roman"/>
                <w:lang w:val="ru-RU"/>
              </w:rPr>
              <w:t xml:space="preserve">А </w:t>
            </w:r>
            <w:r w:rsidRPr="00D54525">
              <w:rPr>
                <w:rFonts w:ascii="Times New Roman" w:eastAsia="Times New Roman" w:hAnsi="Times New Roman"/>
              </w:rPr>
              <w:t>V</w:t>
            </w:r>
            <w:r w:rsidRPr="00D54525">
              <w:rPr>
                <w:rFonts w:ascii="Times New Roman" w:eastAsia="Times New Roman" w:hAnsi="Times New Roman"/>
                <w:lang w:val="ru-RU"/>
              </w:rPr>
              <w:t>-8-0501-6-100-101 заводской номер 281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F1CB556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B657AB5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013638" w:rsidRPr="00D54525" w14:paraId="401178B7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EE46F5C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45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C90E0C3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Шкаф сервера </w:t>
            </w:r>
            <w:r w:rsidRPr="00D54525">
              <w:rPr>
                <w:rFonts w:ascii="Times New Roman" w:eastAsia="Times New Roman" w:hAnsi="Times New Roman"/>
              </w:rPr>
              <w:t>SKAD</w:t>
            </w:r>
            <w:r w:rsidRPr="00D54525">
              <w:rPr>
                <w:rFonts w:ascii="Times New Roman" w:eastAsia="Times New Roman" w:hAnsi="Times New Roman"/>
                <w:lang w:val="ru-RU"/>
              </w:rPr>
              <w:t xml:space="preserve">А </w:t>
            </w:r>
            <w:r w:rsidRPr="00D54525">
              <w:rPr>
                <w:rFonts w:ascii="Times New Roman" w:eastAsia="Times New Roman" w:hAnsi="Times New Roman"/>
              </w:rPr>
              <w:t>V</w:t>
            </w:r>
            <w:r w:rsidRPr="00D54525">
              <w:rPr>
                <w:rFonts w:ascii="Times New Roman" w:eastAsia="Times New Roman" w:hAnsi="Times New Roman"/>
                <w:lang w:val="ru-RU"/>
              </w:rPr>
              <w:t>-8-0501-6-100-101 заводской номер 282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D0B3F21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381A7DC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013638" w:rsidRPr="00D54525" w14:paraId="7D69F679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950DD7E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46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E4E22E3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Контроллер двухпроводной линии связи для подключения адресных устройств типа С2000-КД-2И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69D188A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3C310D7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013638" w:rsidRPr="00D54525" w14:paraId="3C3F7669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5216F26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47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EB1F3EC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Преобразователь интерфейса </w:t>
            </w:r>
            <w:r w:rsidRPr="00D54525">
              <w:rPr>
                <w:rFonts w:ascii="Times New Roman" w:eastAsia="Times New Roman" w:hAnsi="Times New Roman"/>
              </w:rPr>
              <w:t>RX</w:t>
            </w:r>
            <w:r w:rsidRPr="00D54525">
              <w:rPr>
                <w:rFonts w:ascii="Times New Roman" w:eastAsia="Times New Roman" w:hAnsi="Times New Roman"/>
                <w:lang w:val="ru-RU"/>
              </w:rPr>
              <w:t>-232/</w:t>
            </w:r>
            <w:r w:rsidRPr="00D54525">
              <w:rPr>
                <w:rFonts w:ascii="Times New Roman" w:eastAsia="Times New Roman" w:hAnsi="Times New Roman"/>
              </w:rPr>
              <w:t>RS</w:t>
            </w:r>
            <w:r w:rsidRPr="00D54525">
              <w:rPr>
                <w:rFonts w:ascii="Times New Roman" w:eastAsia="Times New Roman" w:hAnsi="Times New Roman"/>
                <w:lang w:val="ru-RU"/>
              </w:rPr>
              <w:t>485 с гальванической развязкой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BE78CE3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D14A660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013638" w:rsidRPr="00D54525" w14:paraId="692EF0C6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9AE6333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48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2207930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Блок сигнально-пусковой адресной, для управления исполнительными устройствами сигнализации оповещения и управления эвакуацией С2000-СП исп02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2D6023A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720321A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013638" w:rsidRPr="00D54525" w14:paraId="11ABAC3C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8D7DA42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49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BDCF942" w14:textId="77777777" w:rsidR="00013638" w:rsidRPr="00D54525" w:rsidRDefault="00013638" w:rsidP="00013638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Блок развликательно изолирующий «Бриз»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753264E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BF14333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013638" w:rsidRPr="00D54525" w14:paraId="0E2A81B1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1FB2FD3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50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C6663B5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Дымовой оптико электронный ИП-212-31А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F0BD71F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4488BDE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10</w:t>
            </w:r>
          </w:p>
        </w:tc>
      </w:tr>
      <w:tr w:rsidR="00013638" w:rsidRPr="00D54525" w14:paraId="223A9771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FBE2611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51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CC70796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Извещатель пожарно ручной ИПР 513 3АМ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A7ABBD1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1840ED9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</w:tr>
      <w:tr w:rsidR="00013638" w:rsidRPr="00D54525" w14:paraId="2D698CD4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CD08026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52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5D11131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Кнопка тревожно адресная С2000-КТ версия 1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08D410B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6051E56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013638" w:rsidRPr="00D54525" w14:paraId="2A8DBC3C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54C74B6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53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1263FD6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Звуковой пожарный оповещатель ТОН-1С-24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36BC6CA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8B60940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</w:t>
            </w:r>
          </w:p>
        </w:tc>
      </w:tr>
      <w:tr w:rsidR="00013638" w:rsidRPr="00D54525" w14:paraId="1FAF9A5F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A7B176D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54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F3E6AF7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Резервированный источник питания аппаратуры ОПС РИП24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89A72AE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82E34E1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013638" w:rsidRPr="00D54525" w14:paraId="752080D1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EC1E117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55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EE4FA22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Аккумулятор свинцово-кислотный не обслуживаемый «</w:t>
            </w:r>
            <w:r w:rsidRPr="00D54525">
              <w:rPr>
                <w:rFonts w:ascii="Times New Roman" w:eastAsia="Times New Roman" w:hAnsi="Times New Roman"/>
              </w:rPr>
              <w:t>DELTA</w:t>
            </w:r>
            <w:r w:rsidRPr="00D54525">
              <w:rPr>
                <w:rFonts w:ascii="Times New Roman" w:eastAsia="Times New Roman" w:hAnsi="Times New Roman"/>
                <w:lang w:val="ru-RU"/>
              </w:rPr>
              <w:t>»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15CCED5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0778B1C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</w:tr>
      <w:tr w:rsidR="00013638" w:rsidRPr="00D54525" w14:paraId="702859CD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AFAD559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56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3D7A841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Кабель Герда КИК 2х2х1 ОЛ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35E6EE7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м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8D14A9D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102</w:t>
            </w:r>
          </w:p>
        </w:tc>
      </w:tr>
      <w:tr w:rsidR="00013638" w:rsidRPr="00D54525" w14:paraId="223A57C1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709F579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57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41B014B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Щит пожарный деревянный с комплектующими изделиями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B0D6806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к-т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C5C767D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013638" w:rsidRPr="00D54525" w14:paraId="4501D3AB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3453F63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58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29D7C41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Блок ограничителей перенапряжения 110 кВ ЗЕР2 096-3Р</w:t>
            </w:r>
            <w:r w:rsidRPr="00D54525">
              <w:rPr>
                <w:rFonts w:ascii="Times New Roman" w:eastAsia="Times New Roman" w:hAnsi="Times New Roman"/>
              </w:rPr>
              <w:t>F</w:t>
            </w:r>
            <w:r w:rsidRPr="00D54525">
              <w:rPr>
                <w:rFonts w:ascii="Times New Roman" w:eastAsia="Times New Roman" w:hAnsi="Times New Roman"/>
                <w:lang w:val="ru-RU"/>
              </w:rPr>
              <w:t>41-3</w:t>
            </w:r>
            <w:r w:rsidRPr="00D54525">
              <w:rPr>
                <w:rFonts w:ascii="Times New Roman" w:eastAsia="Times New Roman" w:hAnsi="Times New Roman"/>
              </w:rPr>
              <w:t>RE</w:t>
            </w:r>
            <w:r w:rsidRPr="00D54525">
              <w:rPr>
                <w:rFonts w:ascii="Times New Roman" w:eastAsia="Times New Roman" w:hAnsi="Times New Roman"/>
                <w:lang w:val="ru-RU"/>
              </w:rPr>
              <w:t>1 ОПН-</w:t>
            </w:r>
            <w:r w:rsidRPr="00D54525">
              <w:rPr>
                <w:rFonts w:ascii="Times New Roman" w:eastAsia="Times New Roman" w:hAnsi="Times New Roman"/>
              </w:rPr>
              <w:t>KZ</w:t>
            </w:r>
            <w:r w:rsidRPr="00D54525">
              <w:rPr>
                <w:rFonts w:ascii="Times New Roman" w:eastAsia="Times New Roman" w:hAnsi="Times New Roman"/>
                <w:lang w:val="ru-RU"/>
              </w:rPr>
              <w:t>-110/76/20/850 УХЛ1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EB4816F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DD66588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18</w:t>
            </w:r>
          </w:p>
        </w:tc>
      </w:tr>
      <w:tr w:rsidR="00013638" w:rsidRPr="00D54525" w14:paraId="238AE134" w14:textId="77777777" w:rsidTr="00D54525">
        <w:trPr>
          <w:trHeight w:val="501"/>
        </w:trPr>
        <w:tc>
          <w:tcPr>
            <w:tcW w:w="9825" w:type="dxa"/>
            <w:gridSpan w:val="4"/>
            <w:shd w:val="clear" w:color="auto" w:fill="D9E2F3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36340DF1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b/>
                <w:lang w:val="ru-RU"/>
              </w:rPr>
              <w:t>1. Перечень объектов по ДНС (дожимной</w:t>
            </w:r>
          </w:p>
          <w:p w14:paraId="722228FA" w14:textId="0607B676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b/>
                <w:lang w:val="ru-RU"/>
              </w:rPr>
              <w:t>насосной станции).</w:t>
            </w:r>
          </w:p>
        </w:tc>
      </w:tr>
      <w:tr w:rsidR="00013638" w:rsidRPr="00D54525" w14:paraId="3A6767F0" w14:textId="77777777" w:rsidTr="00D54525">
        <w:tc>
          <w:tcPr>
            <w:tcW w:w="9825" w:type="dxa"/>
            <w:gridSpan w:val="4"/>
            <w:shd w:val="clear" w:color="auto" w:fill="EAF0F8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66B49FE8" w14:textId="77777777" w:rsidR="00013638" w:rsidRPr="00D54525" w:rsidRDefault="00013638" w:rsidP="00013638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  <w:b/>
              </w:rPr>
              <w:t>Здание операторной ДНС.</w:t>
            </w:r>
          </w:p>
        </w:tc>
      </w:tr>
      <w:tr w:rsidR="00013638" w:rsidRPr="00D54525" w14:paraId="78CF6B30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C0B482B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7DC5544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Низковольтное комплектное устройство ввода электроэнергии с АВР напольного исполнения ШУ-К -8602Р-В-0-45740-31 У3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ABFDBA8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к-т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D5AA095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013638" w:rsidRPr="00D54525" w14:paraId="34E3311C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8500254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0762DF4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Щит распределительный напольного исполнения 230/400В ГРЩ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0CDB087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к-т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DF9D813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013638" w:rsidRPr="00D54525" w14:paraId="7C2645F2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ADFE1B5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9E28AC2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Шит распределительный навесного исполнения на 36 модулей ШРН-36-074 У2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2F2228D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к-т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E24282D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013638" w:rsidRPr="00D54525" w14:paraId="702BE1DB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3566201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3FA9B68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Шит распределительный навесного исполнения на 24 модуля ШРН-24-074 У2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0288C7E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к-т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EA2A1F3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</w:tr>
      <w:tr w:rsidR="00013638" w:rsidRPr="00D54525" w14:paraId="51F04C2B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E84950E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F5715BA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Шит распределительный навесного исполнения на 12 модулей ШРН-24-074 У2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AE939AA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к-т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0561856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013638" w:rsidRPr="00D54525" w14:paraId="4E1F1287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AA6FEEB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38E230F" w14:textId="77777777" w:rsidR="00013638" w:rsidRPr="00D54525" w:rsidRDefault="00013638" w:rsidP="00013638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Ящик с главной заземл. шиной из медной полосы 4х40 на 20 присоединен. </w:t>
            </w:r>
            <w:r w:rsidRPr="00D54525">
              <w:rPr>
                <w:rFonts w:ascii="Times New Roman" w:eastAsia="Times New Roman" w:hAnsi="Times New Roman"/>
              </w:rPr>
              <w:t>ГЗЩ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EE3DE4D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к-т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6D4005F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013638" w:rsidRPr="00D54525" w14:paraId="235A6A19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916B2F7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6DC731E" w14:textId="77777777" w:rsidR="00013638" w:rsidRPr="00D54525" w:rsidRDefault="00013638" w:rsidP="00013638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Ящик с главной заземл. шиной из медной полосы 4х40 на 10 присоединен. </w:t>
            </w:r>
            <w:r w:rsidRPr="00D54525">
              <w:rPr>
                <w:rFonts w:ascii="Times New Roman" w:eastAsia="Times New Roman" w:hAnsi="Times New Roman"/>
              </w:rPr>
              <w:t>ГЗЩ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2390105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к-т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FE8DC5A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</w:tr>
      <w:tr w:rsidR="00013638" w:rsidRPr="00D54525" w14:paraId="3C73DFAD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EA50F3B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D463594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Ящик с понижающим распределительным трансформатором ЯРТП-0,25-24У3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982653B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к-т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A7242A7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013638" w:rsidRPr="00D54525" w14:paraId="7300BFE6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458D5FA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F15A167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Выключатель однополюсный одноклавишн., наружной установки 10А, 250В </w:t>
            </w:r>
            <w:r w:rsidRPr="00D54525">
              <w:rPr>
                <w:rFonts w:ascii="Times New Roman" w:eastAsia="Times New Roman" w:hAnsi="Times New Roman"/>
              </w:rPr>
              <w:t>IP</w:t>
            </w:r>
            <w:r w:rsidRPr="00D54525">
              <w:rPr>
                <w:rFonts w:ascii="Times New Roman" w:eastAsia="Times New Roman" w:hAnsi="Times New Roman"/>
                <w:lang w:val="ru-RU"/>
              </w:rPr>
              <w:t>44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BDDAE22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26E0D4B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</w:t>
            </w:r>
          </w:p>
        </w:tc>
      </w:tr>
      <w:tr w:rsidR="00013638" w:rsidRPr="00D54525" w14:paraId="51775807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ECEC998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E18D3EA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Выключатель однополюсный одноклавишн., наружной установки 10А,250В </w:t>
            </w:r>
            <w:r w:rsidRPr="00D54525">
              <w:rPr>
                <w:rFonts w:ascii="Times New Roman" w:eastAsia="Times New Roman" w:hAnsi="Times New Roman"/>
              </w:rPr>
              <w:t>IP</w:t>
            </w:r>
            <w:r w:rsidRPr="00D54525">
              <w:rPr>
                <w:rFonts w:ascii="Times New Roman" w:eastAsia="Times New Roman" w:hAnsi="Times New Roman"/>
                <w:lang w:val="ru-RU"/>
              </w:rPr>
              <w:t>20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986900C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A51069C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19</w:t>
            </w:r>
          </w:p>
        </w:tc>
      </w:tr>
      <w:tr w:rsidR="00013638" w:rsidRPr="00D54525" w14:paraId="0DD06ADE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A78D7B6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12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8F852C9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Выключатель однополюсный двухклавишн., наружной установки 10А,250В </w:t>
            </w:r>
            <w:r w:rsidRPr="00D54525">
              <w:rPr>
                <w:rFonts w:ascii="Times New Roman" w:eastAsia="Times New Roman" w:hAnsi="Times New Roman"/>
              </w:rPr>
              <w:t>IP</w:t>
            </w:r>
            <w:r w:rsidRPr="00D54525">
              <w:rPr>
                <w:rFonts w:ascii="Times New Roman" w:eastAsia="Times New Roman" w:hAnsi="Times New Roman"/>
                <w:lang w:val="ru-RU"/>
              </w:rPr>
              <w:t>20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98CB18D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5844179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5</w:t>
            </w:r>
          </w:p>
        </w:tc>
      </w:tr>
      <w:tr w:rsidR="00013638" w:rsidRPr="00D54525" w14:paraId="21790438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FA08B10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D039212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Выключатель однополюсный трехклавишн., наружной установки 10А,250В </w:t>
            </w:r>
            <w:r w:rsidRPr="00D54525">
              <w:rPr>
                <w:rFonts w:ascii="Times New Roman" w:eastAsia="Times New Roman" w:hAnsi="Times New Roman"/>
              </w:rPr>
              <w:t>IP</w:t>
            </w:r>
            <w:r w:rsidRPr="00D54525">
              <w:rPr>
                <w:rFonts w:ascii="Times New Roman" w:eastAsia="Times New Roman" w:hAnsi="Times New Roman"/>
                <w:lang w:val="ru-RU"/>
              </w:rPr>
              <w:t>20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D078B4A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5776C0E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013638" w:rsidRPr="00D54525" w14:paraId="376779BF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AA3957C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0AA9847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Розетка штепсельная одноместная с заземл. к-ом 250В</w:t>
            </w:r>
            <w:r w:rsidRPr="00D54525">
              <w:rPr>
                <w:rFonts w:ascii="Times New Roman" w:eastAsia="Times New Roman" w:hAnsi="Times New Roman"/>
              </w:rPr>
              <w:t>I</w:t>
            </w:r>
            <w:r w:rsidRPr="00D54525">
              <w:rPr>
                <w:rFonts w:ascii="Times New Roman" w:eastAsia="Times New Roman" w:hAnsi="Times New Roman"/>
                <w:lang w:val="ru-RU"/>
              </w:rPr>
              <w:t>ном-16А(цвет белый)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BA0BAA8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02570DD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43</w:t>
            </w:r>
          </w:p>
        </w:tc>
      </w:tr>
      <w:tr w:rsidR="00013638" w:rsidRPr="00D54525" w14:paraId="17827A7A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7B6555B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15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8F53210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Розетка штепсель одноместная с заземл. к-ом 250В</w:t>
            </w:r>
            <w:r w:rsidRPr="00D54525">
              <w:rPr>
                <w:rFonts w:ascii="Times New Roman" w:eastAsia="Times New Roman" w:hAnsi="Times New Roman"/>
              </w:rPr>
              <w:t>I</w:t>
            </w:r>
            <w:r w:rsidRPr="00D54525">
              <w:rPr>
                <w:rFonts w:ascii="Times New Roman" w:eastAsia="Times New Roman" w:hAnsi="Times New Roman"/>
                <w:lang w:val="ru-RU"/>
              </w:rPr>
              <w:t>ном-16А(цвет красный)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18E7DE3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2801A6C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108</w:t>
            </w:r>
          </w:p>
        </w:tc>
      </w:tr>
      <w:tr w:rsidR="00013638" w:rsidRPr="00D54525" w14:paraId="206279CD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3A16614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15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1D5B2E1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Светильник подвесной, для трубчатых люминисцентных ламп ЛПО46-2х18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E3C429E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8D4A248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</w:tr>
      <w:tr w:rsidR="00013638" w:rsidRPr="00D54525" w14:paraId="274BA536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CE7788C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16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7089336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Светильник подвесной, для трубчатых люминисцентных ламп ЛПО46-2х36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F045E4C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5A28816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46</w:t>
            </w:r>
          </w:p>
        </w:tc>
      </w:tr>
      <w:tr w:rsidR="00013638" w:rsidRPr="00D54525" w14:paraId="72DE3A01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C0DCDB4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17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89937FF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Светильник настенный, для ламп общего освещения ЛББ 58-40-001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9062807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C3A47B8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6</w:t>
            </w:r>
          </w:p>
        </w:tc>
      </w:tr>
      <w:tr w:rsidR="00013638" w:rsidRPr="00D54525" w14:paraId="759A7051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264223C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18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6824AF6" w14:textId="77777777" w:rsidR="00013638" w:rsidRPr="00D54525" w:rsidRDefault="00013638" w:rsidP="00013638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Светильник настенный, для ламп общего освещ. бытовых помещ. </w:t>
            </w:r>
            <w:r w:rsidRPr="00D54525">
              <w:rPr>
                <w:rFonts w:ascii="Times New Roman" w:eastAsia="Times New Roman" w:hAnsi="Times New Roman"/>
              </w:rPr>
              <w:t>НБО 18-60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F82A02D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147ABE6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5</w:t>
            </w:r>
          </w:p>
        </w:tc>
      </w:tr>
      <w:tr w:rsidR="00013638" w:rsidRPr="00D54525" w14:paraId="6C6C3BCD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0D3C47E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19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725F35D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Светильник настенный горизонталь для, открытой проводки НИКО-Н-11-100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5F5E53E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56846AD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</w:t>
            </w:r>
          </w:p>
        </w:tc>
      </w:tr>
      <w:tr w:rsidR="00013638" w:rsidRPr="00D54525" w14:paraId="15192042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F3F2954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20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52126C1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Светильник подвесной пылезащищенный ЛСП-16-2х18-101 УХЛ4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3D8662B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FD47854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</w:t>
            </w:r>
          </w:p>
        </w:tc>
      </w:tr>
      <w:tr w:rsidR="00013638" w:rsidRPr="00D54525" w14:paraId="31C16713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FF7539F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21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E4FFE2F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Светильник эвакуационный время аварийной работы не менее 1часа </w:t>
            </w:r>
            <w:r w:rsidRPr="00D54525">
              <w:rPr>
                <w:rFonts w:ascii="Times New Roman" w:eastAsia="Times New Roman" w:hAnsi="Times New Roman"/>
              </w:rPr>
              <w:t>U</w:t>
            </w:r>
            <w:r w:rsidRPr="00D54525">
              <w:rPr>
                <w:rFonts w:ascii="Times New Roman" w:eastAsia="Times New Roman" w:hAnsi="Times New Roman"/>
                <w:lang w:val="ru-RU"/>
              </w:rPr>
              <w:t>21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DD741FD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60B7CD8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</w:tr>
      <w:tr w:rsidR="00013638" w:rsidRPr="00D54525" w14:paraId="182131F9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39C2070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22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7954F09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Лампа люминисцентная ртутная низкого давления ЛБ-18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606111E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1CB87B0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13</w:t>
            </w:r>
          </w:p>
        </w:tc>
      </w:tr>
      <w:tr w:rsidR="00013638" w:rsidRPr="00D54525" w14:paraId="6CAC0B96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C86D86D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23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C29A590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Лампа люминисцентная ртутная низкого давления ЛБ-30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4C16898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AD65C9E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101</w:t>
            </w:r>
          </w:p>
        </w:tc>
      </w:tr>
      <w:tr w:rsidR="00013638" w:rsidRPr="00D54525" w14:paraId="7CC23145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F4572CE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24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651FF4F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Лампа люминисцентная ртутная низкого давления ЛБ-40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2BC558F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E2B4351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7</w:t>
            </w:r>
          </w:p>
        </w:tc>
      </w:tr>
      <w:tr w:rsidR="00013638" w:rsidRPr="00D54525" w14:paraId="0E1E2ADB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0E922C5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25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AE7BF66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Стартер для люминисцентных ламп 20С-127-2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7A6921C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C3FFEC9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13</w:t>
            </w:r>
          </w:p>
        </w:tc>
      </w:tr>
      <w:tr w:rsidR="00013638" w:rsidRPr="00D54525" w14:paraId="3868CE9A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65ED220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26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EAFE2CC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Стартер для люминисцентных ламп 80С-220-2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C9CAFC2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20F84DC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108</w:t>
            </w:r>
          </w:p>
        </w:tc>
      </w:tr>
      <w:tr w:rsidR="00013638" w:rsidRPr="00D54525" w14:paraId="54431591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7CACC41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27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A0A9914" w14:textId="58169765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Кабель силовой с медными жилами с ПХВ изоляцией ВВГ-3х2,5мм2 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39F6855" w14:textId="13B32E21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км.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5727D70" w14:textId="5DAB8BCC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1, 530</w:t>
            </w:r>
          </w:p>
        </w:tc>
      </w:tr>
      <w:tr w:rsidR="00013638" w:rsidRPr="00D54525" w14:paraId="1E338A31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C9F3A63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28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38FB237" w14:textId="639952D2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Кабель силовой с медными жилами с ПХВ изоляцией ВВГ-3х4мм2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6AB4E868" w14:textId="177D0FD5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км.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944C482" w14:textId="6AD7F8A4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0,025</w:t>
            </w:r>
          </w:p>
        </w:tc>
      </w:tr>
      <w:tr w:rsidR="00013638" w:rsidRPr="00D54525" w14:paraId="64464156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A4940E9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29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74BEC95" w14:textId="6C60EF2B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Кабель силовой с медными жилами с ПХВ изоляцией ВВГ-4х2,5мм2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26BFE3FA" w14:textId="33D5177A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км.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A99AB1D" w14:textId="57DFF7AD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0,050</w:t>
            </w:r>
          </w:p>
        </w:tc>
      </w:tr>
      <w:tr w:rsidR="00013638" w:rsidRPr="00D54525" w14:paraId="6E4246CA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6457D38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2E1CCA5" w14:textId="661211D4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Кабель силовой с медными жилами с ПХВ изоляцией ВВГ-5х2,5мм2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0B74C729" w14:textId="10F26689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км.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A0934FB" w14:textId="07422D68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0,020</w:t>
            </w:r>
          </w:p>
        </w:tc>
      </w:tr>
      <w:tr w:rsidR="00013638" w:rsidRPr="00D54525" w14:paraId="22227AB7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FA2A9C4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31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E57C41C" w14:textId="4E4725D1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Кабель силовой с медными жилами с ПХВ изоляцией ВВГ-5х4 мм2 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280B1C0C" w14:textId="3E5446A0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км.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D3FC2D6" w14:textId="349CD1F1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0,007</w:t>
            </w:r>
          </w:p>
        </w:tc>
      </w:tr>
      <w:tr w:rsidR="00013638" w:rsidRPr="00D54525" w14:paraId="5AB91F90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FCA7255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32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490F508" w14:textId="76B1BE16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Кабель силовой с медными жилами с ПХВ изоляцией ВВГ-5х10 мм2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3814F8B1" w14:textId="42262C16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км.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7956E67" w14:textId="64D55925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0,014</w:t>
            </w:r>
          </w:p>
        </w:tc>
      </w:tr>
      <w:tr w:rsidR="00013638" w:rsidRPr="00D54525" w14:paraId="05336FB0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AFCAF5B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33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ADFF9F2" w14:textId="08E3D49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Кабель силовой с медными жилами с ПХВ изоляцией ВВГ-5х95 мм2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1D84821F" w14:textId="4D76182A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км.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F80A47E" w14:textId="0DD41086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0,005</w:t>
            </w:r>
          </w:p>
        </w:tc>
      </w:tr>
      <w:tr w:rsidR="00013638" w:rsidRPr="00D54525" w14:paraId="67A2A8AD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150546F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34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1C3E138" w14:textId="0A0C6604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Кабель контрольный с медн. жилами ПХВ изоляцией КВВГнг-4х2,5мм2 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72A3F257" w14:textId="4689EABC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км.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694DB02" w14:textId="2896386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0,030</w:t>
            </w:r>
          </w:p>
        </w:tc>
      </w:tr>
      <w:tr w:rsidR="00013638" w:rsidRPr="00D54525" w14:paraId="612D9455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62DE397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35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9810388" w14:textId="383B2B79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Провод с медн. многопроволочной жилой повыш. гибкости ПВ-3 1х6 мм2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35712C8F" w14:textId="33FF0238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км.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1C72D9C" w14:textId="66CFC94C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0,185</w:t>
            </w:r>
          </w:p>
        </w:tc>
      </w:tr>
      <w:tr w:rsidR="00013638" w:rsidRPr="00D54525" w14:paraId="6F509940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CA078D7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36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348A287" w14:textId="68375D96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Провод с медной многопроволочн. жилой повыш. гибкости ПВ-3 1х16мм2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348FE764" w14:textId="5904E29A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км.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FACB2B6" w14:textId="46AAF359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0,185</w:t>
            </w:r>
          </w:p>
        </w:tc>
      </w:tr>
      <w:tr w:rsidR="00013638" w:rsidRPr="00D54525" w14:paraId="595F224E" w14:textId="77777777" w:rsidTr="00D54525">
        <w:tc>
          <w:tcPr>
            <w:tcW w:w="9825" w:type="dxa"/>
            <w:gridSpan w:val="4"/>
            <w:shd w:val="clear" w:color="auto" w:fill="EAF0F8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021421BE" w14:textId="77777777" w:rsidR="00013638" w:rsidRPr="00D54525" w:rsidRDefault="00013638" w:rsidP="00013638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  <w:b/>
              </w:rPr>
              <w:t>Площадка ДНС.</w:t>
            </w:r>
          </w:p>
        </w:tc>
      </w:tr>
      <w:tr w:rsidR="00013638" w:rsidRPr="00D54525" w14:paraId="001A77BD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1B3F197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F4803DF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Низковольтное комплектное устройство 0,4 кВ напольного исполнения 380 В с трехфазными автоматическими выключателями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8C96FEE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к-т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2D7E936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013638" w:rsidRPr="00D54525" w14:paraId="1A776C0E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2704D34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94E7890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Взрывозащищенное низковольтное комплектное устройство 0,4м кВ навесного исполнения 380В с трехфазными автоматическими выключателями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2742F1E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к-т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E407939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</w:tr>
      <w:tr w:rsidR="00013638" w:rsidRPr="00D54525" w14:paraId="476F3981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2792196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C0A62CB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Шит распределительный навесного исполнения 380В, с трехфазными автоматическими выключателями ввода 63А и отходящими автоматами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57CBD6B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к-т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D7B8A23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013638" w:rsidRPr="00D54525" w14:paraId="13478985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0FDED12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87C91E5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Взрывозащищенный щит распределительный навесного исполнения 380В 50 Гц с трехфазными автоматическими выключателями ввода 32- 40А с отход авт.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DF5ED89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к-т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EA6779D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</w:tr>
      <w:tr w:rsidR="00013638" w:rsidRPr="00D54525" w14:paraId="55849B3F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A7371BB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9DEF888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. Шит распределительный навесного исполнения 380В с трехфазными автоматическими выключателями ввода 32А с отходящими автоматами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9F1854B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к-т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193933E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013638" w:rsidRPr="00D54525" w14:paraId="2A4EAE45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B44A50A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37C52B6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Устройство комплектное низковольтного управления и распределения энергии с рубильником навесной РУСМВ 103-40АОА УХЛ1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37E0768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4EEDADB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</w:t>
            </w:r>
          </w:p>
        </w:tc>
      </w:tr>
      <w:tr w:rsidR="00013638" w:rsidRPr="00D54525" w14:paraId="71077BD2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7805513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14C82BD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Устройство комплектное низковольтного управления и распределения энергии с автоматическим выключателем 100А РУСМВ 109-32АО УХЛ1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F402F0D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C59EDE1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</w:t>
            </w:r>
          </w:p>
        </w:tc>
      </w:tr>
      <w:tr w:rsidR="00013638" w:rsidRPr="00D54525" w14:paraId="34A71ACF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7261223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A92A375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Лампа натриевая высокого давления мощностью 400 Вт, ДНаТ-400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69571B6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E37FB0E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16</w:t>
            </w:r>
          </w:p>
        </w:tc>
      </w:tr>
      <w:tr w:rsidR="00013638" w:rsidRPr="00D54525" w14:paraId="3723954E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9BC3F0F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5CBDD59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Лампа натриевая высокого давления НАТ.Л-70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8F749F7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1DD7021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32</w:t>
            </w:r>
          </w:p>
        </w:tc>
      </w:tr>
      <w:tr w:rsidR="00013638" w:rsidRPr="00D54525" w14:paraId="0C548E5B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B2399B7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FCCED27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Светильник настенный горизонтальный для открытой проводки с лампой накаливания 75 Вт, НИКОН-11-75 УХЛ1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3B2CBC3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D3F9C1A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9</w:t>
            </w:r>
          </w:p>
        </w:tc>
      </w:tr>
      <w:tr w:rsidR="00013638" w:rsidRPr="00D54525" w14:paraId="1C7E0B2C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2E5E4BE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88522E4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Светильник подвесной с люминисцентными лампами 36 Вт ЛПО46-2х36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69864CF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F604D31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31</w:t>
            </w:r>
          </w:p>
        </w:tc>
      </w:tr>
      <w:tr w:rsidR="00013638" w:rsidRPr="00D54525" w14:paraId="3D2C1A21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A7F5D92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12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335618F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Светильник потолочный с люминисцентными лампами 36 Вт ЛПО46-2х36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1EC9BA4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D1BC39C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10</w:t>
            </w:r>
          </w:p>
        </w:tc>
      </w:tr>
      <w:tr w:rsidR="00013638" w:rsidRPr="00D54525" w14:paraId="0BFE6D87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FF33163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FBA9529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Светильник потолочный с лампой накаливания 60 Вт, НБО18-60-002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3F8F27B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07B0F16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</w:tr>
      <w:tr w:rsidR="00013638" w:rsidRPr="00D54525" w14:paraId="6099DA28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ABC7FCE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C7FC3CF" w14:textId="77777777" w:rsidR="00013638" w:rsidRPr="00D54525" w:rsidRDefault="00013638" w:rsidP="00013638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Светильник консольный для наружного освещения с лампой накаливания мощностью </w:t>
            </w:r>
            <w:r w:rsidRPr="00D54525">
              <w:rPr>
                <w:rFonts w:ascii="Times New Roman" w:eastAsia="Times New Roman" w:hAnsi="Times New Roman"/>
              </w:rPr>
              <w:t>200 Вт с защитным стеклом из поликарбоната НКУ01-200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C87C6BE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FE0729C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22</w:t>
            </w:r>
          </w:p>
        </w:tc>
      </w:tr>
      <w:tr w:rsidR="00013638" w:rsidRPr="00D54525" w14:paraId="39176EAA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9532ABE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15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69B7850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Стартер для люминисцентной лампы 36 Вт, ЛБ36-2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563853B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5FAFF0C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6</w:t>
            </w:r>
          </w:p>
        </w:tc>
      </w:tr>
      <w:tr w:rsidR="00013638" w:rsidRPr="00D54525" w14:paraId="73B1B1CE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2FD3A9C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16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7BE5E1E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Розетка штепсельная двухполюсная одноместная для скрытого монтажа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D2D90DF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81B8B0A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20</w:t>
            </w:r>
          </w:p>
        </w:tc>
      </w:tr>
      <w:tr w:rsidR="00013638" w:rsidRPr="00D54525" w14:paraId="0B247602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2FF2E5D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17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2A26973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Выключатель однополюсный с клавишным приводом 6 А,250В брызгозащ.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BB41514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69988DE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24</w:t>
            </w:r>
          </w:p>
        </w:tc>
      </w:tr>
      <w:tr w:rsidR="00013638" w:rsidRPr="00D54525" w14:paraId="6F04C362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0CFD789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18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08C6E13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Кабель силовой с медными жилами, с ПХВ изоляцией пониженной горючести с защитным покровом на напряжение 1 кВ ВБбШнг-5х50 мм2 - 0,250 км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667976E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F295091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013638" w:rsidRPr="00D54525" w14:paraId="71B2083B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4C8786B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19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9C0776A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Кабель силовой с медными жилами, с ПХВ изоляцией пониженной горючести с защитным покровом на напряжение 1 кВ ВБбШнг-5х70 мм2 - 0,320 км.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7B1EF7B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03D1095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013638" w:rsidRPr="00D54525" w14:paraId="2E3C51FC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5F2B30C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20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ACBB7B0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Кабель силовой с медными жилами, с ПХВ изоляцией пониженной горючести с защитным покровом на напряжение 1 кВ, ВБбШнг -5х25 мм2 - 0,300 км.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452BD18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52D199D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013638" w:rsidRPr="00D54525" w14:paraId="18CE6532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B2201FE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21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2B3581F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Кабель силовой с медными жилами, с ПХВ изоляцией пониженной горючести с защитным покровом на напряжение 1 кВ, ВБбШнг -5х16 мм2 - 0,250 км.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54877D9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82AB0D2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013638" w:rsidRPr="00D54525" w14:paraId="01E09125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10D0136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22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AF44A7D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Кабель силовой с медными жилами, с ПХВ изоляцией пониженной горючести с защитным покровом на напряжение 1 кВ, ВБбШнг -5х10 мм2 - 0,440 км.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8DA5707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B499B88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013638" w:rsidRPr="00D54525" w14:paraId="3F661486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F2CD8BD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23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6838928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Кабель силовой с медными жилами, с ПХВ изоляцией пониженной горючести с защитным покровом на напряжение 1 кВ, ВБбШнг -5х6 мм2 - 0,516 км.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F317A61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830B394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013638" w:rsidRPr="00D54525" w14:paraId="2179F41D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A2E37C3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24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A1E20EF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Кабель силовой с медными жилами, с ПХВ изоляцией пониженной горючести с защитным покровом на напряжение 1 кВ, ВБбШнг-5х4 мм2 - 0,946 км.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0E25CA6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7090E65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013638" w:rsidRPr="00D54525" w14:paraId="4F3CE0E5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E96B195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25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627920B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Кабель силовой с медными жилами, с ПХВ изоляцией пониженной горючести с защитным покровом на напряжение 1 кВ, ВБбШнг-5х2,5 мм2 - 0,135 км.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71AA5EF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45C97EA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013638" w:rsidRPr="00D54525" w14:paraId="6129A7E7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D8C98D1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26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5CF6BC8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Кабель силовой с медными жилами, с ПХВ изоляцией пониженной горючести с защитным покровом на напряжение 1 кВ, ВБбШнг-4х10 мм2 - 0,285 км.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166BA30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D0197CF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013638" w:rsidRPr="00D54525" w14:paraId="01BD48E8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61B429B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27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ED6E730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Кабель силовой с медными жилами, с ПХВ изоляцией пониженной горючести с защитным покровом на напряжение 1 кВ, ВБбШнг-4х4 мм2 - 0,671 км.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56FDCBB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F739F91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013638" w:rsidRPr="00D54525" w14:paraId="1E2EEFE3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5A2ADD8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28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CF40ED6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Кабель силовой с медными жилами, с ПХВ изоляцией пониженной горючести с защитным покровом на напряжение 1 кВ, ВБбШнг-3х70 мм2 - 0,161 км.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9EA10A5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38D48CE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013638" w:rsidRPr="00D54525" w14:paraId="476E0F52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9B5A445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29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86BA583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Кабель силовой с медными жилами, с ПХВ изоляцией пониженной горючести с защитным покровом на напряжение 1 кВ, ВБбШнг-3х10 мм2 - 0,240 км.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4B96023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6AA1ED9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013638" w:rsidRPr="00D54525" w14:paraId="755DC2DA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44EA83C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898F1C5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Кабель силовой с медными жилами, с ПХВ изоляцией пониженной горючести с защитным покровом на напряжение 1 кВ, ВБбШнг-3х6 мм2 - 0,062 км.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E7FE297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B249464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013638" w:rsidRPr="00D54525" w14:paraId="17EB2BF4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9090F38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31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B99B215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Кабель силовой с медными жилами, с ПХВ изоляцией пониженной горючести с защитным покровом на напряжение 1 кВ, ВБбШнг-3х4 мм2 - 1,171км.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251A832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1AE5478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013638" w:rsidRPr="00D54525" w14:paraId="1A68CECF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401F780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32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A80BB65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Кабель силовой с медными жилами, с ПХВ изоляцией пониженной горючести с защитным покровом на напряжение 1 кВ, ВБбШнг-3х2,5 мм2 - 0,741км.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7A1FFFC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CE64EC6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013638" w:rsidRPr="00D54525" w14:paraId="499EDF92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1D29C9D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33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7CEFC77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Кабель силовой с медными жилами, изоляцией с оболочкой из ПХВ пластиката пониженной пожароопасности с низким дымо- и газовыделением на напряжение 1 кВ, марки ВВнг-</w:t>
            </w:r>
            <w:r w:rsidRPr="00D54525">
              <w:rPr>
                <w:rFonts w:ascii="Times New Roman" w:eastAsia="Times New Roman" w:hAnsi="Times New Roman"/>
              </w:rPr>
              <w:t>LS</w:t>
            </w:r>
            <w:r w:rsidRPr="00D54525">
              <w:rPr>
                <w:rFonts w:ascii="Times New Roman" w:eastAsia="Times New Roman" w:hAnsi="Times New Roman"/>
                <w:lang w:val="ru-RU"/>
              </w:rPr>
              <w:t xml:space="preserve"> -5х70 мм2 - 0,08км.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AB83B5E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8CA72B2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013638" w:rsidRPr="00D54525" w14:paraId="7ACCB176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EF3B3C3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34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64423DF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Кабель силовой с медными жилами, изоляцией с оболочкой из ПХВ пластиката пониженной пожароопасности с низким дымо- и газовыделением на напряжение 1 кВ, марки ВВнг-</w:t>
            </w:r>
            <w:r w:rsidRPr="00D54525">
              <w:rPr>
                <w:rFonts w:ascii="Times New Roman" w:eastAsia="Times New Roman" w:hAnsi="Times New Roman"/>
              </w:rPr>
              <w:t>LS</w:t>
            </w:r>
            <w:r w:rsidRPr="00D54525">
              <w:rPr>
                <w:rFonts w:ascii="Times New Roman" w:eastAsia="Times New Roman" w:hAnsi="Times New Roman"/>
                <w:lang w:val="ru-RU"/>
              </w:rPr>
              <w:t xml:space="preserve"> -5х4 мм2 - 0,096км.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F20E85E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C7F4D7E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013638" w:rsidRPr="00D54525" w14:paraId="20717C49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9C10224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35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C7BE5BD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Кабель силовой с медными жилами, изоляцией с оболочкой из ПХВ пластиката пониженной пожароопасности с низким дымо- и газовыделением на напряжение 1 кВ, марки ВВнг-</w:t>
            </w:r>
            <w:r w:rsidRPr="00D54525">
              <w:rPr>
                <w:rFonts w:ascii="Times New Roman" w:eastAsia="Times New Roman" w:hAnsi="Times New Roman"/>
              </w:rPr>
              <w:t>LS</w:t>
            </w:r>
            <w:r w:rsidRPr="00D54525">
              <w:rPr>
                <w:rFonts w:ascii="Times New Roman" w:eastAsia="Times New Roman" w:hAnsi="Times New Roman"/>
                <w:lang w:val="ru-RU"/>
              </w:rPr>
              <w:t xml:space="preserve"> -5х2,5 мм2 - 0,007км.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8294226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1DB9860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013638" w:rsidRPr="00D54525" w14:paraId="13D5CBFA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CB9B517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36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B651284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Кабель силовой с медными жилами, изоляцией с оболочкой из ПХВ пластиката пониженной пожароопасности с низким дымо- и газовыделением на напряжение 1 кВ, марки ВВнг-</w:t>
            </w:r>
            <w:r w:rsidRPr="00D54525">
              <w:rPr>
                <w:rFonts w:ascii="Times New Roman" w:eastAsia="Times New Roman" w:hAnsi="Times New Roman"/>
              </w:rPr>
              <w:t>LS</w:t>
            </w:r>
            <w:r w:rsidRPr="00D54525">
              <w:rPr>
                <w:rFonts w:ascii="Times New Roman" w:eastAsia="Times New Roman" w:hAnsi="Times New Roman"/>
                <w:lang w:val="ru-RU"/>
              </w:rPr>
              <w:t xml:space="preserve"> -4х2,5 мм2 - 0,03км.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F841FA8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ABF315E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013638" w:rsidRPr="00D54525" w14:paraId="7880D3E2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BFEEDCC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37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DF55285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Кабель силовой с медными жилами, изоляцией с оболочкой из ПХВ пластиката пониженной пожароопасности с низким дымо- и газовыделением на напряжение 1 кВ, марки ВВнг-</w:t>
            </w:r>
            <w:r w:rsidRPr="00D54525">
              <w:rPr>
                <w:rFonts w:ascii="Times New Roman" w:eastAsia="Times New Roman" w:hAnsi="Times New Roman"/>
              </w:rPr>
              <w:t>LS</w:t>
            </w:r>
            <w:r w:rsidRPr="00D54525">
              <w:rPr>
                <w:rFonts w:ascii="Times New Roman" w:eastAsia="Times New Roman" w:hAnsi="Times New Roman"/>
                <w:lang w:val="ru-RU"/>
              </w:rPr>
              <w:t xml:space="preserve"> -3х2,5 мм2 - 0,22км.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76BA6FC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7F1F640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013638" w:rsidRPr="00D54525" w14:paraId="3F3527E7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14D6EC1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38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29E9A16" w14:textId="77777777" w:rsidR="00013638" w:rsidRPr="00D54525" w:rsidRDefault="00013638" w:rsidP="00013638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Кабель силовой с медными жилами, с ПХВ изоляцией, в оболочке из ПХВ пластиката пониженной горючести, напряж. </w:t>
            </w:r>
            <w:r w:rsidRPr="00D54525">
              <w:rPr>
                <w:rFonts w:ascii="Times New Roman" w:eastAsia="Times New Roman" w:hAnsi="Times New Roman"/>
              </w:rPr>
              <w:t>1кВ, ВВГнг-5х2,5 мм2 - 0,215км.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98A0BC4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FF2585F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013638" w:rsidRPr="00D54525" w14:paraId="3FF72926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5489844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39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D065040" w14:textId="77777777" w:rsidR="00013638" w:rsidRPr="00D54525" w:rsidRDefault="00013638" w:rsidP="00013638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Кабель силовой с медными жилами, с ПХВ изоляцией, в оболочке из ПХВ пластиката пониженной горючести, напряж. </w:t>
            </w:r>
            <w:r w:rsidRPr="00D54525">
              <w:rPr>
                <w:rFonts w:ascii="Times New Roman" w:eastAsia="Times New Roman" w:hAnsi="Times New Roman"/>
              </w:rPr>
              <w:t>1кВ, ВВГнг-3х2,5 мм2 - 0,114 км.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641A8A6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FEFDCD1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013638" w:rsidRPr="00D54525" w14:paraId="127587C1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7F26DE0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40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A6DE065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Кабель контрольный с медными жилами, с изоляцией пониженной горючести, с защитным покровом типа БбШв, марки КВБбШнг-4х2,5 мм2 - 0,861км.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4468178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FE1BF51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013638" w:rsidRPr="00D54525" w14:paraId="70B56E63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1E5BE5F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41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5C51263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Кабель контрольный с медными жилами, с изоляцией, в оболочку из ПХВ композицией, пониженной пожароопасности, с низким дымо-и газовыделением, напряжением 1кВ, КВВГнг- </w:t>
            </w:r>
            <w:r w:rsidRPr="00D54525">
              <w:rPr>
                <w:rFonts w:ascii="Times New Roman" w:eastAsia="Times New Roman" w:hAnsi="Times New Roman"/>
              </w:rPr>
              <w:t>LS</w:t>
            </w:r>
            <w:r w:rsidRPr="00D54525">
              <w:rPr>
                <w:rFonts w:ascii="Times New Roman" w:eastAsia="Times New Roman" w:hAnsi="Times New Roman"/>
                <w:lang w:val="ru-RU"/>
              </w:rPr>
              <w:t xml:space="preserve"> сечением 4х2,5 мм2 - 0,020км.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45F2B92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2173E15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013638" w:rsidRPr="00D54525" w14:paraId="0CD33037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B58C618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42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7B489EC" w14:textId="77777777" w:rsidR="00013638" w:rsidRPr="00D54525" w:rsidRDefault="00013638" w:rsidP="00013638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Кабель силовой гибкий с медными многопроволочными жилами, с резиновой изоляцией, в резинов. оболочке напряжен. </w:t>
            </w:r>
            <w:r w:rsidRPr="00D54525">
              <w:rPr>
                <w:rFonts w:ascii="Times New Roman" w:eastAsia="Times New Roman" w:hAnsi="Times New Roman"/>
              </w:rPr>
              <w:t>1 кВ, марки КГ-ХЛ- 3х4 мм2 - 0,056 км.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41BD850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B4623AB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013638" w:rsidRPr="00D54525" w14:paraId="3E0A53AF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CED6056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43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995791D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Провод с медной жилой с изоляцией и оболочкой из ПХВ пластиката пониженной горючести, повышенной гибкости, марки ПуГВнг сечением 1х6 мм2 - 0,115 км.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6543E60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8E9D7D7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013638" w:rsidRPr="00D54525" w14:paraId="7ACA67AC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D392EBA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44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5C25A5C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Провод с медной жилой с изоляцией и оболочкой из ПХВ пластиката пониженной пожароопасности, с низким дымо- и газовыделением, повышенной гибкости марки ПуГВнг- </w:t>
            </w:r>
            <w:r w:rsidRPr="00D54525">
              <w:rPr>
                <w:rFonts w:ascii="Times New Roman" w:eastAsia="Times New Roman" w:hAnsi="Times New Roman"/>
              </w:rPr>
              <w:t>LS</w:t>
            </w:r>
            <w:r w:rsidRPr="00D54525">
              <w:rPr>
                <w:rFonts w:ascii="Times New Roman" w:eastAsia="Times New Roman" w:hAnsi="Times New Roman"/>
                <w:lang w:val="ru-RU"/>
              </w:rPr>
              <w:t xml:space="preserve"> сечением 1х50 мм2 - 0,010 км.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C112529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8CB500B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013638" w:rsidRPr="00D54525" w14:paraId="5674D0AD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1F81BBC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45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64CC4A6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Пост управления кнопочный, 2 кнопки (пуск, стоп) переключатель выбора режима (местный, дистанционный) общепромышленного исполнения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A210DD7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11CBC68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013638" w:rsidRPr="00D54525" w14:paraId="7E87DBE9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A765017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46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7EB7AFE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Пост управления кнопочный взрывозащищ. 2Ех</w:t>
            </w:r>
            <w:r w:rsidRPr="00D54525">
              <w:rPr>
                <w:rFonts w:ascii="Times New Roman" w:eastAsia="Times New Roman" w:hAnsi="Times New Roman"/>
              </w:rPr>
              <w:t>dIIAT</w:t>
            </w:r>
            <w:r w:rsidRPr="00D54525">
              <w:rPr>
                <w:rFonts w:ascii="Times New Roman" w:eastAsia="Times New Roman" w:hAnsi="Times New Roman"/>
                <w:lang w:val="ru-RU"/>
              </w:rPr>
              <w:t>2, марки ПВК-22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FDA26AE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F0ADB32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10</w:t>
            </w:r>
          </w:p>
        </w:tc>
      </w:tr>
      <w:tr w:rsidR="00013638" w:rsidRPr="00D54525" w14:paraId="3DF97F2F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D0C762D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47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21E71FE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Переключатель пакетный на номинальный ток 25А, взрывозащищенный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507E85B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B699EB0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8</w:t>
            </w:r>
          </w:p>
        </w:tc>
      </w:tr>
      <w:tr w:rsidR="00013638" w:rsidRPr="00D54525" w14:paraId="29495F79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790FF39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48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09BFCB0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Ящик однофидерный с рубильником на напряжение 220 В, 100А, ЯВЗ-22-1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B398A48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97ADBA6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</w:tr>
      <w:tr w:rsidR="00013638" w:rsidRPr="00D54525" w14:paraId="39622445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EE07B92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49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4F18F59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Ящик с понижающим трансформатором мощностью 250 Вт, навесного исполнения на </w:t>
            </w:r>
            <w:r w:rsidRPr="00D54525">
              <w:rPr>
                <w:rFonts w:ascii="Times New Roman" w:eastAsia="Times New Roman" w:hAnsi="Times New Roman"/>
              </w:rPr>
              <w:t>U</w:t>
            </w:r>
            <w:r w:rsidRPr="00D54525">
              <w:rPr>
                <w:rFonts w:ascii="Times New Roman" w:eastAsia="Times New Roman" w:hAnsi="Times New Roman"/>
                <w:lang w:val="ru-RU"/>
              </w:rPr>
              <w:t>- первичные обмотки 220В вторичной обмотки 42В, ЯТП-0,25 220/42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214EDD3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7F47CBD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013638" w:rsidRPr="00D54525" w14:paraId="29EDB2C4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5163B18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50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0E5BAE5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Ящик с понижающим трансформатором мощностью 250 Вт, навесного исполнения на </w:t>
            </w:r>
            <w:r w:rsidRPr="00D54525">
              <w:rPr>
                <w:rFonts w:ascii="Times New Roman" w:eastAsia="Times New Roman" w:hAnsi="Times New Roman"/>
              </w:rPr>
              <w:t>U</w:t>
            </w:r>
            <w:r w:rsidRPr="00D54525">
              <w:rPr>
                <w:rFonts w:ascii="Times New Roman" w:eastAsia="Times New Roman" w:hAnsi="Times New Roman"/>
                <w:lang w:val="ru-RU"/>
              </w:rPr>
              <w:t>- первичные обмотки 220В вторичной обмотки 48В, ЯТП-0,25 220/48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83FBF5A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09CC991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013638" w:rsidRPr="00D54525" w14:paraId="5568F78C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EEFE30B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51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3E5EEAA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Провод медный гибкий неизолированный, для заземления брони кабелей марки МГ сечением 1х6 мм2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701EF82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м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04E42E5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95</w:t>
            </w:r>
          </w:p>
        </w:tc>
      </w:tr>
      <w:tr w:rsidR="00013638" w:rsidRPr="00D54525" w14:paraId="2918A022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6EDA415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52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5BC82E8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Провод медный гибкий неизолированный, для заземления брони кабелей марки МГ сечением 1х10 мм2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BF6F0D9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м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B828442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5</w:t>
            </w:r>
          </w:p>
        </w:tc>
      </w:tr>
      <w:tr w:rsidR="00013638" w:rsidRPr="00D54525" w14:paraId="3A966193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0C40F1F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53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C84D8C6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Провод медный гибкий неизолированный, для заземления брони кабелей марки МГ сечением 1х16 мм2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F7D0CD4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м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B62063F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5</w:t>
            </w:r>
          </w:p>
        </w:tc>
      </w:tr>
      <w:tr w:rsidR="00013638" w:rsidRPr="00D54525" w14:paraId="004F8F1D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62A1134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54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6E2D8B4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Концевая муфта наружной установки, для 5-ти жильных кабелей с пластмассовой изоляцией сечением 25, 35, 50мм2 без брони с болтовыми наконечниками напряжением 1 кВ, марки 5ПКТп-1-25/50(Б)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7A01894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3DBBF87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</w:t>
            </w:r>
          </w:p>
        </w:tc>
      </w:tr>
      <w:tr w:rsidR="00013638" w:rsidRPr="00D54525" w14:paraId="336FE7F2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73202B0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55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49DC16E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Концевая муфта наружной установки, для 5-ти жильных кабелей с пластмассовой изоляцией сечением 70 мм2 без брони с болтовыми наконечниками напряжением 1 кВ, марки 5ПКТп-1-70/120(Б)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312503F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09D73CB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</w:t>
            </w:r>
          </w:p>
        </w:tc>
      </w:tr>
      <w:tr w:rsidR="00013638" w:rsidRPr="00D54525" w14:paraId="2112D8E1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7220767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56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F82F39E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Взрывозащищенное устройство заземления автоцистерн, для наливных пунктов 2Ех</w:t>
            </w:r>
            <w:r w:rsidRPr="00D54525">
              <w:rPr>
                <w:rFonts w:ascii="Times New Roman" w:eastAsia="Times New Roman" w:hAnsi="Times New Roman"/>
              </w:rPr>
              <w:t>dII</w:t>
            </w:r>
            <w:r w:rsidRPr="00D54525">
              <w:rPr>
                <w:rFonts w:ascii="Times New Roman" w:eastAsia="Times New Roman" w:hAnsi="Times New Roman"/>
                <w:lang w:val="ru-RU"/>
              </w:rPr>
              <w:t>АТ2 типа УЗА-2МК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DC8B37C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79A9A01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</w:t>
            </w:r>
          </w:p>
        </w:tc>
      </w:tr>
      <w:tr w:rsidR="00013638" w:rsidRPr="00D54525" w14:paraId="105E72D0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B16F246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57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A594CA8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Ящик управ-я освещением с фотореле </w:t>
            </w:r>
            <w:r w:rsidRPr="00D54525">
              <w:rPr>
                <w:rFonts w:ascii="Times New Roman" w:eastAsia="Times New Roman" w:hAnsi="Times New Roman"/>
              </w:rPr>
              <w:t>IP</w:t>
            </w:r>
            <w:r w:rsidRPr="00D54525">
              <w:rPr>
                <w:rFonts w:ascii="Times New Roman" w:eastAsia="Times New Roman" w:hAnsi="Times New Roman"/>
                <w:lang w:val="ru-RU"/>
              </w:rPr>
              <w:t xml:space="preserve">54, </w:t>
            </w:r>
            <w:r w:rsidRPr="00D54525">
              <w:rPr>
                <w:rFonts w:ascii="Times New Roman" w:eastAsia="Times New Roman" w:hAnsi="Times New Roman"/>
              </w:rPr>
              <w:t>I</w:t>
            </w:r>
            <w:r w:rsidRPr="00D54525">
              <w:rPr>
                <w:rFonts w:ascii="Times New Roman" w:eastAsia="Times New Roman" w:hAnsi="Times New Roman"/>
                <w:lang w:val="ru-RU"/>
              </w:rPr>
              <w:t xml:space="preserve"> ном 40А, ЯУО9602-3674У3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EDEB227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0657C4D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013638" w:rsidRPr="00D54525" w14:paraId="7E40ACD2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2674B10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58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FB772D1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Провод с медной жилой с изоляцией и оболочкой из ПХВ пластиката пониженной пожароопасности, с низким дымо- и газовыделением, повышенной гибкости сечением 1х16 мм2, марки ПуГВнг-</w:t>
            </w:r>
            <w:r w:rsidRPr="00D54525">
              <w:rPr>
                <w:rFonts w:ascii="Times New Roman" w:eastAsia="Times New Roman" w:hAnsi="Times New Roman"/>
              </w:rPr>
              <w:t>LS</w:t>
            </w:r>
            <w:r w:rsidRPr="00D54525">
              <w:rPr>
                <w:rFonts w:ascii="Times New Roman" w:eastAsia="Times New Roman" w:hAnsi="Times New Roman"/>
                <w:lang w:val="ru-RU"/>
              </w:rPr>
              <w:t xml:space="preserve"> - 0,005 км.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BBC72C6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78BEE45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013638" w:rsidRPr="00D54525" w14:paraId="6E53CF98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232F9BD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59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8A38E78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Щиток осветительный взрывозащищенный на ном напряжение 380В, ном ток 25А, без вводного автоматического выключателя с 6-ю однополюсными автоматическими выключателями на отходящих линиях типа ЩСВ-200БУ1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59D5E05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12CCA25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</w:tr>
      <w:tr w:rsidR="00013638" w:rsidRPr="00D54525" w14:paraId="36FC1658" w14:textId="77777777" w:rsidTr="00874747">
        <w:trPr>
          <w:trHeight w:val="325"/>
        </w:trPr>
        <w:tc>
          <w:tcPr>
            <w:tcW w:w="9825" w:type="dxa"/>
            <w:gridSpan w:val="4"/>
            <w:shd w:val="clear" w:color="auto" w:fill="EAF0F8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204FF87A" w14:textId="5E51EEE4" w:rsidR="00013638" w:rsidRPr="00D54525" w:rsidRDefault="00013638" w:rsidP="00874747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b/>
                <w:lang w:val="ru-RU"/>
              </w:rPr>
              <w:t>Площадка</w:t>
            </w:r>
            <w:r w:rsidR="00874747">
              <w:rPr>
                <w:rFonts w:ascii="Times New Roman" w:eastAsia="Times New Roman" w:hAnsi="Times New Roman"/>
                <w:b/>
                <w:lang w:val="ru-RU"/>
              </w:rPr>
              <w:t xml:space="preserve"> </w:t>
            </w:r>
            <w:r w:rsidRPr="00D54525">
              <w:rPr>
                <w:rFonts w:ascii="Times New Roman" w:eastAsia="Times New Roman" w:hAnsi="Times New Roman"/>
                <w:b/>
                <w:lang w:val="ru-RU"/>
              </w:rPr>
              <w:t>ДНС (насосные станции</w:t>
            </w:r>
            <w:r w:rsidR="00BB0821" w:rsidRPr="00D54525">
              <w:rPr>
                <w:rFonts w:ascii="Times New Roman" w:eastAsia="Times New Roman" w:hAnsi="Times New Roman"/>
                <w:b/>
                <w:lang w:val="ru-RU"/>
              </w:rPr>
              <w:t xml:space="preserve"> и </w:t>
            </w:r>
            <w:r w:rsidR="00BB0821" w:rsidRPr="00D54525">
              <w:rPr>
                <w:rFonts w:ascii="Times New Roman" w:hAnsi="Times New Roman"/>
                <w:b/>
                <w:lang w:val="ru-RU"/>
              </w:rPr>
              <w:t>блок сепарации нефти</w:t>
            </w:r>
            <w:r w:rsidRPr="00D54525">
              <w:rPr>
                <w:rFonts w:ascii="Times New Roman" w:eastAsia="Times New Roman" w:hAnsi="Times New Roman"/>
                <w:b/>
                <w:lang w:val="ru-RU"/>
              </w:rPr>
              <w:t>.</w:t>
            </w:r>
          </w:p>
        </w:tc>
      </w:tr>
      <w:tr w:rsidR="00013638" w:rsidRPr="00D54525" w14:paraId="75E08C53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9D7A58E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0F706AA" w14:textId="77777777" w:rsidR="00013638" w:rsidRPr="00D54525" w:rsidRDefault="00013638" w:rsidP="00013638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Блок насосной станции внешнего транспорта с насосным агрегатом ЦНСн-13-245 с электродвигателями АВ-200М2, мощностью </w:t>
            </w:r>
            <w:r w:rsidRPr="00D54525">
              <w:rPr>
                <w:rFonts w:ascii="Times New Roman" w:eastAsia="Times New Roman" w:hAnsi="Times New Roman"/>
              </w:rPr>
              <w:t>Р-37 кВт 380/660 В (1 рабочий, 1 резервный)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FC77C94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к-т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30304EC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</w:tr>
      <w:tr w:rsidR="00013638" w:rsidRPr="00D54525" w14:paraId="01FE2B52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2744E01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2E14DF7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Блок насосной станции внешнего транспорта с насосным агрегатом ЦНСн-13-175 с электродвигателями мощностью Р-30 кВт 380/660 В (1 рабочий, 1 резервный) и электродвигателя подпорного насоса мощностью 7,5 кВт с ПЗА согласно проекта расширения ДНС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878A8CB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к-т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7F01FBB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</w:tr>
      <w:tr w:rsidR="00013638" w:rsidRPr="00D54525" w14:paraId="3BBD35F3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ED088DD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11F2FDF" w14:textId="77777777" w:rsidR="00013638" w:rsidRPr="00D54525" w:rsidRDefault="00013638" w:rsidP="00013638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Блок насосной станции внутренней перекачки с насосным агрегатом и электродвигателями мощностью </w:t>
            </w:r>
            <w:r w:rsidRPr="00D54525">
              <w:rPr>
                <w:rFonts w:ascii="Times New Roman" w:eastAsia="Times New Roman" w:hAnsi="Times New Roman"/>
              </w:rPr>
              <w:t>Р-37 кВт 380/660 В (1 рабочий, 1 резервный) согласно проекта расширения ДНС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47C6796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к-т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39EBCC9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</w:tr>
      <w:tr w:rsidR="00013638" w:rsidRPr="00D54525" w14:paraId="0C33222B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4CB7754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CADB95D" w14:textId="07F6A962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Электроосвещение, светильники взрывозащищенные - 10 шт. 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FAD1B8B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F069FF5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BB0821" w:rsidRPr="00D54525" w14:paraId="1881F696" w14:textId="77777777" w:rsidTr="00D54525">
        <w:tc>
          <w:tcPr>
            <w:tcW w:w="9825" w:type="dxa"/>
            <w:gridSpan w:val="4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769DA2F8" w14:textId="473C7A88" w:rsidR="00BB0821" w:rsidRPr="00D54525" w:rsidRDefault="00BB0821" w:rsidP="00BB0821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b/>
                <w:lang w:val="ru-RU"/>
              </w:rPr>
              <w:t>Площадка ДНС (</w:t>
            </w:r>
            <w:r w:rsidRPr="00D54525">
              <w:rPr>
                <w:rFonts w:ascii="Times New Roman" w:hAnsi="Times New Roman"/>
                <w:b/>
                <w:lang w:val="ru-RU"/>
              </w:rPr>
              <w:t>блок сепарации нефти</w:t>
            </w:r>
            <w:r w:rsidRPr="00D54525">
              <w:rPr>
                <w:rFonts w:ascii="Times New Roman" w:eastAsia="Times New Roman" w:hAnsi="Times New Roman"/>
                <w:b/>
                <w:lang w:val="ru-RU"/>
              </w:rPr>
              <w:t>)</w:t>
            </w:r>
          </w:p>
        </w:tc>
      </w:tr>
      <w:tr w:rsidR="00013638" w:rsidRPr="00D54525" w14:paraId="2E6ECCE0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0B28CE3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CD39BF4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Светильник с натриевой лампой типа ДНаТ, для освещения наружных установок с защитной решеткой в комплекте с ПРА и муфтой для установки на трубу </w:t>
            </w:r>
            <w:r w:rsidRPr="00D54525">
              <w:rPr>
                <w:rFonts w:ascii="Times New Roman" w:eastAsia="Times New Roman" w:hAnsi="Times New Roman"/>
              </w:rPr>
              <w:t>d</w:t>
            </w:r>
            <w:r w:rsidRPr="00D54525">
              <w:rPr>
                <w:rFonts w:ascii="Times New Roman" w:eastAsia="Times New Roman" w:hAnsi="Times New Roman"/>
                <w:lang w:val="ru-RU"/>
              </w:rPr>
              <w:t>25мм, для диапазона от 60 до+ 50Сº ВАДВ 1- НАТ.Л.70Т-УХЛ1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D12E862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969E479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17</w:t>
            </w:r>
          </w:p>
        </w:tc>
      </w:tr>
      <w:tr w:rsidR="00013638" w:rsidRPr="00D54525" w14:paraId="182CC74C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BB67BD3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2B92E4F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Светильник для натриевого типа ДНаТ, для освещения наружных установок с защитной решеткой в комплекте с ПРА и элементом для крепления на стену для диапазона от 60 до+ 50Сº ВАДВ 1- НАТ.Л.70Н-УХЛ1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53272D4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B6BF899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8</w:t>
            </w:r>
          </w:p>
        </w:tc>
      </w:tr>
      <w:tr w:rsidR="00013638" w:rsidRPr="00D54525" w14:paraId="69C1F430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8E66D8E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B0583E1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Лампа натриевая высокого давления НАТ.Л 70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DA1176B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80C450D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20</w:t>
            </w:r>
          </w:p>
        </w:tc>
      </w:tr>
      <w:tr w:rsidR="00013638" w:rsidRPr="00D54525" w14:paraId="350EC110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0C1C7ED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51FBDEB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Коробка взрывозащищенная в корпусе из алюминиевого сплава с защитным покрытием с 3-мя кабельными вводами на боковой поверхности коробки, для трубной проводки с условным проходом трубы 25мм в комплекте с уплотнителями кабельных вводов, для соединения проводников сечением до 4 мм2, для диапазона температур от – 60 до + 50Сº 1Ех</w:t>
            </w:r>
            <w:r w:rsidRPr="00D54525">
              <w:rPr>
                <w:rFonts w:ascii="Times New Roman" w:eastAsia="Times New Roman" w:hAnsi="Times New Roman"/>
              </w:rPr>
              <w:t>dIICT</w:t>
            </w:r>
            <w:r w:rsidRPr="00D54525">
              <w:rPr>
                <w:rFonts w:ascii="Times New Roman" w:eastAsia="Times New Roman" w:hAnsi="Times New Roman"/>
                <w:lang w:val="ru-RU"/>
              </w:rPr>
              <w:t xml:space="preserve">, </w:t>
            </w:r>
            <w:r w:rsidRPr="00D54525">
              <w:rPr>
                <w:rFonts w:ascii="Times New Roman" w:eastAsia="Times New Roman" w:hAnsi="Times New Roman"/>
              </w:rPr>
              <w:t>IP</w:t>
            </w:r>
            <w:r w:rsidRPr="00D54525">
              <w:rPr>
                <w:rFonts w:ascii="Times New Roman" w:eastAsia="Times New Roman" w:hAnsi="Times New Roman"/>
                <w:lang w:val="ru-RU"/>
              </w:rPr>
              <w:t>65 типа КЗВ 245-25х3-В1,5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DC5ACA7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37D32B2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21</w:t>
            </w:r>
          </w:p>
        </w:tc>
      </w:tr>
      <w:tr w:rsidR="00013638" w:rsidRPr="00D54525" w14:paraId="7E89DAC0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21159F5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EB4C8FF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Коробка взрывозащищенная в корпусе из алюминиевого сплава с защитным покрытием с 4-мя кабельными вводами на боковой поверхности коробки, для трубной проводки с условным проходом трубы 25мм в комплекте с уплотнителями кабельных вводов, для соединения проводников сечением до 4 мм2, для диапазона температур от – 60 до + 50Сº 1Ех</w:t>
            </w:r>
            <w:r w:rsidRPr="00D54525">
              <w:rPr>
                <w:rFonts w:ascii="Times New Roman" w:eastAsia="Times New Roman" w:hAnsi="Times New Roman"/>
              </w:rPr>
              <w:t>dIICT</w:t>
            </w:r>
            <w:r w:rsidRPr="00D54525">
              <w:rPr>
                <w:rFonts w:ascii="Times New Roman" w:eastAsia="Times New Roman" w:hAnsi="Times New Roman"/>
                <w:lang w:val="ru-RU"/>
              </w:rPr>
              <w:t xml:space="preserve">, </w:t>
            </w:r>
            <w:r w:rsidRPr="00D54525">
              <w:rPr>
                <w:rFonts w:ascii="Times New Roman" w:eastAsia="Times New Roman" w:hAnsi="Times New Roman"/>
              </w:rPr>
              <w:t>IP</w:t>
            </w:r>
            <w:r w:rsidRPr="00D54525">
              <w:rPr>
                <w:rFonts w:ascii="Times New Roman" w:eastAsia="Times New Roman" w:hAnsi="Times New Roman"/>
                <w:lang w:val="ru-RU"/>
              </w:rPr>
              <w:t>65 типа КЗВ 245-25х4-В1,5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88FB2EF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BD03B8F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</w:t>
            </w:r>
          </w:p>
        </w:tc>
      </w:tr>
      <w:tr w:rsidR="00013638" w:rsidRPr="00D54525" w14:paraId="7612E06A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999F70F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2A79EF0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Переключатель пакетный на номинальный ток 25А, с двумя кабельными вводами ВК-Л-ВЭЛЗ-М20-Ехе снизу с климатическим исполнениемХЛ1, </w:t>
            </w:r>
            <w:r w:rsidRPr="00D54525">
              <w:rPr>
                <w:rFonts w:ascii="Times New Roman" w:eastAsia="Times New Roman" w:hAnsi="Times New Roman"/>
              </w:rPr>
              <w:t>IP</w:t>
            </w:r>
            <w:r w:rsidRPr="00D54525">
              <w:rPr>
                <w:rFonts w:ascii="Times New Roman" w:eastAsia="Times New Roman" w:hAnsi="Times New Roman"/>
                <w:lang w:val="ru-RU"/>
              </w:rPr>
              <w:t>65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38948A3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4B45AF9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</w:t>
            </w:r>
          </w:p>
        </w:tc>
      </w:tr>
      <w:tr w:rsidR="00013638" w:rsidRPr="00D54525" w14:paraId="1F8672E3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D383A2B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11C609C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Кабель силовой с медными жилами с ПХВ изоляцией и оболочкой не распространяющее горение марки ВВГнг -1 кВ, сечением 3х2,5 мм2 - 0,115 км.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8B3041C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6B16BEE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013638" w:rsidRPr="00D54525" w14:paraId="1C1ECBD5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3F237C0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E516696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Кабель силовой с медными жилами с ПХВ изоляцией и оболочкой не распространяющее горение марки ВВГнг -1 кВ, сечением 4х2,5 мм2 - 0,007 км.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3D97E48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9CE5851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013638" w:rsidRPr="00D54525" w14:paraId="35746DB2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47E6AE4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0D795BA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Кабель силовой с медными жилами с ПХВ изоляцией и оболочкой не распространяющее горение марки ВВГнг -1 кВ, сечением 5х2,5 мм2 - 0,016 км.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997E5CC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357AC28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013638" w:rsidRPr="00D54525" w14:paraId="174DBD83" w14:textId="77777777" w:rsidTr="00D54525">
        <w:tc>
          <w:tcPr>
            <w:tcW w:w="9825" w:type="dxa"/>
            <w:gridSpan w:val="4"/>
            <w:shd w:val="clear" w:color="auto" w:fill="EAF0F8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4EA12679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b/>
                <w:lang w:val="ru-RU"/>
              </w:rPr>
              <w:t>Площадка ДНС (блок реагентного хозяйства).</w:t>
            </w:r>
          </w:p>
        </w:tc>
      </w:tr>
      <w:tr w:rsidR="00013638" w:rsidRPr="00D54525" w14:paraId="23B6BA36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C6BFDFE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5FBC3F9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Коробка клеммная взрывозащищенная 2Ехе</w:t>
            </w:r>
            <w:r w:rsidRPr="00D54525">
              <w:rPr>
                <w:rFonts w:ascii="Times New Roman" w:eastAsia="Times New Roman" w:hAnsi="Times New Roman"/>
              </w:rPr>
              <w:t>IIBT</w:t>
            </w:r>
            <w:r w:rsidRPr="00D54525">
              <w:rPr>
                <w:rFonts w:ascii="Times New Roman" w:eastAsia="Times New Roman" w:hAnsi="Times New Roman"/>
                <w:lang w:val="ru-RU"/>
              </w:rPr>
              <w:t>З на 4 зажима с одним кабельным вводом, для бронированного кабеля диаметром 19,03 мм и с одним кабельным вводом, для бронированного кабеля диаметром 14,25 мм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69A2B54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37D29BA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013638" w:rsidRPr="00D54525" w14:paraId="57945D3D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41263FD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092A77E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Провод для заземления медный гибкий, с ПХВ изоляцией ПВ3 -1х6 мм2 - 0,03 км.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5306AA8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D789FB9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013638" w:rsidRPr="00D54525" w14:paraId="7DA7EF05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1C9CF9D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62EADCC" w14:textId="2B16CC03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Наконечник кабельный медный для кабелей с мед. жилами ПВ-4-М-УХЛ1 - 8 шт. 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7CE5D60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2E105CA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BB0821" w:rsidRPr="00D54525" w14:paraId="59E6EA4A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98D4DDA" w14:textId="77777777" w:rsidR="00BB0821" w:rsidRPr="00D54525" w:rsidRDefault="00BB0821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CF060AA" w14:textId="249D6A94" w:rsidR="00BB0821" w:rsidRPr="00D54525" w:rsidRDefault="00BB0821" w:rsidP="00013638">
            <w:pPr>
              <w:rPr>
                <w:rFonts w:ascii="Times New Roman" w:eastAsia="Times New Roman" w:hAnsi="Times New Roman"/>
                <w:b/>
                <w:bCs/>
                <w:lang w:val="ru-RU"/>
              </w:rPr>
            </w:pPr>
            <w:r w:rsidRPr="00D54525">
              <w:rPr>
                <w:rFonts w:ascii="Times New Roman" w:eastAsia="Times New Roman" w:hAnsi="Times New Roman"/>
                <w:b/>
                <w:bCs/>
                <w:lang w:val="ru-RU"/>
              </w:rPr>
              <w:t>Площадка ДНС (площадка аварийного резервуара).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CB923A4" w14:textId="77777777" w:rsidR="00BB0821" w:rsidRPr="00D54525" w:rsidRDefault="00BB0821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59901CE" w14:textId="77777777" w:rsidR="00BB0821" w:rsidRPr="00D54525" w:rsidRDefault="00BB0821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013638" w:rsidRPr="00D54525" w14:paraId="4637677E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E898E73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E2AA086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Пост управления кнопочный взрывозащищенный с 2-мя толкателями, для диапазона температур -40 до + 40 1Ех</w:t>
            </w:r>
            <w:r w:rsidRPr="00D54525">
              <w:rPr>
                <w:rFonts w:ascii="Times New Roman" w:eastAsia="Times New Roman" w:hAnsi="Times New Roman"/>
              </w:rPr>
              <w:t>dII</w:t>
            </w:r>
            <w:r w:rsidRPr="00D54525">
              <w:rPr>
                <w:rFonts w:ascii="Times New Roman" w:eastAsia="Times New Roman" w:hAnsi="Times New Roman"/>
                <w:lang w:val="ru-RU"/>
              </w:rPr>
              <w:t>ВТВ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45D3135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635BA43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013638" w:rsidRPr="00D54525" w14:paraId="2C76EBEE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68A2DBB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E093A6D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Стойка для напольной установки группы аппаратов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31312C2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DC367EE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013638" w:rsidRPr="00D54525" w14:paraId="58904880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945D476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6F4AC40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Провод с медной жилой с изоляцией из ПХВ пластиката, повышенной гибкости на напряжения до 0,45 кВ в холодостойком исполнении, сечением 6 мм - 0,006 км.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380F6FA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58FCBF4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013638" w:rsidRPr="00D54525" w14:paraId="3B48A2F6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23A2FD1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D492C2E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Наконечник кабельный медный, для кабелей с медными жилами 6 мм2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B30D6F2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BB2F408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8</w:t>
            </w:r>
          </w:p>
        </w:tc>
      </w:tr>
      <w:tr w:rsidR="00013638" w:rsidRPr="00D54525" w14:paraId="270C2CF0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CA078DA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34939F4" w14:textId="77777777" w:rsidR="00013638" w:rsidRPr="00D54525" w:rsidRDefault="00013638" w:rsidP="00013638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Устройство заземления автоцистерн взрывозащищенного типа УЗА-2МК03 - 1 шт. </w:t>
            </w:r>
            <w:r w:rsidRPr="00D54525">
              <w:rPr>
                <w:rFonts w:ascii="Times New Roman" w:eastAsia="Times New Roman" w:hAnsi="Times New Roman"/>
              </w:rPr>
              <w:t>Площадка ДНС (площадка дренажных емкостей).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B41421A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191879B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013638" w:rsidRPr="00D54525" w14:paraId="45C8C9F8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924AEAF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F4E2B98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Пост управления кнопочный взрывозащищенный с 2-мя толкателями, для диапазона температур от – 40 до + 40, 1Ех</w:t>
            </w:r>
            <w:r w:rsidRPr="00D54525">
              <w:rPr>
                <w:rFonts w:ascii="Times New Roman" w:eastAsia="Times New Roman" w:hAnsi="Times New Roman"/>
              </w:rPr>
              <w:t>dIIBT</w:t>
            </w:r>
            <w:r w:rsidRPr="00D54525">
              <w:rPr>
                <w:rFonts w:ascii="Times New Roman" w:eastAsia="Times New Roman" w:hAnsi="Times New Roman"/>
                <w:lang w:val="ru-RU"/>
              </w:rPr>
              <w:t>В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4EB2CA6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D1CD29E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013638" w:rsidRPr="00D54525" w14:paraId="37A51C8E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2F90F60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7CFBF5F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Электродвигатель дренажного полупогружного насоса дренажной емкости – 55 кВт с пускозащитной аппаратурой взрывозащищенного исполнения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7ED9620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0A511B4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013638" w:rsidRPr="00D54525" w14:paraId="17670A01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4453838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E8AA4DD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Электродвигатель дренажного полупогружного насоса дренажной емкости – 45 кВт с пускозащитной аппаратурой взрывозащищенного исполнения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7E3C166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77F3D7E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013638" w:rsidRPr="00D54525" w14:paraId="768B50AA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6F78C2C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1C95C96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Стойка для напольной установки группы аппаратов оцинкованная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4F1AFD8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6F3EB01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013638" w:rsidRPr="00D54525" w14:paraId="02269460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9A278A7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8FB71EA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Провод с медной жилой с изоляцией из ПХВ пластиката, повышенной гибкости на напряжения до 0,45 кВ в холодостойком исполнении, сечением 6 мм - 0,006 км.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14DF047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607BE91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013638" w:rsidRPr="00D54525" w14:paraId="4BF97F50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D16D63B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025677C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Наконечние кабельный медный для кабелей с мед. жилами ПВ-4-М-УХЛ1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5FFC68F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0710C81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6</w:t>
            </w:r>
          </w:p>
        </w:tc>
      </w:tr>
      <w:tr w:rsidR="00013638" w:rsidRPr="00D54525" w14:paraId="72DDD3DD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D9600B8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EA678D2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Устройство заземления автоцистерн взрывозащищенного типа УЗА-2МК03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375F24C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EDD1791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013638" w:rsidRPr="00D54525" w14:paraId="33E76DF0" w14:textId="77777777" w:rsidTr="00D54525">
        <w:tc>
          <w:tcPr>
            <w:tcW w:w="9825" w:type="dxa"/>
            <w:gridSpan w:val="4"/>
            <w:shd w:val="clear" w:color="auto" w:fill="EAF0F8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4315BC59" w14:textId="77777777" w:rsidR="00013638" w:rsidRPr="00D54525" w:rsidRDefault="00013638" w:rsidP="00013638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  <w:b/>
              </w:rPr>
              <w:t>Площадка ДНС (факельное хозяйство).</w:t>
            </w:r>
          </w:p>
        </w:tc>
      </w:tr>
      <w:tr w:rsidR="00013638" w:rsidRPr="00D54525" w14:paraId="3FDC9184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0714E3A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5D2F032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Коробка клеммная взрывозащищенная 2Ехе</w:t>
            </w:r>
            <w:r w:rsidRPr="00D54525">
              <w:rPr>
                <w:rFonts w:ascii="Times New Roman" w:eastAsia="Times New Roman" w:hAnsi="Times New Roman"/>
              </w:rPr>
              <w:t>IIBT</w:t>
            </w:r>
            <w:r w:rsidRPr="00D54525">
              <w:rPr>
                <w:rFonts w:ascii="Times New Roman" w:eastAsia="Times New Roman" w:hAnsi="Times New Roman"/>
                <w:lang w:val="ru-RU"/>
              </w:rPr>
              <w:t>З на 3 зажима с одним кабельным вводом, для бронированного кабеля диаметром 19,03 мм и с одним кабельным вводом, для бронированного кабеля диаметром 14,25 мм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85581F0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3668A82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</w:tr>
      <w:tr w:rsidR="00013638" w:rsidRPr="00D54525" w14:paraId="7779CD96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BC74B33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79C999F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Коробка клеммная взрывозащищенная 2Ехе</w:t>
            </w:r>
            <w:r w:rsidRPr="00D54525">
              <w:rPr>
                <w:rFonts w:ascii="Times New Roman" w:eastAsia="Times New Roman" w:hAnsi="Times New Roman"/>
              </w:rPr>
              <w:t>IIBT</w:t>
            </w:r>
            <w:r w:rsidRPr="00D54525">
              <w:rPr>
                <w:rFonts w:ascii="Times New Roman" w:eastAsia="Times New Roman" w:hAnsi="Times New Roman"/>
                <w:lang w:val="ru-RU"/>
              </w:rPr>
              <w:t xml:space="preserve">З на 3 зажима с одним кабельным вводом, для бронированного кабеля диаметром 25,13 мм и с одним кабельным вводом, для бронированного кабеля диамет 14,25 мм, степень защиты </w:t>
            </w:r>
            <w:r w:rsidRPr="00D54525">
              <w:rPr>
                <w:rFonts w:ascii="Times New Roman" w:eastAsia="Times New Roman" w:hAnsi="Times New Roman"/>
              </w:rPr>
              <w:t>IP</w:t>
            </w:r>
            <w:r w:rsidRPr="00D54525">
              <w:rPr>
                <w:rFonts w:ascii="Times New Roman" w:eastAsia="Times New Roman" w:hAnsi="Times New Roman"/>
                <w:lang w:val="ru-RU"/>
              </w:rPr>
              <w:t>66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DBE6E82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DA253E9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</w:tr>
      <w:tr w:rsidR="00013638" w:rsidRPr="00D54525" w14:paraId="385C0F56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6D0D953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52DF2EE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Пост управления кнопочный взрывозащищенный с 2-мя толкателями, для диапазона температур -40 до + 40 1Ех</w:t>
            </w:r>
            <w:r w:rsidRPr="00D54525">
              <w:rPr>
                <w:rFonts w:ascii="Times New Roman" w:eastAsia="Times New Roman" w:hAnsi="Times New Roman"/>
              </w:rPr>
              <w:t>dII</w:t>
            </w:r>
            <w:r w:rsidRPr="00D54525">
              <w:rPr>
                <w:rFonts w:ascii="Times New Roman" w:eastAsia="Times New Roman" w:hAnsi="Times New Roman"/>
                <w:lang w:val="ru-RU"/>
              </w:rPr>
              <w:t>ВТВ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ECD93FE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FB33099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</w:t>
            </w:r>
          </w:p>
        </w:tc>
      </w:tr>
      <w:tr w:rsidR="00013638" w:rsidRPr="00D54525" w14:paraId="0D20C10C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EC52119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B93812B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Электродвигатель дренажного полупогружного насоса дренажной емкости – 55 кВт с пускозащитной аппаратурой взрывозащищенного исполнения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4CF143B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747EB75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</w:t>
            </w:r>
          </w:p>
        </w:tc>
      </w:tr>
      <w:tr w:rsidR="00013638" w:rsidRPr="00D54525" w14:paraId="32E287D9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C9A9F29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2D8AB68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Стойка для напольной установки группы аппаратов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D348183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2593212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</w:t>
            </w:r>
          </w:p>
        </w:tc>
      </w:tr>
      <w:tr w:rsidR="00013638" w:rsidRPr="00D54525" w14:paraId="628FEA27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782693A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10B94F0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Провод с медной жилой с изоляцией из ПХВ пластиката, повышенной гибкости на напряжения до 0,45 кВ в холодостойком исполнении, сечением 6 мм2 - 0,032 км.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45D7DDF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1B2C72E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013638" w:rsidRPr="00D54525" w14:paraId="2F31B69D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616CE15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3ECD564" w14:textId="342BE33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Наконечник кабельный медный, для кабелей с медными жилами 6 мм2 - 84 шт. 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FC34E65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2A35646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BB0821" w:rsidRPr="00D54525" w14:paraId="08306FE8" w14:textId="77777777" w:rsidTr="00D54525">
        <w:tc>
          <w:tcPr>
            <w:tcW w:w="9825" w:type="dxa"/>
            <w:gridSpan w:val="4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28F22A2" w14:textId="6AD1FD8E" w:rsidR="00BB0821" w:rsidRPr="00D54525" w:rsidRDefault="00BB0821" w:rsidP="00BB0821">
            <w:pPr>
              <w:rPr>
                <w:rFonts w:ascii="Times New Roman" w:eastAsia="Times New Roman" w:hAnsi="Times New Roman"/>
                <w:b/>
                <w:bCs/>
              </w:rPr>
            </w:pPr>
            <w:r w:rsidRPr="00D54525">
              <w:rPr>
                <w:rFonts w:ascii="Times New Roman" w:eastAsia="Times New Roman" w:hAnsi="Times New Roman"/>
                <w:b/>
                <w:bCs/>
              </w:rPr>
              <w:t>Площадка ДНС (БКТП-6/0,4 кВ № 1).</w:t>
            </w:r>
          </w:p>
        </w:tc>
      </w:tr>
      <w:tr w:rsidR="00013638" w:rsidRPr="00D54525" w14:paraId="4B8A1F40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1377031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6D7C265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Комплектная двухтрансформаторная подстанция в блочно-модульном здании, с масляными трансформаторами мощностью по 630 кВА, на номинальное напряжение, сторона ВН-6 кВ, сторона НН-0,4 кВ с кабельным вводом ВН и кабельным выводом НН типа БМ КТП-П-2х630/6/0,4 кВ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E49782D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к-т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3944E3B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013638" w:rsidRPr="00D54525" w14:paraId="60E3BADE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CDDB0B8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FD14DD9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Низковольтное комплектное устройство 0,4 кв., НКУ-0,4 кВ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BA450DB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к-т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9BE9EED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013638" w:rsidRPr="00D54525" w14:paraId="38E6FA83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B84CF83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119878A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Низковольтное комплектное устройство 0,4 кв., АНКУ-0,4 кВ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B71A6C0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к-т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21709FD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013638" w:rsidRPr="00D54525" w14:paraId="2C466688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02557FF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3AD9467" w14:textId="77777777" w:rsidR="00013638" w:rsidRPr="00D54525" w:rsidRDefault="00013638" w:rsidP="00013638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Шкаф управления электрообогревом ШУ31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522E0D3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к-т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617DB57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013638" w:rsidRPr="00D54525" w14:paraId="5A98126B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3D845A7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AF4CDC4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Шкаф управления электрообогревом ШУЭ2, ШУЭ3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C86B796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к-т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73DD819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</w:tr>
      <w:tr w:rsidR="00013638" w:rsidRPr="00D54525" w14:paraId="7CF6299D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7077CD3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54C57FD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Шкаф управления установки осушки газа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CD83444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к-т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D59E6BF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</w:tr>
      <w:tr w:rsidR="00013638" w:rsidRPr="00D54525" w14:paraId="3DC332C6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AA77289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4E1A70B" w14:textId="19A72E22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Резервная дизельная электростанции с пускозащитной аппаратурой и АВР – 1 компл. 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FD23074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D99BBB6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BB0821" w:rsidRPr="00D54525" w14:paraId="1EDD6978" w14:textId="77777777" w:rsidTr="00D54525">
        <w:tc>
          <w:tcPr>
            <w:tcW w:w="9825" w:type="dxa"/>
            <w:gridSpan w:val="4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EC035D1" w14:textId="58EB31FF" w:rsidR="00BB0821" w:rsidRPr="00D54525" w:rsidRDefault="00BB0821" w:rsidP="00BB0821">
            <w:pPr>
              <w:rPr>
                <w:rFonts w:ascii="Times New Roman" w:eastAsia="Times New Roman" w:hAnsi="Times New Roman"/>
                <w:b/>
                <w:bCs/>
              </w:rPr>
            </w:pPr>
            <w:r w:rsidRPr="00D54525">
              <w:rPr>
                <w:rFonts w:ascii="Times New Roman" w:eastAsia="Times New Roman" w:hAnsi="Times New Roman"/>
                <w:b/>
                <w:bCs/>
              </w:rPr>
              <w:t>Площадка ДНС (БКТП-6/0,4 кВ № 2)</w:t>
            </w:r>
          </w:p>
        </w:tc>
      </w:tr>
      <w:tr w:rsidR="00013638" w:rsidRPr="00D54525" w14:paraId="5F047E78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47FA0F0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F4DC3D9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Комплектная двухтрансформаторная подстанция в блочно-модульном здании, с масляными трансформаторами мощностью по 630 кВА, на номинальное напряжение, сторона ВН-6 кВ, сторона НН-0,4 кВ с кабельным вводом ВН и кабельным выводом НН - КТП-2х630/6/0,4 кВ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55F1933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к-т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C568A4D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013638" w:rsidRPr="00D54525" w14:paraId="3310B97B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A749AE8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667A3E6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Низковольтное комплектное устройство 0,4 кв., НКУ-0,4 кВ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107A4CC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к-т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D49CB80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013638" w:rsidRPr="00D54525" w14:paraId="31F52E00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3A869B5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EEC0190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Низковольтное комплектное устройство 0,4 кв., АНКУ-0,4 кВ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F04A102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к-т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FA18196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013638" w:rsidRPr="00D54525" w14:paraId="37E4D70B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5F27158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0F31169" w14:textId="7679EE1D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Шкаф управления электрообогревом ШУЭ1 - 3 - 3 к-т. 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7EFDE2E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82B8045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BB0821" w:rsidRPr="00D54525" w14:paraId="462D9B3D" w14:textId="77777777" w:rsidTr="00D54525">
        <w:tc>
          <w:tcPr>
            <w:tcW w:w="9825" w:type="dxa"/>
            <w:gridSpan w:val="4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F1AE76F" w14:textId="4C7D8020" w:rsidR="00BB0821" w:rsidRPr="00D54525" w:rsidRDefault="00BB0821" w:rsidP="00BB0821">
            <w:pPr>
              <w:rPr>
                <w:rFonts w:ascii="Times New Roman" w:eastAsia="Times New Roman" w:hAnsi="Times New Roman"/>
                <w:b/>
                <w:bCs/>
                <w:lang w:val="ru-RU"/>
              </w:rPr>
            </w:pPr>
            <w:r w:rsidRPr="00D54525">
              <w:rPr>
                <w:rFonts w:ascii="Times New Roman" w:eastAsia="Times New Roman" w:hAnsi="Times New Roman"/>
                <w:b/>
                <w:bCs/>
                <w:lang w:val="ru-RU"/>
              </w:rPr>
              <w:t>Площадка ДНС (сооружения бытовой и дождевой канализации).</w:t>
            </w:r>
          </w:p>
        </w:tc>
      </w:tr>
      <w:tr w:rsidR="00013638" w:rsidRPr="00D54525" w14:paraId="2701232B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11AA420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6174560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Провод с медной жилой и изоляцией из ПХВ пластиката повышенной гибкости на напряжение до 0,45 кВ в холодостойком исполнении ПВ-3- 6 мм2 - 0,003 км.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5CD6757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4024AEC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013638" w:rsidRPr="00D54525" w14:paraId="1E7A7403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1AEDD85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C751A4C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Наконечник кабельный медный, для кабелей с медн. жилами сеч 6 мм2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37EAD81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DD2E3CF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10</w:t>
            </w:r>
          </w:p>
        </w:tc>
      </w:tr>
      <w:tr w:rsidR="00013638" w:rsidRPr="00D54525" w14:paraId="17025636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AC15BA6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6E5D0DC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Устройство заземления автоцистерн взрывозащищенного типа УЗА-2МК06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98A74CA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FAF66AA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5</w:t>
            </w:r>
          </w:p>
        </w:tc>
      </w:tr>
      <w:tr w:rsidR="00013638" w:rsidRPr="00D54525" w14:paraId="1C82F1DF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FB20FE9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D19439E" w14:textId="7E33A42C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Сталь полосовая 4х25 мм - 0,070 км. 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D440CC4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6AAAB85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BB0821" w:rsidRPr="00D54525" w14:paraId="1641091F" w14:textId="77777777" w:rsidTr="00D54525">
        <w:tc>
          <w:tcPr>
            <w:tcW w:w="9825" w:type="dxa"/>
            <w:gridSpan w:val="4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300F197" w14:textId="241F63DE" w:rsidR="00BB0821" w:rsidRPr="00D54525" w:rsidRDefault="00BB0821" w:rsidP="00BB0821">
            <w:pPr>
              <w:rPr>
                <w:rFonts w:ascii="Times New Roman" w:eastAsia="Times New Roman" w:hAnsi="Times New Roman"/>
                <w:b/>
                <w:bCs/>
                <w:lang w:val="ru-RU"/>
              </w:rPr>
            </w:pPr>
            <w:r w:rsidRPr="00D54525">
              <w:rPr>
                <w:rFonts w:ascii="Times New Roman" w:eastAsia="Times New Roman" w:hAnsi="Times New Roman"/>
                <w:b/>
                <w:bCs/>
                <w:lang w:val="ru-RU"/>
              </w:rPr>
              <w:t>Площадка ДНС (насосная станция пожаротушения).</w:t>
            </w:r>
          </w:p>
        </w:tc>
      </w:tr>
      <w:tr w:rsidR="00013638" w:rsidRPr="00D54525" w14:paraId="1A9CB4A9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685C8B5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571B9A5" w14:textId="77777777" w:rsidR="00013638" w:rsidRPr="00D54525" w:rsidRDefault="00013638" w:rsidP="00013638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Блок насосной станции пожаротушения с насосным агрегатом и электродвигателями мощностью </w:t>
            </w:r>
            <w:r w:rsidRPr="00D54525">
              <w:rPr>
                <w:rFonts w:ascii="Times New Roman" w:eastAsia="Times New Roman" w:hAnsi="Times New Roman"/>
              </w:rPr>
              <w:t>Р-90 кВт 380/660 В (1 рабочий, 1 резервный)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6EBCC60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к-т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F0C6C1E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013638" w:rsidRPr="00D54525" w14:paraId="13D1815D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8CB7151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FC6F38F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Низковольтное комплектное устройство 0,4 кв., НКУ-0,4 кВ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E7AAB90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к-т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3147B79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013638" w:rsidRPr="00D54525" w14:paraId="2DA65C9B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75C8D4C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4A58582" w14:textId="77777777" w:rsidR="00013638" w:rsidRPr="00D54525" w:rsidRDefault="00013638" w:rsidP="00013638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Шкаф управления электрообогревом ШУ31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CFFB175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к-т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8479831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013638" w:rsidRPr="00D54525" w14:paraId="1AFB99AB" w14:textId="77777777" w:rsidTr="00D54525">
        <w:tc>
          <w:tcPr>
            <w:tcW w:w="9825" w:type="dxa"/>
            <w:gridSpan w:val="4"/>
            <w:shd w:val="clear" w:color="auto" w:fill="EAF0F8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623B60C0" w14:textId="77777777" w:rsidR="00013638" w:rsidRPr="00D54525" w:rsidRDefault="00013638" w:rsidP="00013638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  <w:b/>
              </w:rPr>
              <w:t>Пожарное депо.</w:t>
            </w:r>
          </w:p>
        </w:tc>
      </w:tr>
      <w:tr w:rsidR="00013638" w:rsidRPr="00D54525" w14:paraId="0488EB3E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142E886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EDF2762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Комплектная трансформаторная подстанция наружной установки с масляным трансформатором мощность 400 кВА, на номинальное напряжение сторона ВН-6 кВ, сторона НН- 0,4 кВ, с воздушным вводом ВН и кабельным выводом НН КТПН-400/6/0,4 кВ УХЛ-1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1F6B81D" w14:textId="1FC88F96" w:rsidR="00013638" w:rsidRPr="0086614A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</w:rPr>
              <w:t>компл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101FE63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</w:tr>
      <w:tr w:rsidR="00013638" w:rsidRPr="00D54525" w14:paraId="245BF2E9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3B563BF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0C04F09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Щиток осветительный взрывозащищенный на номинальное напряжение 380В, ток 25А, без вводного автоматического выключателя с 6-ю однополюсными автоматическими выключателями на отходящих линиях типа ЩСВ-200БУ1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CA4CC08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9343EDA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8</w:t>
            </w:r>
          </w:p>
        </w:tc>
      </w:tr>
      <w:tr w:rsidR="00BB0821" w:rsidRPr="00D54525" w14:paraId="0A64AB26" w14:textId="77777777" w:rsidTr="00D54525">
        <w:trPr>
          <w:trHeight w:val="765"/>
        </w:trPr>
        <w:tc>
          <w:tcPr>
            <w:tcW w:w="9825" w:type="dxa"/>
            <w:gridSpan w:val="4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5128132E" w14:textId="75EF850B" w:rsidR="00BB0821" w:rsidRPr="00D54525" w:rsidRDefault="00BB0821">
            <w:pPr>
              <w:pStyle w:val="af3"/>
              <w:numPr>
                <w:ilvl w:val="0"/>
                <w:numId w:val="3"/>
              </w:numPr>
              <w:rPr>
                <w:rFonts w:ascii="Times New Roman" w:eastAsia="Times New Roman" w:hAnsi="Times New Roman"/>
                <w:bCs/>
                <w:lang w:val="ru-RU"/>
              </w:rPr>
            </w:pPr>
            <w:r w:rsidRPr="00D54525">
              <w:rPr>
                <w:rFonts w:ascii="Times New Roman" w:eastAsia="Times New Roman" w:hAnsi="Times New Roman"/>
                <w:bCs/>
                <w:lang w:val="ru-RU"/>
              </w:rPr>
              <w:t>Низковольтное вводное комплектное устройство 0,4 кВ напольного исполнения 380 В</w:t>
            </w:r>
          </w:p>
          <w:p w14:paraId="76829395" w14:textId="4D9C2F1E" w:rsidR="00BB0821" w:rsidRPr="00D54525" w:rsidRDefault="00BB0821" w:rsidP="00BB0821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bCs/>
                <w:lang w:val="ru-RU"/>
              </w:rPr>
              <w:t>С трехфазными автоматическими выключателями                                                                          - 1 к-т.</w:t>
            </w:r>
          </w:p>
        </w:tc>
      </w:tr>
      <w:tr w:rsidR="00013638" w:rsidRPr="00D54525" w14:paraId="6A5E279C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996A21D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2D5FFDC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Котел электрический отопительный с пуско-защитной аппаратурой *ЭВН-К-96* – 2 к-та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6C58625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2B81083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013638" w:rsidRPr="00D54525" w14:paraId="0E66B2AF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9228A74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D265B81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Электроводонагреватель с пуско-защитной аппаратурой ЭВАД-500/3,25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3915C20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к-т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A87FFA2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013638" w:rsidRPr="00D54525" w14:paraId="6AD5C81B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4E1AC55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09CFAAB" w14:textId="0A997329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Установка очистки воды ДВУ-1-2 (общ.мощность 7 кВт) 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1493808" w14:textId="102DADD6" w:rsidR="00013638" w:rsidRPr="00D54525" w:rsidRDefault="00BB0821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к-т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0F75071" w14:textId="7C83A6D7" w:rsidR="00013638" w:rsidRPr="00D54525" w:rsidRDefault="00CA5F17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1</w:t>
            </w:r>
          </w:p>
        </w:tc>
      </w:tr>
      <w:tr w:rsidR="00CA5F17" w:rsidRPr="00D54525" w14:paraId="2CED80D3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F8DB4CF" w14:textId="6119A4D2" w:rsidR="00CA5F17" w:rsidRPr="00D54525" w:rsidRDefault="00CA5F17" w:rsidP="00CA5F17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7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A5E3387" w14:textId="4B455FCE" w:rsidR="00CA5F17" w:rsidRPr="00D54525" w:rsidRDefault="00CA5F17" w:rsidP="00CA5F17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Насосная пожаротушения *</w:t>
            </w:r>
            <w:r w:rsidRPr="00D54525">
              <w:rPr>
                <w:rFonts w:ascii="Times New Roman" w:eastAsia="Times New Roman" w:hAnsi="Times New Roman"/>
              </w:rPr>
              <w:t>Hydro</w:t>
            </w:r>
            <w:r w:rsidRPr="00D54525">
              <w:rPr>
                <w:rFonts w:ascii="Times New Roman" w:eastAsia="Times New Roman" w:hAnsi="Times New Roman"/>
                <w:lang w:val="ru-RU"/>
              </w:rPr>
              <w:t xml:space="preserve"> </w:t>
            </w:r>
            <w:r w:rsidRPr="00D54525">
              <w:rPr>
                <w:rFonts w:ascii="Times New Roman" w:eastAsia="Times New Roman" w:hAnsi="Times New Roman"/>
              </w:rPr>
              <w:t>MX</w:t>
            </w:r>
            <w:r w:rsidRPr="00D54525">
              <w:rPr>
                <w:rFonts w:ascii="Times New Roman" w:eastAsia="Times New Roman" w:hAnsi="Times New Roman"/>
                <w:lang w:val="ru-RU"/>
              </w:rPr>
              <w:t xml:space="preserve"> 1/1 2</w:t>
            </w:r>
            <w:r w:rsidRPr="00D54525">
              <w:rPr>
                <w:rFonts w:ascii="Times New Roman" w:eastAsia="Times New Roman" w:hAnsi="Times New Roman"/>
              </w:rPr>
              <w:t>CR</w:t>
            </w:r>
            <w:r w:rsidRPr="00D54525">
              <w:rPr>
                <w:rFonts w:ascii="Times New Roman" w:eastAsia="Times New Roman" w:hAnsi="Times New Roman"/>
                <w:lang w:val="ru-RU"/>
              </w:rPr>
              <w:t xml:space="preserve"> 150-3-2 3</w:t>
            </w:r>
            <w:r w:rsidRPr="00D54525">
              <w:rPr>
                <w:rFonts w:ascii="Times New Roman" w:eastAsia="Times New Roman" w:hAnsi="Times New Roman"/>
              </w:rPr>
              <w:t>x</w:t>
            </w:r>
            <w:r w:rsidRPr="00D54525">
              <w:rPr>
                <w:rFonts w:ascii="Times New Roman" w:eastAsia="Times New Roman" w:hAnsi="Times New Roman"/>
                <w:lang w:val="ru-RU"/>
              </w:rPr>
              <w:t>400</w:t>
            </w:r>
            <w:r w:rsidRPr="00D54525">
              <w:rPr>
                <w:rFonts w:ascii="Times New Roman" w:eastAsia="Times New Roman" w:hAnsi="Times New Roman"/>
              </w:rPr>
              <w:t>V</w:t>
            </w:r>
            <w:r w:rsidRPr="00D54525">
              <w:rPr>
                <w:rFonts w:ascii="Times New Roman" w:eastAsia="Times New Roman" w:hAnsi="Times New Roman"/>
                <w:lang w:val="ru-RU"/>
              </w:rPr>
              <w:t xml:space="preserve"> 50 </w:t>
            </w:r>
            <w:r w:rsidRPr="00D54525">
              <w:rPr>
                <w:rFonts w:ascii="Times New Roman" w:eastAsia="Times New Roman" w:hAnsi="Times New Roman"/>
              </w:rPr>
              <w:t>Hz</w:t>
            </w:r>
            <w:r w:rsidRPr="00D54525">
              <w:rPr>
                <w:rFonts w:ascii="Times New Roman" w:eastAsia="Times New Roman" w:hAnsi="Times New Roman"/>
                <w:lang w:val="ru-RU"/>
              </w:rPr>
              <w:t xml:space="preserve"> 98592551 с </w:t>
            </w:r>
            <w:r w:rsidRPr="00D54525">
              <w:rPr>
                <w:rFonts w:ascii="Times New Roman" w:eastAsia="Times New Roman" w:hAnsi="Times New Roman"/>
              </w:rPr>
              <w:t>Q</w:t>
            </w:r>
            <w:r w:rsidRPr="00D54525">
              <w:rPr>
                <w:rFonts w:ascii="Times New Roman" w:eastAsia="Times New Roman" w:hAnsi="Times New Roman"/>
                <w:lang w:val="ru-RU"/>
              </w:rPr>
              <w:t xml:space="preserve">=90м3/час Н=50 м.в.с., </w:t>
            </w:r>
            <w:r w:rsidRPr="00D54525">
              <w:rPr>
                <w:rFonts w:ascii="Times New Roman" w:eastAsia="Times New Roman" w:hAnsi="Times New Roman"/>
              </w:rPr>
              <w:t>Grundfos</w:t>
            </w:r>
            <w:r w:rsidRPr="00D54525">
              <w:rPr>
                <w:rFonts w:ascii="Times New Roman" w:eastAsia="Times New Roman" w:hAnsi="Times New Roman"/>
                <w:lang w:val="ru-RU"/>
              </w:rPr>
              <w:t xml:space="preserve"> 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4AEBA313" w14:textId="11C8E4E3" w:rsidR="00CA5F17" w:rsidRPr="00D54525" w:rsidRDefault="00CA5F17" w:rsidP="00CA5F17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</w:rPr>
              <w:t>к-т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CDBF25C" w14:textId="2E54D563" w:rsidR="00CA5F17" w:rsidRPr="00D54525" w:rsidRDefault="00CA5F17" w:rsidP="00CA5F17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1</w:t>
            </w:r>
          </w:p>
        </w:tc>
      </w:tr>
      <w:tr w:rsidR="00CA5F17" w:rsidRPr="00D54525" w14:paraId="46DCE95D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D3F8D8F" w14:textId="2FD4E3BB" w:rsidR="00CA5F17" w:rsidRPr="00D54525" w:rsidRDefault="00CA5F17" w:rsidP="00CA5F17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8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A26AA27" w14:textId="6E8AD2A7" w:rsidR="00CA5F17" w:rsidRPr="00D54525" w:rsidRDefault="00CA5F17" w:rsidP="00CA5F17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Щит распределительный ЩР и ЩВ (вентиляция)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085A4FBF" w14:textId="63019CDF" w:rsidR="00CA5F17" w:rsidRPr="00D54525" w:rsidRDefault="00CA5F17" w:rsidP="00CA5F17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</w:rPr>
              <w:t>к-т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BB200FF" w14:textId="4FEC10FF" w:rsidR="00CA5F17" w:rsidRPr="00D54525" w:rsidRDefault="00CA5F17" w:rsidP="00CA5F17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7</w:t>
            </w:r>
          </w:p>
        </w:tc>
      </w:tr>
      <w:tr w:rsidR="00013638" w:rsidRPr="00D54525" w14:paraId="4CB34572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66A9179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15B8487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Компактная насосная станция </w:t>
            </w:r>
            <w:r w:rsidRPr="00D54525">
              <w:rPr>
                <w:rFonts w:ascii="Times New Roman" w:eastAsia="Times New Roman" w:hAnsi="Times New Roman"/>
              </w:rPr>
              <w:t>Grundfos</w:t>
            </w:r>
            <w:r w:rsidRPr="00D54525">
              <w:rPr>
                <w:rFonts w:ascii="Times New Roman" w:eastAsia="Times New Roman" w:hAnsi="Times New Roman"/>
                <w:lang w:val="ru-RU"/>
              </w:rPr>
              <w:t>, Р=0,85 кВт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EF82A61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к-т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17E7DF7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013638" w:rsidRPr="00D54525" w14:paraId="52687671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47C02A7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47E8B25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Циркуляционный насос </w:t>
            </w:r>
            <w:r w:rsidRPr="00D54525">
              <w:rPr>
                <w:rFonts w:ascii="Times New Roman" w:eastAsia="Times New Roman" w:hAnsi="Times New Roman"/>
              </w:rPr>
              <w:t>Grundfos</w:t>
            </w:r>
            <w:r w:rsidRPr="00D54525">
              <w:rPr>
                <w:rFonts w:ascii="Times New Roman" w:eastAsia="Times New Roman" w:hAnsi="Times New Roman"/>
                <w:lang w:val="ru-RU"/>
              </w:rPr>
              <w:t>, Р=0,34 кВт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5ACF969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к-т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7E90B6F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013638" w:rsidRPr="00D54525" w14:paraId="71EA5BC7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C94B415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FCD33BD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Электрообогрев резервуара и трубы, Р=17 кВт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E46B6A6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к-т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9D9C1BE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013638" w:rsidRPr="00D54525" w14:paraId="5E4C6615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6CFE59E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12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0A8AFD9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Наружное освещение опоры 1М-17М светильники ЖКУ-250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26EDC51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206EA05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17</w:t>
            </w:r>
          </w:p>
        </w:tc>
      </w:tr>
      <w:tr w:rsidR="00013638" w:rsidRPr="00D54525" w14:paraId="1FAEBFAF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3F50A2D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A9422F5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Прожекторы </w:t>
            </w:r>
            <w:r w:rsidRPr="00D54525">
              <w:rPr>
                <w:rFonts w:ascii="Times New Roman" w:eastAsia="Times New Roman" w:hAnsi="Times New Roman"/>
              </w:rPr>
              <w:t>UMS</w:t>
            </w:r>
            <w:r w:rsidRPr="00D54525">
              <w:rPr>
                <w:rFonts w:ascii="Times New Roman" w:eastAsia="Times New Roman" w:hAnsi="Times New Roman"/>
                <w:lang w:val="ru-RU"/>
              </w:rPr>
              <w:t>-150с натриевыми лампами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00DFD34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3B77275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</w:tr>
      <w:tr w:rsidR="00013638" w:rsidRPr="00D54525" w14:paraId="36E6B471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DFC6123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62736E9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Светильник с люминесцентными лампами 2 * 36 Вт </w:t>
            </w:r>
            <w:r w:rsidRPr="00D54525">
              <w:rPr>
                <w:rFonts w:ascii="Times New Roman" w:eastAsia="Times New Roman" w:hAnsi="Times New Roman"/>
              </w:rPr>
              <w:t>ARS</w:t>
            </w:r>
            <w:r w:rsidRPr="00D54525">
              <w:rPr>
                <w:rFonts w:ascii="Times New Roman" w:eastAsia="Times New Roman" w:hAnsi="Times New Roman"/>
                <w:lang w:val="ru-RU"/>
              </w:rPr>
              <w:t>/</w:t>
            </w:r>
            <w:r w:rsidRPr="00D54525">
              <w:rPr>
                <w:rFonts w:ascii="Times New Roman" w:eastAsia="Times New Roman" w:hAnsi="Times New Roman"/>
              </w:rPr>
              <w:t>S</w:t>
            </w:r>
            <w:r w:rsidRPr="00D54525">
              <w:rPr>
                <w:rFonts w:ascii="Times New Roman" w:eastAsia="Times New Roman" w:hAnsi="Times New Roman"/>
                <w:lang w:val="ru-RU"/>
              </w:rPr>
              <w:t>236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9724F27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1536216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76</w:t>
            </w:r>
          </w:p>
        </w:tc>
      </w:tr>
      <w:tr w:rsidR="00013638" w:rsidRPr="00D54525" w14:paraId="20EA3F6B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BA533B5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15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BBD8CBC" w14:textId="77777777" w:rsidR="00013638" w:rsidRPr="00D54525" w:rsidRDefault="00013638" w:rsidP="00013638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Врезные нагреватели типа НФ (пожарные резервуары) мощностью </w:t>
            </w:r>
            <w:r w:rsidRPr="00D54525">
              <w:rPr>
                <w:rFonts w:ascii="Times New Roman" w:eastAsia="Times New Roman" w:hAnsi="Times New Roman"/>
              </w:rPr>
              <w:t>4кВт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1CCC3F0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785BE81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</w:t>
            </w:r>
          </w:p>
        </w:tc>
      </w:tr>
      <w:tr w:rsidR="00013638" w:rsidRPr="00D54525" w14:paraId="4C5A4F44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58FBC91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16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641F892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Тепловая завеса с электродвигателем, Р = 22 кВт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BE9B01D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F160F6B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6</w:t>
            </w:r>
          </w:p>
        </w:tc>
      </w:tr>
      <w:tr w:rsidR="00013638" w:rsidRPr="00D54525" w14:paraId="094E3C5D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F9FC3E9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17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F2BA42C" w14:textId="46DCBB1B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Кабельные линии КЛ-0,4 кВ общей протяженностью – 1,2 км. 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84626B7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64828B3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CA5F17" w:rsidRPr="00D54525" w14:paraId="2D153DA8" w14:textId="77777777" w:rsidTr="00D54525">
        <w:tc>
          <w:tcPr>
            <w:tcW w:w="9825" w:type="dxa"/>
            <w:gridSpan w:val="4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74B414F" w14:textId="75054279" w:rsidR="00CA5F17" w:rsidRPr="00D54525" w:rsidRDefault="00CA5F17" w:rsidP="00CA5F17">
            <w:pPr>
              <w:rPr>
                <w:rFonts w:ascii="Times New Roman" w:eastAsia="Times New Roman" w:hAnsi="Times New Roman"/>
                <w:b/>
                <w:bCs/>
              </w:rPr>
            </w:pPr>
            <w:r w:rsidRPr="00D54525">
              <w:rPr>
                <w:rFonts w:ascii="Times New Roman" w:eastAsia="Times New Roman" w:hAnsi="Times New Roman"/>
                <w:b/>
                <w:bCs/>
              </w:rPr>
              <w:t>Обустройство месторождения (сети связи).</w:t>
            </w:r>
          </w:p>
        </w:tc>
      </w:tr>
      <w:tr w:rsidR="00013638" w:rsidRPr="00D54525" w14:paraId="7E6C112B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96E6D64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C67523F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Комплектная трансформаторная подстанция наружной установки с масляным трансформатором мощность 25 кВа, на номинальное напряжение сторона ВН-6 кВ, сторона НН- 0,4 кВ, с воздушным вводом ВН и кабельным выводом НН КТПН-25/6/0,4 кВ УХЛ-1– «Ретранслятор-1» и «Ретранслятор-2» - 2 к-та.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2CB0836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206EAD7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013638" w:rsidRPr="00D54525" w14:paraId="5310C8B5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2DBA160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ECA9201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Кабель силовой круглый с медными жилами с изоляцией и оболочкой из ПХВ пониженной горючести, с заполнен, бронир. на1 кВ ВБбШвнг - 5х4 мм2 - 0,045 км.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C4FF7B3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2DE3E81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013638" w:rsidRPr="00D54525" w14:paraId="1EC8E668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5F0ACAF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D1D82C0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Втулка для защиты изоляции кабелей от механических повреждении об острые кромки торцов труб В42 УХЛ1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02DDD09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A858193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</w:t>
            </w:r>
          </w:p>
        </w:tc>
      </w:tr>
      <w:tr w:rsidR="00013638" w:rsidRPr="00D54525" w14:paraId="6B29B241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C3BDCE1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F9566F3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Провод для заземления медный гиб, с ПХВ изоляцией ПВ-3-1х16 мм - 0,006 км.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19B4F7E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E457F19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013638" w:rsidRPr="00D54525" w14:paraId="672CD7C2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9A84F17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8EEF95B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Провод для медный гибкий неизолированный, для заземления брони кабелей сечением – 1х6 мм2 марки МГ - 0,002 км.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2E0BCEC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2BC91AA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013638" w:rsidRPr="00D54525" w14:paraId="0DBF6EA4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E5E25BD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CDA8B98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Наконечник кабельный медн, для кабелей с медными жилами сеч 4 мм2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72A0815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284DA82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20</w:t>
            </w:r>
          </w:p>
        </w:tc>
      </w:tr>
      <w:tr w:rsidR="00013638" w:rsidRPr="00D54525" w14:paraId="2B31483F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4045303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4F14DDE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Сталь полосовая 4х40 мм Ст3псб, - 0,005 км.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84504D5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AD72848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013638" w:rsidRPr="00D54525" w14:paraId="3B1B7BCF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CAD568E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0DE4BDE" w14:textId="42311184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Сталь полосовая 4х25 мм Ст3псб, - 0,03 км. 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B116C06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669FCFE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CA5F17" w:rsidRPr="00D54525" w14:paraId="70C5853D" w14:textId="77777777" w:rsidTr="00D54525">
        <w:tc>
          <w:tcPr>
            <w:tcW w:w="9825" w:type="dxa"/>
            <w:gridSpan w:val="4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308B99D" w14:textId="349C9F68" w:rsidR="00CA5F17" w:rsidRPr="00D54525" w:rsidRDefault="00CA5F17" w:rsidP="00CA5F17">
            <w:pPr>
              <w:rPr>
                <w:rFonts w:ascii="Times New Roman" w:eastAsia="Times New Roman" w:hAnsi="Times New Roman"/>
                <w:b/>
                <w:bCs/>
              </w:rPr>
            </w:pPr>
            <w:r w:rsidRPr="00D54525">
              <w:rPr>
                <w:rFonts w:ascii="Times New Roman" w:eastAsia="Times New Roman" w:hAnsi="Times New Roman"/>
                <w:b/>
                <w:bCs/>
              </w:rPr>
              <w:t>Площадка ДНС (инженерные сети).</w:t>
            </w:r>
          </w:p>
        </w:tc>
      </w:tr>
      <w:tr w:rsidR="00013638" w:rsidRPr="00D54525" w14:paraId="639776BD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8697E61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2222255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Ящик управления освещением, </w:t>
            </w:r>
            <w:r w:rsidRPr="00D54525">
              <w:rPr>
                <w:rFonts w:ascii="Times New Roman" w:eastAsia="Times New Roman" w:hAnsi="Times New Roman"/>
              </w:rPr>
              <w:t>IP</w:t>
            </w:r>
            <w:r w:rsidRPr="00D54525">
              <w:rPr>
                <w:rFonts w:ascii="Times New Roman" w:eastAsia="Times New Roman" w:hAnsi="Times New Roman"/>
                <w:lang w:val="ru-RU"/>
              </w:rPr>
              <w:t xml:space="preserve">54, </w:t>
            </w:r>
            <w:r w:rsidRPr="00D54525">
              <w:rPr>
                <w:rFonts w:ascii="Times New Roman" w:eastAsia="Times New Roman" w:hAnsi="Times New Roman"/>
              </w:rPr>
              <w:t>I</w:t>
            </w:r>
            <w:r w:rsidRPr="00D54525">
              <w:rPr>
                <w:rFonts w:ascii="Times New Roman" w:eastAsia="Times New Roman" w:hAnsi="Times New Roman"/>
                <w:lang w:val="ru-RU"/>
              </w:rPr>
              <w:t xml:space="preserve"> ном- 80А, ЯУО9602-3974У3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28C0194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025576A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013638" w:rsidRPr="00D54525" w14:paraId="38BC5EF0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4B32CF7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8D0E6AF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Устройство комплектное низковольтное управления и распределения энергии с рубильником, навесной </w:t>
            </w:r>
            <w:r w:rsidRPr="00D54525">
              <w:rPr>
                <w:rFonts w:ascii="Times New Roman" w:eastAsia="Times New Roman" w:hAnsi="Times New Roman"/>
              </w:rPr>
              <w:t>I</w:t>
            </w:r>
            <w:r w:rsidRPr="00D54525">
              <w:rPr>
                <w:rFonts w:ascii="Times New Roman" w:eastAsia="Times New Roman" w:hAnsi="Times New Roman"/>
                <w:lang w:val="ru-RU"/>
              </w:rPr>
              <w:t xml:space="preserve">ном= 100А, 660В,50Гц, РУСМВ103 УХЛ1-32ОА - 5 шт. Коробка зажимов, взрывозащищенная, для соединения и разветвления гибких и бронированных кабелей </w:t>
            </w:r>
            <w:r w:rsidRPr="00D54525">
              <w:rPr>
                <w:rFonts w:ascii="Times New Roman" w:eastAsia="Times New Roman" w:hAnsi="Times New Roman"/>
              </w:rPr>
              <w:t>IP</w:t>
            </w:r>
            <w:r w:rsidRPr="00D54525">
              <w:rPr>
                <w:rFonts w:ascii="Times New Roman" w:eastAsia="Times New Roman" w:hAnsi="Times New Roman"/>
                <w:lang w:val="ru-RU"/>
              </w:rPr>
              <w:t xml:space="preserve">65, температура окружающего воздуха от – 60 до + 50Сº </w:t>
            </w:r>
            <w:r w:rsidRPr="00D54525">
              <w:rPr>
                <w:rFonts w:ascii="Times New Roman" w:eastAsia="Times New Roman" w:hAnsi="Times New Roman"/>
              </w:rPr>
              <w:t>I</w:t>
            </w:r>
            <w:r w:rsidRPr="00D54525">
              <w:rPr>
                <w:rFonts w:ascii="Times New Roman" w:eastAsia="Times New Roman" w:hAnsi="Times New Roman"/>
                <w:lang w:val="ru-RU"/>
              </w:rPr>
              <w:t>ном= 71А, 2Ехв</w:t>
            </w:r>
            <w:r w:rsidRPr="00D54525">
              <w:rPr>
                <w:rFonts w:ascii="Times New Roman" w:eastAsia="Times New Roman" w:hAnsi="Times New Roman"/>
              </w:rPr>
              <w:t>I</w:t>
            </w:r>
            <w:r w:rsidRPr="00D54525">
              <w:rPr>
                <w:rFonts w:ascii="Times New Roman" w:eastAsia="Times New Roman" w:hAnsi="Times New Roman"/>
                <w:lang w:val="ru-RU"/>
              </w:rPr>
              <w:t>Т5, КЗП5-71/30П- (ВК-42) х2(А)-(ВК-30)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12E9114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2808D60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013638" w:rsidRPr="00D54525" w14:paraId="4A39DFDD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D92E678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7A055CB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Коробка зажимов, взрывозащищенная, для соединения и разветвления гибких и бронированных кабелей </w:t>
            </w:r>
            <w:r w:rsidRPr="00D54525">
              <w:rPr>
                <w:rFonts w:ascii="Times New Roman" w:eastAsia="Times New Roman" w:hAnsi="Times New Roman"/>
              </w:rPr>
              <w:t>IP</w:t>
            </w:r>
            <w:r w:rsidRPr="00D54525">
              <w:rPr>
                <w:rFonts w:ascii="Times New Roman" w:eastAsia="Times New Roman" w:hAnsi="Times New Roman"/>
                <w:lang w:val="ru-RU"/>
              </w:rPr>
              <w:t xml:space="preserve">65, температура окружающего воздуха от – 60 до + 50Сº </w:t>
            </w:r>
            <w:r w:rsidRPr="00D54525">
              <w:rPr>
                <w:rFonts w:ascii="Times New Roman" w:eastAsia="Times New Roman" w:hAnsi="Times New Roman"/>
              </w:rPr>
              <w:t>I</w:t>
            </w:r>
            <w:r w:rsidRPr="00D54525">
              <w:rPr>
                <w:rFonts w:ascii="Times New Roman" w:eastAsia="Times New Roman" w:hAnsi="Times New Roman"/>
                <w:lang w:val="ru-RU"/>
              </w:rPr>
              <w:t>ном= 41А, 2Ехв</w:t>
            </w:r>
            <w:r w:rsidRPr="00D54525">
              <w:rPr>
                <w:rFonts w:ascii="Times New Roman" w:eastAsia="Times New Roman" w:hAnsi="Times New Roman"/>
              </w:rPr>
              <w:t>I</w:t>
            </w:r>
            <w:r w:rsidRPr="00D54525">
              <w:rPr>
                <w:rFonts w:ascii="Times New Roman" w:eastAsia="Times New Roman" w:hAnsi="Times New Roman"/>
                <w:lang w:val="ru-RU"/>
              </w:rPr>
              <w:t>Т5, КЗП2-41/15П- (ВК-30) х1 (А)-(ВК-30)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D084288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0ED49ED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013638" w:rsidRPr="00D54525" w14:paraId="2E5A9608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94E082A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19BF5CC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Прожектор для натриевых ламп ДНаТ, </w:t>
            </w:r>
            <w:r w:rsidRPr="00D54525">
              <w:rPr>
                <w:rFonts w:ascii="Times New Roman" w:eastAsia="Times New Roman" w:hAnsi="Times New Roman"/>
              </w:rPr>
              <w:t>IP</w:t>
            </w:r>
            <w:r w:rsidRPr="00D54525">
              <w:rPr>
                <w:rFonts w:ascii="Times New Roman" w:eastAsia="Times New Roman" w:hAnsi="Times New Roman"/>
                <w:lang w:val="ru-RU"/>
              </w:rPr>
              <w:t>54, ЖО- 04-400-01-ХЛ1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73151F9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A22A682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21</w:t>
            </w:r>
          </w:p>
        </w:tc>
      </w:tr>
      <w:tr w:rsidR="00013638" w:rsidRPr="00D54525" w14:paraId="4811EE06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43A6B59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035293F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Пост управления кнопочный взрывозащищенный </w:t>
            </w:r>
            <w:r w:rsidRPr="00D54525">
              <w:rPr>
                <w:rFonts w:ascii="Times New Roman" w:eastAsia="Times New Roman" w:hAnsi="Times New Roman"/>
              </w:rPr>
              <w:t>I</w:t>
            </w:r>
            <w:r w:rsidRPr="00D54525">
              <w:rPr>
                <w:rFonts w:ascii="Times New Roman" w:eastAsia="Times New Roman" w:hAnsi="Times New Roman"/>
                <w:lang w:val="ru-RU"/>
              </w:rPr>
              <w:t xml:space="preserve">ном=10А, </w:t>
            </w:r>
            <w:r w:rsidRPr="00D54525">
              <w:rPr>
                <w:rFonts w:ascii="Times New Roman" w:eastAsia="Times New Roman" w:hAnsi="Times New Roman"/>
              </w:rPr>
              <w:t>IP</w:t>
            </w:r>
            <w:r w:rsidRPr="00D54525">
              <w:rPr>
                <w:rFonts w:ascii="Times New Roman" w:eastAsia="Times New Roman" w:hAnsi="Times New Roman"/>
                <w:lang w:val="ru-RU"/>
              </w:rPr>
              <w:t>65, ПВК-15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27C2FA8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13CE45E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013638" w:rsidRPr="00D54525" w14:paraId="12DAC253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2E5411B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FFF9C59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Лампа натриевая высокого давления 400 Вт, марки ДНаТ-400-6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C1DDFC4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11E4F73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21</w:t>
            </w:r>
          </w:p>
        </w:tc>
      </w:tr>
      <w:tr w:rsidR="00013638" w:rsidRPr="00D54525" w14:paraId="23582D08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D5DB1EE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E7FF81D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Кабель контрольный с медными жилами с изоляцией и оболочкой из ПХВ пластиката пониженной горючести, </w:t>
            </w:r>
            <w:r w:rsidRPr="00D54525">
              <w:rPr>
                <w:rFonts w:ascii="Times New Roman" w:eastAsia="Times New Roman" w:hAnsi="Times New Roman"/>
              </w:rPr>
              <w:t>U</w:t>
            </w:r>
            <w:r w:rsidRPr="00D54525">
              <w:rPr>
                <w:rFonts w:ascii="Times New Roman" w:eastAsia="Times New Roman" w:hAnsi="Times New Roman"/>
                <w:lang w:val="ru-RU"/>
              </w:rPr>
              <w:t>- 0,66 кВ, марки КВВГнг-4х2,5 мм2 - 0,040 км.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E5E45BA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1A5DE91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013638" w:rsidRPr="00D54525" w14:paraId="42D4060C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8C442E8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C477E31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Кабель силовой с медными жилами с изоляцией и оболочкой из ПХВ пластиката понижен. горючести, бронированный, </w:t>
            </w:r>
            <w:r w:rsidRPr="00D54525">
              <w:rPr>
                <w:rFonts w:ascii="Times New Roman" w:eastAsia="Times New Roman" w:hAnsi="Times New Roman"/>
              </w:rPr>
              <w:t>U</w:t>
            </w:r>
            <w:r w:rsidRPr="00D54525">
              <w:rPr>
                <w:rFonts w:ascii="Times New Roman" w:eastAsia="Times New Roman" w:hAnsi="Times New Roman"/>
                <w:lang w:val="ru-RU"/>
              </w:rPr>
              <w:t>-1 кВ, марки ВБбШвнг-5х4 мм2 - 0,110 км.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DC11BAF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44FC20B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013638" w:rsidRPr="00D54525" w14:paraId="25A401E0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AF8E355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9362014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Кабель силовой с медными жилами с изоляцией и оболочкой из ПХВ пластиката понижен. горючести, бронированный, </w:t>
            </w:r>
            <w:r w:rsidRPr="00D54525">
              <w:rPr>
                <w:rFonts w:ascii="Times New Roman" w:eastAsia="Times New Roman" w:hAnsi="Times New Roman"/>
              </w:rPr>
              <w:t>U</w:t>
            </w:r>
            <w:r w:rsidRPr="00D54525">
              <w:rPr>
                <w:rFonts w:ascii="Times New Roman" w:eastAsia="Times New Roman" w:hAnsi="Times New Roman"/>
                <w:lang w:val="ru-RU"/>
              </w:rPr>
              <w:t>-1 кВ, марки ВБбШвнг-5х6 мм2 - 0,272 км.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C795DD5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711818E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013638" w:rsidRPr="00D54525" w14:paraId="427C919C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FE8A753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B67D06D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Кабель силовой с медными жилами с изоляцией и оболочкой из ПХВ пластиката понижен. горючести, бронированный, </w:t>
            </w:r>
            <w:r w:rsidRPr="00D54525">
              <w:rPr>
                <w:rFonts w:ascii="Times New Roman" w:eastAsia="Times New Roman" w:hAnsi="Times New Roman"/>
              </w:rPr>
              <w:t>U</w:t>
            </w:r>
            <w:r w:rsidRPr="00D54525">
              <w:rPr>
                <w:rFonts w:ascii="Times New Roman" w:eastAsia="Times New Roman" w:hAnsi="Times New Roman"/>
                <w:lang w:val="ru-RU"/>
              </w:rPr>
              <w:t>-1 кВ, марки ВБбШвнг-5х10 мм2 - 0,320 км.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8B3C50F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39B93A9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013638" w:rsidRPr="00D54525" w14:paraId="7E5A1AD3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FEAF7FF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438C1D0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Кабель силовой с медными жилами с изоляцией и оболочкой из ПХВ пластиката понижен. горючести, бронированный, </w:t>
            </w:r>
            <w:r w:rsidRPr="00D54525">
              <w:rPr>
                <w:rFonts w:ascii="Times New Roman" w:eastAsia="Times New Roman" w:hAnsi="Times New Roman"/>
              </w:rPr>
              <w:t>U</w:t>
            </w:r>
            <w:r w:rsidRPr="00D54525">
              <w:rPr>
                <w:rFonts w:ascii="Times New Roman" w:eastAsia="Times New Roman" w:hAnsi="Times New Roman"/>
                <w:lang w:val="ru-RU"/>
              </w:rPr>
              <w:t>-1 кВ, марки ВБбШвнг-5х16 мм2 - 0,035 км.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07009AE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53005C4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013638" w:rsidRPr="00D54525" w14:paraId="6778E7E3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1C40829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12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87A024F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Кабель силовой с медными жилами с изоляцией и оболочкой из ПХВ из поливинилхлоридных композиций, на </w:t>
            </w:r>
            <w:r w:rsidRPr="00D54525">
              <w:rPr>
                <w:rFonts w:ascii="Times New Roman" w:eastAsia="Times New Roman" w:hAnsi="Times New Roman"/>
              </w:rPr>
              <w:t>U</w:t>
            </w:r>
            <w:r w:rsidRPr="00D54525">
              <w:rPr>
                <w:rFonts w:ascii="Times New Roman" w:eastAsia="Times New Roman" w:hAnsi="Times New Roman"/>
                <w:lang w:val="ru-RU"/>
              </w:rPr>
              <w:t>- 1 кВ, марки ВВГнг-5х16 мм2 - 0,010 км.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BB75C61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45FBA40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013638" w:rsidRPr="00D54525" w14:paraId="4E49D642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464E9F9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E70CE9F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Кабель силовой с медными жилами с изоляцией и оболочкой из ПХВ пластиката пониженной горючест на напряжение </w:t>
            </w:r>
            <w:r w:rsidRPr="00D54525">
              <w:rPr>
                <w:rFonts w:ascii="Times New Roman" w:eastAsia="Times New Roman" w:hAnsi="Times New Roman"/>
              </w:rPr>
              <w:t>U</w:t>
            </w:r>
            <w:r w:rsidRPr="00D54525">
              <w:rPr>
                <w:rFonts w:ascii="Times New Roman" w:eastAsia="Times New Roman" w:hAnsi="Times New Roman"/>
                <w:lang w:val="ru-RU"/>
              </w:rPr>
              <w:t>- 1 кВ, марки ВВГнг-5х2,5 мм2 - 0,025 км.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8B38972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AACB287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013638" w:rsidRPr="00D54525" w14:paraId="66207EB4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1AD8D81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A1A3413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Кабель силовой с медными жилами с изоляцией и оболочкой из ПХВ пластиката пониженной горючести на напряжение 1 кВ. марки ВВГнг – 2х1,5 мм2 - 0,020 км.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A4CAF2B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AE8F58A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013638" w:rsidRPr="00D54525" w14:paraId="6195D157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7A9BBDA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15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598425C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Кабель гибкий с медными жилами марки КГ сечением 3х2,5 мм2 - 0,044 км.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D3684B0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F8D0F6D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013638" w:rsidRPr="00D54525" w14:paraId="0100E95E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B8CE37A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16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6FF963C" w14:textId="217A51BF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Провод медный неизолир. гибкий, для заземления брони МГ-1х6 мм2 - 0,010 км. 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633709C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E73F168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CA5F17" w:rsidRPr="00D54525" w14:paraId="334D74F1" w14:textId="77777777" w:rsidTr="00D54525">
        <w:tc>
          <w:tcPr>
            <w:tcW w:w="9825" w:type="dxa"/>
            <w:gridSpan w:val="4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3CD3A96" w14:textId="735C72CF" w:rsidR="00CA5F17" w:rsidRPr="00D54525" w:rsidRDefault="00CA5F17" w:rsidP="00CA5F17">
            <w:pPr>
              <w:rPr>
                <w:rFonts w:ascii="Times New Roman" w:eastAsia="Times New Roman" w:hAnsi="Times New Roman"/>
                <w:b/>
                <w:bCs/>
                <w:lang w:val="ru-RU"/>
              </w:rPr>
            </w:pPr>
            <w:r w:rsidRPr="00D54525">
              <w:rPr>
                <w:rFonts w:ascii="Times New Roman" w:eastAsia="Times New Roman" w:hAnsi="Times New Roman"/>
                <w:b/>
                <w:bCs/>
                <w:lang w:val="ru-RU"/>
              </w:rPr>
              <w:t>Обустройство месторождения (воздушные и кабельные линии электропередач 6-110 кВ).</w:t>
            </w:r>
          </w:p>
        </w:tc>
      </w:tr>
      <w:tr w:rsidR="00013638" w:rsidRPr="00D54525" w14:paraId="086D5B8E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B0572AC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B0CFAD1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Воздушные линии электропередач (2 линии) ВЛ110 кВ от ПС 110/35/6 кВ «Урихтау» до ОРУ-№3; и ОРУ-№4 ТОО «Жанажольская ГТЭС» протяженностью - 8,3 км каждая.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BFEEA18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D678BDB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013638" w:rsidRPr="00D54525" w14:paraId="198F676E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65E07F6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0645D1B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Воздушные нефтепромысловые линии электропередач напряжением 6 кВ общей протяженностью воздушных линии ВЛ- 6 кВ - 17,05 км.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554AE7F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CB7283B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013638" w:rsidRPr="00D54525" w14:paraId="2549388C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D7FB483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73CDF5B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Воздушные линии электропередач напряжением 6 кВ – ЭХЗ (нефтепровод и газопровод) общей протяженностью - 50,5 км.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55170C4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05FC659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013638" w:rsidRPr="00D54525" w14:paraId="555A0A2D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50B2236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72C32CF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Кабельные линии 6 кВ общей протяженностью - 1,4 км.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5A5E3BA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81E16B6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013638" w:rsidRPr="00D54525" w14:paraId="66210769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A4533D1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BE1C01A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Кабельные линии 110 кВ общей протяженностью - 1,8 км.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E9383EE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C391D2C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391E87" w:rsidRPr="00D54525" w14:paraId="3A40BDDE" w14:textId="77777777" w:rsidTr="00B83FBF">
        <w:tc>
          <w:tcPr>
            <w:tcW w:w="9825" w:type="dxa"/>
            <w:gridSpan w:val="4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EE5A03B" w14:textId="3B53DA73" w:rsidR="00391E87" w:rsidRPr="00D54525" w:rsidRDefault="00391E87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391E87">
              <w:rPr>
                <w:rFonts w:ascii="Times New Roman" w:eastAsia="Times New Roman" w:hAnsi="Times New Roman"/>
                <w:b/>
                <w:bCs/>
                <w:lang w:val="ru-RU"/>
              </w:rPr>
              <w:t xml:space="preserve">Перечень объектов нефтяной оторочки.  </w:t>
            </w:r>
          </w:p>
        </w:tc>
      </w:tr>
      <w:tr w:rsidR="00CA5F17" w:rsidRPr="00D54525" w14:paraId="3BABD4A9" w14:textId="77777777" w:rsidTr="00D54525">
        <w:trPr>
          <w:trHeight w:val="806"/>
        </w:trPr>
        <w:tc>
          <w:tcPr>
            <w:tcW w:w="9825" w:type="dxa"/>
            <w:gridSpan w:val="4"/>
            <w:shd w:val="clear" w:color="auto" w:fill="EAF0F8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2BC944F3" w14:textId="77777777" w:rsidR="00CA5F17" w:rsidRPr="00D54525" w:rsidRDefault="00CA5F17" w:rsidP="00CA5F17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b/>
                <w:lang w:val="ru-RU"/>
              </w:rPr>
              <w:t>Перечень электрооборудования нефтяных скважин ВУ-1, ВУ-2,</w:t>
            </w:r>
          </w:p>
          <w:p w14:paraId="6366E11D" w14:textId="77777777" w:rsidR="00CA5F17" w:rsidRPr="00D54525" w:rsidRDefault="00CA5F17" w:rsidP="00CA5F17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b/>
                <w:lang w:val="ru-RU"/>
              </w:rPr>
              <w:t>АГЗУ-4, СОД</w:t>
            </w:r>
          </w:p>
          <w:p w14:paraId="594809C6" w14:textId="7CD6F045" w:rsidR="00CA5F17" w:rsidRPr="00D54525" w:rsidRDefault="00CA5F17" w:rsidP="00CA5F17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b/>
                <w:lang w:val="ru-RU"/>
              </w:rPr>
              <w:t>месторождения Восточный «Урихтау»</w:t>
            </w:r>
          </w:p>
        </w:tc>
      </w:tr>
      <w:tr w:rsidR="00013638" w:rsidRPr="00D54525" w14:paraId="68D403E7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FEFF009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2D8722B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Комплектная трансформаторная подстанция наружной установки с масляным трансформатором мощностью 250 кВА (ВУ-1 и ВУ-2), на номинальное напряжение ВН-6 кВ, сторона НН-0,4 кВ, с воздушным вводом ВН и кабельным выводом НН КТП-250/6/0.4 кВ УХЛ1 нефтяных скважин ВУ-1; ВУ-2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4A0C0DA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к-т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6132DE2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</w:tr>
      <w:tr w:rsidR="00013638" w:rsidRPr="00D54525" w14:paraId="256D2666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8A695BA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9CACE20" w14:textId="77777777" w:rsidR="00013638" w:rsidRPr="00D54525" w:rsidRDefault="00013638" w:rsidP="00013638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Щит распределительный БДР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4525507" w14:textId="39878A11" w:rsidR="00013638" w:rsidRPr="0086614A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</w:rPr>
              <w:t>компл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594B83F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</w:tr>
      <w:tr w:rsidR="00013638" w:rsidRPr="00D54525" w14:paraId="58E7617C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766E4E7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168678D" w14:textId="77777777" w:rsidR="00013638" w:rsidRPr="00D54525" w:rsidRDefault="00013638" w:rsidP="00013638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Шкаф ШАУР (электрообогрев)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D59932B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06FB7B6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</w:tr>
      <w:tr w:rsidR="00013638" w:rsidRPr="00D54525" w14:paraId="5751CF9A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F93BDDF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1E7E191" w14:textId="77777777" w:rsidR="00013638" w:rsidRPr="00D54525" w:rsidRDefault="00013638" w:rsidP="00013638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Шкаф распределительный ШРН №1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7C52B13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21268F8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</w:tr>
      <w:tr w:rsidR="00013638" w:rsidRPr="00D54525" w14:paraId="496AE777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8963B28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668632B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Наружное освещение прожекторная мачта с молниеотводом высотой Н= 24,3 метра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DB1495A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557EEA3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</w:tr>
      <w:tr w:rsidR="00013638" w:rsidRPr="00D54525" w14:paraId="5E42E740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53E8AA3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B5950DA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Прожекторы марки ЖО-04-400-001 с лампами ДНАТ-400-6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C7F9987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631C442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</w:t>
            </w:r>
          </w:p>
        </w:tc>
      </w:tr>
      <w:tr w:rsidR="00013638" w:rsidRPr="00D54525" w14:paraId="57A675AF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7AE62D5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8126464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Отдельно стоящий молниеотвод высотой Н= 24,3 метра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4A21018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850324D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</w:t>
            </w:r>
          </w:p>
        </w:tc>
      </w:tr>
      <w:tr w:rsidR="00013638" w:rsidRPr="00D54525" w14:paraId="7571D6B1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7FD9FE1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7EB4465" w14:textId="77777777" w:rsidR="00013638" w:rsidRPr="00D54525" w:rsidRDefault="00013638" w:rsidP="00013638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Дизельная электростанция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7AB9F60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E0DE0B1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</w:t>
            </w:r>
          </w:p>
        </w:tc>
      </w:tr>
      <w:tr w:rsidR="00013638" w:rsidRPr="00D54525" w14:paraId="00C64174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B462FD3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EA57E4E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Низковольтное комплектное устройство НКУ- 0,4 кВ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DEB4934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6644C0B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</w:t>
            </w:r>
          </w:p>
        </w:tc>
      </w:tr>
      <w:tr w:rsidR="00013638" w:rsidRPr="00D54525" w14:paraId="39E635DF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0C9B191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4ADEAE1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Заземление оборудования нефтяной скважины согласно проекта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F18B1EB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16E920F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</w:tr>
      <w:tr w:rsidR="00013638" w:rsidRPr="00D54525" w14:paraId="6952A0AD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FAD7F8E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E0358BB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Устройство для заземления автоцистерн УЗА-2МКО06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16FD838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AC6D7D3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</w:t>
            </w:r>
          </w:p>
        </w:tc>
      </w:tr>
      <w:tr w:rsidR="00013638" w:rsidRPr="00D54525" w14:paraId="0DB1DF8F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1EB03C3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12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FFC0D6E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Разъединитель РЛНД-1 -10Б/400 УХЛ1 с приводом ПР-2 УХЛ-1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39C1AA4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6B6CBB5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</w:t>
            </w:r>
          </w:p>
        </w:tc>
      </w:tr>
      <w:tr w:rsidR="00013638" w:rsidRPr="00D54525" w14:paraId="1BC4AAE9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BDA2DA3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C15CB5C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ВЛ-6 кВ сталеалюминевым проводом сечением АС- 95 мм2 - 6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B278014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м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569829D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040</w:t>
            </w:r>
          </w:p>
        </w:tc>
      </w:tr>
      <w:tr w:rsidR="00013638" w:rsidRPr="00D54525" w14:paraId="1DD7C45C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2DD795F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5860B59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Железобетонные опоры марки СНВС-110 согласно проекта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26E4D5E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C9AE88A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013638" w:rsidRPr="00D54525" w14:paraId="15C2ABCF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994C92C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15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BF68F53" w14:textId="77777777" w:rsidR="00013638" w:rsidRPr="00D54525" w:rsidRDefault="00013638" w:rsidP="00013638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АГЗУ совмещенная с БДР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CE54430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к-т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275A188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013638" w:rsidRPr="00D54525" w14:paraId="497168DC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845F006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16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E160F7D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Комплектная трансформаторная подстанция наружной установки с масляным трансформатором мощностью 400 кВА, на номинальное напряжение ВН-6 кВ, сторона НН-0,4 кВ, с воздушным вводом ВН и кабельным выводом НН КТП-400/6/0.4 кВ УХЛ1 - АГЗУ-4 СОД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F5D0B2D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к-т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F826BE0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013638" w:rsidRPr="00D54525" w14:paraId="2180F2A9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ED09CC3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17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41A9A57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Устьевой подогреватель нефти (печь подогрева нефти) с пускозащитной аппаратурой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B9FC99B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C061C85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</w:t>
            </w:r>
          </w:p>
        </w:tc>
      </w:tr>
      <w:tr w:rsidR="00013638" w:rsidRPr="00D54525" w14:paraId="76848DCB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AE9F6CA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18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CAD8278" w14:textId="4E344848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Резервные дизельные электростанции с пускозащитной аппаратурой – 3 компл. 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772FC67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149C7D9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CA5F17" w:rsidRPr="00D54525" w14:paraId="00C40FC3" w14:textId="77777777" w:rsidTr="00D54525">
        <w:tc>
          <w:tcPr>
            <w:tcW w:w="9825" w:type="dxa"/>
            <w:gridSpan w:val="4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E4A3AF0" w14:textId="5D1380D3" w:rsidR="00CA5F17" w:rsidRPr="00D54525" w:rsidRDefault="00CA5F17" w:rsidP="00CA5F17">
            <w:pPr>
              <w:rPr>
                <w:rFonts w:ascii="Times New Roman" w:eastAsia="Times New Roman" w:hAnsi="Times New Roman"/>
                <w:b/>
                <w:bCs/>
                <w:lang w:val="ru-RU"/>
              </w:rPr>
            </w:pPr>
            <w:r w:rsidRPr="00D54525">
              <w:rPr>
                <w:rFonts w:ascii="Times New Roman" w:eastAsia="Times New Roman" w:hAnsi="Times New Roman"/>
                <w:b/>
                <w:bCs/>
                <w:lang w:val="ru-RU"/>
              </w:rPr>
              <w:t xml:space="preserve">Нефтяные скважины №№ ВУ-3, ВУ-4, </w:t>
            </w:r>
            <w:r w:rsidR="0086614A" w:rsidRPr="00D54525">
              <w:rPr>
                <w:rFonts w:ascii="Times New Roman" w:eastAsia="Times New Roman" w:hAnsi="Times New Roman"/>
                <w:b/>
                <w:bCs/>
                <w:lang w:val="ru-RU"/>
              </w:rPr>
              <w:t>ВУ-</w:t>
            </w:r>
            <w:r w:rsidR="0086614A">
              <w:rPr>
                <w:rFonts w:ascii="Times New Roman" w:eastAsia="Times New Roman" w:hAnsi="Times New Roman"/>
                <w:b/>
                <w:bCs/>
                <w:lang w:val="ru-RU"/>
              </w:rPr>
              <w:t>5,</w:t>
            </w:r>
            <w:r w:rsidRPr="00D54525">
              <w:rPr>
                <w:rFonts w:ascii="Times New Roman" w:eastAsia="Times New Roman" w:hAnsi="Times New Roman"/>
                <w:b/>
                <w:bCs/>
                <w:lang w:val="ru-RU"/>
              </w:rPr>
              <w:t>ВУ-6, ВУ-7</w:t>
            </w:r>
            <w:r w:rsidR="0086614A">
              <w:rPr>
                <w:rFonts w:ascii="Times New Roman" w:eastAsia="Times New Roman" w:hAnsi="Times New Roman"/>
                <w:b/>
                <w:bCs/>
                <w:lang w:val="ru-RU"/>
              </w:rPr>
              <w:t xml:space="preserve">, </w:t>
            </w:r>
            <w:r w:rsidRPr="00D54525">
              <w:rPr>
                <w:rFonts w:ascii="Times New Roman" w:eastAsia="Times New Roman" w:hAnsi="Times New Roman"/>
                <w:b/>
                <w:bCs/>
                <w:lang w:val="ru-RU"/>
              </w:rPr>
              <w:t>ВУ-8</w:t>
            </w:r>
            <w:r w:rsidR="0086614A">
              <w:rPr>
                <w:rFonts w:ascii="Times New Roman" w:eastAsia="Times New Roman" w:hAnsi="Times New Roman"/>
                <w:b/>
                <w:bCs/>
                <w:lang w:val="ru-RU"/>
              </w:rPr>
              <w:t xml:space="preserve">, </w:t>
            </w:r>
            <w:r w:rsidR="0086614A" w:rsidRPr="00D54525">
              <w:rPr>
                <w:rFonts w:ascii="Times New Roman" w:eastAsia="Times New Roman" w:hAnsi="Times New Roman"/>
                <w:b/>
                <w:bCs/>
                <w:lang w:val="ru-RU"/>
              </w:rPr>
              <w:t>ВУ-</w:t>
            </w:r>
            <w:r w:rsidR="0086614A">
              <w:rPr>
                <w:rFonts w:ascii="Times New Roman" w:eastAsia="Times New Roman" w:hAnsi="Times New Roman"/>
                <w:b/>
                <w:bCs/>
                <w:lang w:val="ru-RU"/>
              </w:rPr>
              <w:t xml:space="preserve">9 и </w:t>
            </w:r>
            <w:r w:rsidR="0086614A" w:rsidRPr="00D54525">
              <w:rPr>
                <w:rFonts w:ascii="Times New Roman" w:eastAsia="Times New Roman" w:hAnsi="Times New Roman"/>
                <w:b/>
                <w:bCs/>
                <w:lang w:val="ru-RU"/>
              </w:rPr>
              <w:t>ВУ-</w:t>
            </w:r>
            <w:r w:rsidR="0086614A">
              <w:rPr>
                <w:rFonts w:ascii="Times New Roman" w:eastAsia="Times New Roman" w:hAnsi="Times New Roman"/>
                <w:b/>
                <w:bCs/>
                <w:lang w:val="ru-RU"/>
              </w:rPr>
              <w:t>10</w:t>
            </w:r>
          </w:p>
        </w:tc>
      </w:tr>
      <w:tr w:rsidR="00013638" w:rsidRPr="00D54525" w14:paraId="53AEC073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640AD44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A43E1BF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Комплектная однотрансформаторная подстанция типа КТПН 25/6/0,4 кВ УХЛ-1 наружной установки (тупиковая) с масляным трансформатором 25 кВа согласно опросного листа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9382045" w14:textId="5041F558" w:rsidR="00013638" w:rsidRPr="0086614A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</w:rPr>
              <w:t>компл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93AE6A3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5</w:t>
            </w:r>
          </w:p>
        </w:tc>
      </w:tr>
      <w:tr w:rsidR="00013638" w:rsidRPr="00D54525" w14:paraId="2EE46F7A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219CF52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3336AEF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Станция фонтанной арматуры (СУФА) эл. оборудование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69A2D43" w14:textId="0D6E10E1" w:rsidR="00013638" w:rsidRPr="0086614A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</w:rPr>
              <w:t>компл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3C74666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5</w:t>
            </w:r>
          </w:p>
        </w:tc>
      </w:tr>
      <w:tr w:rsidR="00013638" w:rsidRPr="00D54525" w14:paraId="1FDBB4BD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C956C8C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B71E670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Резервные дизельные электростанции с пускозащитной аппаратурой и АВР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BA23DA4" w14:textId="528A4E65" w:rsidR="00013638" w:rsidRPr="0086614A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</w:rPr>
              <w:t>компл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A238615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5</w:t>
            </w:r>
          </w:p>
        </w:tc>
      </w:tr>
      <w:tr w:rsidR="00013638" w:rsidRPr="00D54525" w14:paraId="7D6F0705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AB179B8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597777D" w14:textId="77777777" w:rsidR="00013638" w:rsidRPr="00D54525" w:rsidRDefault="00013638" w:rsidP="00013638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Щит распределительный БДР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ECFC29C" w14:textId="1EEE5D8C" w:rsidR="00013638" w:rsidRPr="0086614A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</w:rPr>
              <w:t>компл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369D076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5</w:t>
            </w:r>
          </w:p>
        </w:tc>
      </w:tr>
      <w:tr w:rsidR="00013638" w:rsidRPr="00D54525" w14:paraId="1BB3B30F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76D47F3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66DF5F1" w14:textId="77777777" w:rsidR="00013638" w:rsidRPr="00D54525" w:rsidRDefault="00013638" w:rsidP="00013638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Шкаф ШАУР (электрообогрев)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380EF06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45E962A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5</w:t>
            </w:r>
          </w:p>
        </w:tc>
      </w:tr>
      <w:tr w:rsidR="00013638" w:rsidRPr="00D54525" w14:paraId="5F83FA38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7E90C35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2862B37" w14:textId="77777777" w:rsidR="00013638" w:rsidRPr="00D54525" w:rsidRDefault="00013638" w:rsidP="00013638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Шкаф распределительный ШРН №1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034AE48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00EB6B4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5</w:t>
            </w:r>
          </w:p>
        </w:tc>
      </w:tr>
      <w:tr w:rsidR="00013638" w:rsidRPr="00D54525" w14:paraId="10B2F97A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5232696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08C2615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Наружное освещение прожекторная мачта с молниеотводом высотой Н= 24,3 метра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B9DA215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95FF126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5</w:t>
            </w:r>
          </w:p>
        </w:tc>
      </w:tr>
      <w:tr w:rsidR="00013638" w:rsidRPr="00D54525" w14:paraId="583C38AE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D19796A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553A4E9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Прожекторы марки ЖО-04-400-001 с лампами ДНАТ-400-6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4EA4A79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B37D6E6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12</w:t>
            </w:r>
          </w:p>
        </w:tc>
      </w:tr>
      <w:tr w:rsidR="00013638" w:rsidRPr="00D54525" w14:paraId="254611B3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9574042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348DDAC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Отдельно стоящий молниеотвод высотой Н= 24,3 метра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D6CE414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576AFE1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5</w:t>
            </w:r>
          </w:p>
        </w:tc>
      </w:tr>
      <w:tr w:rsidR="00013638" w:rsidRPr="00D54525" w14:paraId="0E16A59A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C21B408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4044CA2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Низковольтное комплектное устройство НКУ- 0,4 кВ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3FC9F65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D7BB689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5</w:t>
            </w:r>
          </w:p>
        </w:tc>
      </w:tr>
      <w:tr w:rsidR="00013638" w:rsidRPr="00D54525" w14:paraId="35B6D8BB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5DBB3EE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89260AB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Заземление оборудования нефтяной скважины согласно проекта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293443C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6AD698B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5</w:t>
            </w:r>
          </w:p>
        </w:tc>
      </w:tr>
      <w:tr w:rsidR="00013638" w:rsidRPr="00D54525" w14:paraId="320794E3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2A5529A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12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B5EC186" w14:textId="77777777" w:rsidR="00013638" w:rsidRPr="00D54525" w:rsidRDefault="00013638" w:rsidP="00013638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Разъединитель трехполюсный РЛНД-400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D331AE1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C9B047B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5</w:t>
            </w:r>
          </w:p>
        </w:tc>
      </w:tr>
      <w:tr w:rsidR="00013638" w:rsidRPr="00D54525" w14:paraId="6ABBA38D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7E796C3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A8FAFED" w14:textId="77777777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ВЛ-6 кВ сталеалюминевым проводом сечением АС- 95 мм2 - 6,8 км.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55CDEF4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6E217E6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013638" w:rsidRPr="00D54525" w14:paraId="723DA34A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B7E3FA0" w14:textId="77777777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6C4C075" w14:textId="77777777" w:rsidR="00CA5F17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Кабель силовой круглый с медными жилами с изоляцией и оболочкой из ПХВ пониженной горючести с заполнением, бронированный на напряжение 1 кВ марки </w:t>
            </w:r>
          </w:p>
          <w:p w14:paraId="09CD9CF0" w14:textId="77777777" w:rsidR="00CA5F17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ВВГнг – 5х10 мм2 - 120 м. </w:t>
            </w:r>
          </w:p>
          <w:p w14:paraId="1807854B" w14:textId="77777777" w:rsidR="00CA5F17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ВБбшвнг – 3х2,5мм2 - 800 м. </w:t>
            </w:r>
          </w:p>
          <w:p w14:paraId="29BDC369" w14:textId="77777777" w:rsidR="00CA5F17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ВБбшвнг - 3х4 мм2 - 1550 м. </w:t>
            </w:r>
          </w:p>
          <w:p w14:paraId="0CE76566" w14:textId="77777777" w:rsidR="00CA5F17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ВБбшвнг - 3х6 мм2 - 1200 м. </w:t>
            </w:r>
          </w:p>
          <w:p w14:paraId="6C831CA1" w14:textId="77777777" w:rsidR="00CA5F17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ВБбшвнг - 5х6 мм2 - 350 м. </w:t>
            </w:r>
          </w:p>
          <w:p w14:paraId="755BAA13" w14:textId="3BFF12FA" w:rsidR="00013638" w:rsidRPr="00D54525" w:rsidRDefault="00013638" w:rsidP="00013638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ВБбшвнг - 5х10 мм2</w:t>
            </w:r>
            <w:r w:rsidR="00CA5F17" w:rsidRPr="00D54525">
              <w:rPr>
                <w:rFonts w:ascii="Times New Roman" w:eastAsia="Times New Roman" w:hAnsi="Times New Roman"/>
                <w:lang w:val="ru-RU"/>
              </w:rPr>
              <w:t>-105м.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89889A5" w14:textId="4DF35608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EE56AC3" w14:textId="4387DB42" w:rsidR="00013638" w:rsidRPr="00D54525" w:rsidRDefault="00013638" w:rsidP="00013638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CA5F17" w:rsidRPr="00D54525" w14:paraId="4C4557C9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1AE2FD0" w14:textId="77777777" w:rsidR="00CA5F17" w:rsidRPr="00D54525" w:rsidRDefault="00CA5F17" w:rsidP="00CA5F17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15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26D27FC" w14:textId="54616828" w:rsidR="00CA5F17" w:rsidRPr="006F4CD5" w:rsidRDefault="00CA5F17" w:rsidP="002E68F9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Устьевой подогреватель нефти (печь подогрева нефти) с пускозащитной аппаратурой 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0A3DE31" w14:textId="7E5D3205" w:rsidR="00CA5F17" w:rsidRPr="00D54525" w:rsidRDefault="00CA5F17" w:rsidP="00CA5F17">
            <w:pPr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98FCA00" w14:textId="4EE26A52" w:rsidR="00CA5F17" w:rsidRPr="00D54525" w:rsidRDefault="00CA5F17" w:rsidP="00CA5F17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3</w:t>
            </w:r>
          </w:p>
        </w:tc>
      </w:tr>
      <w:tr w:rsidR="00CA5F17" w:rsidRPr="00D54525" w14:paraId="421D4104" w14:textId="77777777" w:rsidTr="00D54525">
        <w:trPr>
          <w:trHeight w:val="538"/>
        </w:trPr>
        <w:tc>
          <w:tcPr>
            <w:tcW w:w="9825" w:type="dxa"/>
            <w:gridSpan w:val="4"/>
            <w:shd w:val="clear" w:color="auto" w:fill="EAF0F8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0EA34A2E" w14:textId="77777777" w:rsidR="00CA5F17" w:rsidRPr="00D54525" w:rsidRDefault="00CA5F17" w:rsidP="00CA5F17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b/>
                <w:lang w:val="ru-RU"/>
              </w:rPr>
              <w:t>Перечень электрооборудования ПУН (пункт учета</w:t>
            </w:r>
          </w:p>
          <w:p w14:paraId="700D1CF8" w14:textId="0636ADF7" w:rsidR="00CA5F17" w:rsidRPr="00D54525" w:rsidRDefault="00CA5F17" w:rsidP="00CA5F17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b/>
                <w:lang w:val="ru-RU"/>
              </w:rPr>
              <w:t>нефти) на месторождении «Алибекмола» ТОО «Казахойл Актобе».</w:t>
            </w:r>
          </w:p>
        </w:tc>
      </w:tr>
      <w:tr w:rsidR="00CA5F17" w:rsidRPr="00D54525" w14:paraId="7AF1DBD0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FAB16DE" w14:textId="77777777" w:rsidR="00CA5F17" w:rsidRPr="00D54525" w:rsidRDefault="00CA5F17" w:rsidP="00CA5F17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199422E" w14:textId="77777777" w:rsidR="00CA5F17" w:rsidRPr="00D54525" w:rsidRDefault="00CA5F17" w:rsidP="00CA5F17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Комплектная трансформаторная подстанция наружной установки с масляным трансформатором мощностью 63 кВА, на номинальное напряжение ВН-6 кВ, сторона НН-0,4 кВ, с кабельным вводом ВН и кабельным выводом НН КТП-63/6/0.4 кВ УХЛ1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F8C982E" w14:textId="77777777" w:rsidR="00CA5F17" w:rsidRPr="00D54525" w:rsidRDefault="00CA5F17" w:rsidP="00CA5F17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к-т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FB702C4" w14:textId="77777777" w:rsidR="00CA5F17" w:rsidRPr="00D54525" w:rsidRDefault="00CA5F17" w:rsidP="00CA5F17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CA5F17" w:rsidRPr="00D54525" w14:paraId="2E7B10B2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B8AA6C3" w14:textId="77777777" w:rsidR="00CA5F17" w:rsidRPr="00D54525" w:rsidRDefault="00CA5F17" w:rsidP="00CA5F17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12C4569" w14:textId="77777777" w:rsidR="00CA5F17" w:rsidRPr="00D54525" w:rsidRDefault="00CA5F17" w:rsidP="00CA5F17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Осветительное оборудование мачт освещения М1-М4 с молниеотводом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A6F73F6" w14:textId="77777777" w:rsidR="00CA5F17" w:rsidRPr="00D54525" w:rsidRDefault="00CA5F17" w:rsidP="00CA5F17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0C05B4B" w14:textId="77777777" w:rsidR="00CA5F17" w:rsidRPr="00D54525" w:rsidRDefault="00CA5F17" w:rsidP="00CA5F17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</w:t>
            </w:r>
          </w:p>
        </w:tc>
      </w:tr>
      <w:tr w:rsidR="00CA5F17" w:rsidRPr="00D54525" w14:paraId="0CEE55E7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23C408D" w14:textId="77777777" w:rsidR="00CA5F17" w:rsidRPr="00D54525" w:rsidRDefault="00CA5F17" w:rsidP="00CA5F17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C852A6E" w14:textId="77777777" w:rsidR="00CA5F17" w:rsidRPr="00D54525" w:rsidRDefault="00CA5F17" w:rsidP="00CA5F17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Резервная дизельная электростанция с пускозащитной аппаратурой и АВР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BB98332" w14:textId="77777777" w:rsidR="00CA5F17" w:rsidRPr="00D54525" w:rsidRDefault="00CA5F17" w:rsidP="00CA5F17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6EAE8B5" w14:textId="77777777" w:rsidR="00CA5F17" w:rsidRPr="00D54525" w:rsidRDefault="00CA5F17" w:rsidP="00CA5F17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CA5F17" w:rsidRPr="00D54525" w14:paraId="1FAB225F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E6232D8" w14:textId="77777777" w:rsidR="00CA5F17" w:rsidRPr="00D54525" w:rsidRDefault="00CA5F17" w:rsidP="00CA5F17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8455D97" w14:textId="77777777" w:rsidR="00CA5F17" w:rsidRPr="00D54525" w:rsidRDefault="00CA5F17" w:rsidP="00CA5F17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Заземление оборудования ПУН (пункта учета нефти» согласно проекта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8242A84" w14:textId="77777777" w:rsidR="00CA5F17" w:rsidRPr="00D54525" w:rsidRDefault="00CA5F17" w:rsidP="00CA5F17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к-т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E8000CA" w14:textId="77777777" w:rsidR="00CA5F17" w:rsidRPr="00D54525" w:rsidRDefault="00CA5F17" w:rsidP="00CA5F17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CA5F17" w:rsidRPr="00D54525" w14:paraId="6FACCF2A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35259F4" w14:textId="77777777" w:rsidR="00CA5F17" w:rsidRPr="00D54525" w:rsidRDefault="00CA5F17" w:rsidP="00CA5F17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951850A" w14:textId="77777777" w:rsidR="00CA5F17" w:rsidRPr="00D54525" w:rsidRDefault="00CA5F17" w:rsidP="00CA5F17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Электродвигатель дренажного насоса с ПЗА 18,5 кВт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769883C" w14:textId="77777777" w:rsidR="00CA5F17" w:rsidRPr="00D54525" w:rsidRDefault="00CA5F17" w:rsidP="00CA5F17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69C27B9" w14:textId="77777777" w:rsidR="00CA5F17" w:rsidRPr="00D54525" w:rsidRDefault="00CA5F17" w:rsidP="00CA5F17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CA5F17" w:rsidRPr="00D54525" w14:paraId="6FF70E0D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3947671" w14:textId="77777777" w:rsidR="00CA5F17" w:rsidRPr="00D54525" w:rsidRDefault="00CA5F17" w:rsidP="00CA5F17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190B462" w14:textId="77777777" w:rsidR="00CA5F17" w:rsidRPr="00D54525" w:rsidRDefault="00CA5F17" w:rsidP="00CA5F17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Электропривод МЭЗ-2 задвижки ЭЗ-2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764B339" w14:textId="77777777" w:rsidR="00CA5F17" w:rsidRPr="00D54525" w:rsidRDefault="00CA5F17" w:rsidP="00CA5F17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D3C5E35" w14:textId="77777777" w:rsidR="00CA5F17" w:rsidRPr="00D54525" w:rsidRDefault="00CA5F17" w:rsidP="00CA5F17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CA5F17" w:rsidRPr="00D54525" w14:paraId="14496A2D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3E2F55E" w14:textId="77777777" w:rsidR="00CA5F17" w:rsidRPr="00D54525" w:rsidRDefault="00CA5F17" w:rsidP="00CA5F17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4EBFFAC" w14:textId="77777777" w:rsidR="00CA5F17" w:rsidRPr="00D54525" w:rsidRDefault="00CA5F17" w:rsidP="00CA5F17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Электропривод МЭЗ-3 задвижки ЭЗ-3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CBC524F" w14:textId="77777777" w:rsidR="00CA5F17" w:rsidRPr="00D54525" w:rsidRDefault="00CA5F17" w:rsidP="00CA5F17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FAE7EF5" w14:textId="77777777" w:rsidR="00CA5F17" w:rsidRPr="00D54525" w:rsidRDefault="00CA5F17" w:rsidP="00CA5F17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CA5F17" w:rsidRPr="00D54525" w14:paraId="5D88405A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F7B0CD9" w14:textId="77777777" w:rsidR="00CA5F17" w:rsidRPr="00D54525" w:rsidRDefault="00CA5F17" w:rsidP="00CA5F17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EA8CC22" w14:textId="77777777" w:rsidR="00CA5F17" w:rsidRPr="00D54525" w:rsidRDefault="00CA5F17" w:rsidP="00CA5F17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Электропривод МЭЗ-4 задвижки ЭЗ-4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CABEC05" w14:textId="77777777" w:rsidR="00CA5F17" w:rsidRPr="00D54525" w:rsidRDefault="00CA5F17" w:rsidP="00CA5F17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A8A7A71" w14:textId="77777777" w:rsidR="00CA5F17" w:rsidRPr="00D54525" w:rsidRDefault="00CA5F17" w:rsidP="00CA5F17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CA5F17" w:rsidRPr="00D54525" w14:paraId="7ACEF74D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F19ADD6" w14:textId="77777777" w:rsidR="00CA5F17" w:rsidRPr="00D54525" w:rsidRDefault="00CA5F17" w:rsidP="00CA5F17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72ECF39" w14:textId="77777777" w:rsidR="00CA5F17" w:rsidRPr="00D54525" w:rsidRDefault="00CA5F17" w:rsidP="00CA5F17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Электропривод МК-Н1 отсеченного клапана К-Н1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9D08770" w14:textId="77777777" w:rsidR="00CA5F17" w:rsidRPr="00D54525" w:rsidRDefault="00CA5F17" w:rsidP="00CA5F17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FE8A356" w14:textId="77777777" w:rsidR="00CA5F17" w:rsidRPr="00D54525" w:rsidRDefault="00CA5F17" w:rsidP="00CA5F17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CA5F17" w:rsidRPr="00D54525" w14:paraId="60394F84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0F235BD" w14:textId="77777777" w:rsidR="00CA5F17" w:rsidRPr="00D54525" w:rsidRDefault="00CA5F17" w:rsidP="00CA5F17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7047BBD" w14:textId="77777777" w:rsidR="00CA5F17" w:rsidRPr="00D54525" w:rsidRDefault="00CA5F17" w:rsidP="00CA5F17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Станция катодной защиты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20BC0AD" w14:textId="77777777" w:rsidR="00CA5F17" w:rsidRPr="00D54525" w:rsidRDefault="00CA5F17" w:rsidP="00CA5F17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7EB7D79" w14:textId="77777777" w:rsidR="00CA5F17" w:rsidRPr="00D54525" w:rsidRDefault="00CA5F17" w:rsidP="00CA5F17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CA5F17" w:rsidRPr="00D54525" w14:paraId="1C65D41A" w14:textId="77777777" w:rsidTr="00D54525">
        <w:tc>
          <w:tcPr>
            <w:tcW w:w="9825" w:type="dxa"/>
            <w:gridSpan w:val="4"/>
            <w:shd w:val="clear" w:color="auto" w:fill="EAF0F8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11AC5C83" w14:textId="77777777" w:rsidR="00CA5F17" w:rsidRPr="00D54525" w:rsidRDefault="00CA5F17" w:rsidP="00CA5F17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b/>
                <w:lang w:val="ru-RU"/>
              </w:rPr>
              <w:t>Перечень электрооборудования блока осушки газа на площадке ДНС</w:t>
            </w:r>
          </w:p>
        </w:tc>
      </w:tr>
      <w:tr w:rsidR="00CA5F17" w:rsidRPr="00D54525" w14:paraId="415C8FFB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9869A01" w14:textId="77777777" w:rsidR="00CA5F17" w:rsidRPr="00D54525" w:rsidRDefault="00CA5F17" w:rsidP="00CA5F17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BCEC074" w14:textId="77777777" w:rsidR="00CA5F17" w:rsidRPr="00D54525" w:rsidRDefault="00CA5F17" w:rsidP="00CA5F17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Электропривод МЭЗ-1 задвижка ЭЗ-1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5B9DC70" w14:textId="77777777" w:rsidR="00CA5F17" w:rsidRPr="00D54525" w:rsidRDefault="00CA5F17" w:rsidP="00CA5F17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64A744E" w14:textId="77777777" w:rsidR="00CA5F17" w:rsidRPr="00D54525" w:rsidRDefault="00CA5F17" w:rsidP="00CA5F17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CA5F17" w:rsidRPr="00D54525" w14:paraId="46ACED5E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70C5A24" w14:textId="77777777" w:rsidR="00CA5F17" w:rsidRPr="00D54525" w:rsidRDefault="00CA5F17" w:rsidP="00CA5F17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FEAD545" w14:textId="77777777" w:rsidR="00CA5F17" w:rsidRPr="00D54525" w:rsidRDefault="00CA5F17" w:rsidP="00CA5F17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Электропривод МЭЗ-Г1 задвижки ЭЗ-Г1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F0488C3" w14:textId="77777777" w:rsidR="00CA5F17" w:rsidRPr="00D54525" w:rsidRDefault="00CA5F17" w:rsidP="00CA5F17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BFF92BA" w14:textId="77777777" w:rsidR="00CA5F17" w:rsidRPr="00D54525" w:rsidRDefault="00CA5F17" w:rsidP="00CA5F17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CA5F17" w:rsidRPr="00D54525" w14:paraId="680EDFD6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31B1C77" w14:textId="77777777" w:rsidR="00CA5F17" w:rsidRPr="00D54525" w:rsidRDefault="00CA5F17" w:rsidP="00CA5F17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22001F4" w14:textId="77777777" w:rsidR="00CA5F17" w:rsidRPr="00D54525" w:rsidRDefault="00CA5F17" w:rsidP="00CA5F17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Электропривод МК-6.1 регулирующего клапана МК-6.1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0F7F03D" w14:textId="77777777" w:rsidR="00CA5F17" w:rsidRPr="00D54525" w:rsidRDefault="00CA5F17" w:rsidP="00CA5F17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2C84514" w14:textId="77777777" w:rsidR="00CA5F17" w:rsidRPr="00D54525" w:rsidRDefault="00CA5F17" w:rsidP="00CA5F17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CA5F17" w:rsidRPr="00D54525" w14:paraId="61B6B5F7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DAE1133" w14:textId="77777777" w:rsidR="00CA5F17" w:rsidRPr="00D54525" w:rsidRDefault="00CA5F17" w:rsidP="00CA5F17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9D6A00E" w14:textId="77777777" w:rsidR="00CA5F17" w:rsidRPr="00D54525" w:rsidRDefault="00CA5F17" w:rsidP="00CA5F17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Электропотребители системы технологических трубопроводов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9C6FA58" w14:textId="77777777" w:rsidR="00CA5F17" w:rsidRPr="00D54525" w:rsidRDefault="00CA5F17" w:rsidP="00CA5F17">
            <w:pPr>
              <w:jc w:val="center"/>
              <w:rPr>
                <w:rFonts w:ascii="Times New Roman" w:eastAsia="Times New Roman" w:hAnsi="Times New Roman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17F0A30" w14:textId="77777777" w:rsidR="00CA5F17" w:rsidRPr="00D54525" w:rsidRDefault="00CA5F17" w:rsidP="00CA5F17">
            <w:pPr>
              <w:jc w:val="center"/>
              <w:rPr>
                <w:rFonts w:ascii="Times New Roman" w:eastAsia="Times New Roman" w:hAnsi="Times New Roman"/>
              </w:rPr>
            </w:pPr>
          </w:p>
        </w:tc>
      </w:tr>
      <w:tr w:rsidR="00CA5F17" w:rsidRPr="00D54525" w14:paraId="1652D4E3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96FBF77" w14:textId="77777777" w:rsidR="00CA5F17" w:rsidRPr="00D54525" w:rsidRDefault="00CA5F17" w:rsidP="00CA5F17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F10FFF1" w14:textId="77777777" w:rsidR="00CA5F17" w:rsidRPr="00D54525" w:rsidRDefault="00CA5F17" w:rsidP="00CA5F17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Электрооборудование щита станций управления ЩСУ-УОГ установки осушки газа (включая потребителей собственных нужд блок-боксаУОГ)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A376D83" w14:textId="77777777" w:rsidR="00CA5F17" w:rsidRPr="00D54525" w:rsidRDefault="00CA5F17" w:rsidP="00CA5F17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B70ED77" w14:textId="77777777" w:rsidR="00CA5F17" w:rsidRPr="00D54525" w:rsidRDefault="00CA5F17" w:rsidP="00CA5F17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CA5F17" w:rsidRPr="00D54525" w14:paraId="40E98EF8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2BDB61A" w14:textId="77777777" w:rsidR="00CA5F17" w:rsidRPr="00D54525" w:rsidRDefault="00CA5F17" w:rsidP="00CA5F17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2FFA84F" w14:textId="77777777" w:rsidR="00CA5F17" w:rsidRPr="00D54525" w:rsidRDefault="00CA5F17" w:rsidP="00CA5F17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Греющие кабели (электрообогрев) с терморегуляторами и распредкоробками – 0,15 км.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4E8C6A0" w14:textId="77777777" w:rsidR="00CA5F17" w:rsidRPr="00D54525" w:rsidRDefault="00CA5F17" w:rsidP="00CA5F17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118D67E" w14:textId="77777777" w:rsidR="00CA5F17" w:rsidRPr="00D54525" w:rsidRDefault="00CA5F17" w:rsidP="00CA5F17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CA5F17" w:rsidRPr="00D54525" w14:paraId="0A5F53B1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B1E88D9" w14:textId="77777777" w:rsidR="00CA5F17" w:rsidRPr="00D54525" w:rsidRDefault="00CA5F17" w:rsidP="00CA5F17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D74D4FC" w14:textId="77777777" w:rsidR="00CA5F17" w:rsidRPr="00D54525" w:rsidRDefault="00CA5F17" w:rsidP="00CA5F17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ШР-0,4кВ (с пускозащитной аппаратурой)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61B8D74" w14:textId="558FD373" w:rsidR="00CA5F17" w:rsidRPr="00D54525" w:rsidRDefault="00CA5F17" w:rsidP="00CA5F17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A0E870A" w14:textId="2E142302" w:rsidR="00CA5F17" w:rsidRPr="00D54525" w:rsidRDefault="00CA5F17" w:rsidP="00CA5F17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CA5F17" w:rsidRPr="00D54525" w14:paraId="2F3849FC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61A649A" w14:textId="77777777" w:rsidR="00CA5F17" w:rsidRPr="00D54525" w:rsidRDefault="00CA5F17" w:rsidP="00CA5F17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D921D5F" w14:textId="77777777" w:rsidR="00CA5F17" w:rsidRPr="00D54525" w:rsidRDefault="00CA5F17" w:rsidP="00CA5F17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Кабели силовые 0,4 кВ (в т.ч. питающий)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97D8C8C" w14:textId="77777777" w:rsidR="00CA5F17" w:rsidRPr="00D54525" w:rsidRDefault="00CA5F17" w:rsidP="00CA5F17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м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08591D4" w14:textId="77777777" w:rsidR="00CA5F17" w:rsidRPr="00D54525" w:rsidRDefault="00CA5F17" w:rsidP="00CA5F17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180</w:t>
            </w:r>
          </w:p>
        </w:tc>
      </w:tr>
      <w:tr w:rsidR="00AC0643" w:rsidRPr="00D54525" w14:paraId="040C7A18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D7B0577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38D738F" w14:textId="2988A960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Освещение (наружное и внутреннее)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496F9CF" w14:textId="6784D910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EFA5145" w14:textId="67EC37AA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6</w:t>
            </w:r>
          </w:p>
        </w:tc>
      </w:tr>
      <w:tr w:rsidR="00AC0643" w:rsidRPr="00D54525" w14:paraId="5672F376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22CCD69" w14:textId="14B975AB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10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BD0F043" w14:textId="161A7304" w:rsidR="00AC0643" w:rsidRPr="00D54525" w:rsidRDefault="00AC0643" w:rsidP="00AC0643">
            <w:pPr>
              <w:rPr>
                <w:rFonts w:ascii="Times New Roman" w:eastAsia="Times New Roman" w:hAnsi="Times New Roman"/>
                <w:b/>
                <w:bCs/>
                <w:lang w:val="ru-RU"/>
              </w:rPr>
            </w:pPr>
            <w:r w:rsidRPr="00D54525">
              <w:rPr>
                <w:rFonts w:ascii="Times New Roman" w:eastAsia="Times New Roman" w:hAnsi="Times New Roman"/>
                <w:b/>
                <w:bCs/>
                <w:lang w:val="ru-RU"/>
              </w:rPr>
              <w:t>Электрооборудование компрессора воздуха КИП ДНС: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99E203D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247C590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AC0643" w:rsidRPr="00D54525" w14:paraId="5B614FEC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E640AC9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EFE6AD5" w14:textId="3EFE8C14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- электрооборудование шкафа силового ШС компрессорной установкой (включая нагрузки вспомогательного оборудования и шкафа управления компрессорами) - 2 к-та - электродвигатель компрессора 11 кВт с силовым шкафом пускозащитной аппаратурой - 2 шт. - автоматический выключатель от 2-125 А - 6 шт. - электрообогрев технологических трубопроводов греющим кабелем - 220 м. - освещение, взрывозащищенные светильники ВЭЛАН - 10 шт. - КЛ-0,4 кВ - 0,49 км.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1552E7D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BE56BB1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AC0643" w:rsidRPr="00D54525" w14:paraId="0068A2D2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F553BBE" w14:textId="2471027B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11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3E1D845" w14:textId="6ACDE6DC" w:rsidR="00AC0643" w:rsidRPr="00D54525" w:rsidRDefault="00AC0643" w:rsidP="00AC0643">
            <w:pPr>
              <w:rPr>
                <w:rFonts w:ascii="Times New Roman" w:eastAsia="Times New Roman" w:hAnsi="Times New Roman"/>
                <w:b/>
                <w:bCs/>
                <w:lang w:val="ru-RU"/>
              </w:rPr>
            </w:pPr>
            <w:r w:rsidRPr="00D54525">
              <w:rPr>
                <w:rFonts w:ascii="Times New Roman" w:eastAsia="Times New Roman" w:hAnsi="Times New Roman"/>
                <w:b/>
                <w:bCs/>
                <w:lang w:val="ru-RU"/>
              </w:rPr>
              <w:t>Электрооборудование Площадки АГРС: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A3291C0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10E65EA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AC0643" w:rsidRPr="00D54525" w14:paraId="029DEE6A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91E3214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673EFA0" w14:textId="682C13B0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- КТПН-6/0,4 кВ «АГРС», мощность трансформатора – 40 кВА - 1 к-т - линейный разъединитель РЛНД в комплекте с приводами - 1 к-т - шкафы 0,4 кВ СН, АСУ, СС и АПС - 4 к-та - резервная дизельная электростанция 16 кВА - 1 к-т. - освещение наружное, прожекторная мачта с прожектором СП400Л - 1 к-т.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8BC961C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5D76081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AC0643" w:rsidRPr="00D54525" w14:paraId="5760834B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FCFF8CC" w14:textId="1F9CCBCF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12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888B554" w14:textId="7710938A" w:rsidR="00AC0643" w:rsidRPr="00D54525" w:rsidRDefault="00AC0643" w:rsidP="00AC0643">
            <w:pPr>
              <w:rPr>
                <w:rFonts w:ascii="Times New Roman" w:eastAsia="Times New Roman" w:hAnsi="Times New Roman"/>
                <w:b/>
                <w:bCs/>
                <w:lang w:val="ru-RU"/>
              </w:rPr>
            </w:pPr>
            <w:r w:rsidRPr="00D54525">
              <w:rPr>
                <w:rFonts w:ascii="Times New Roman" w:eastAsia="Times New Roman" w:hAnsi="Times New Roman"/>
                <w:b/>
                <w:bCs/>
                <w:lang w:val="ru-RU"/>
              </w:rPr>
              <w:t>Электрооборудование азотной установки: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FA134CD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6737BC8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AC0643" w:rsidRPr="00D54525" w14:paraId="2DB56169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C99B3B5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F8FE9F8" w14:textId="4C4F5BB6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- кабельная линия КЛ-6 кВ эл. двигателя 500 кВт &amp;#</w:t>
            </w:r>
            <w:r w:rsidRPr="00D54525">
              <w:rPr>
                <w:rFonts w:ascii="Times New Roman" w:eastAsia="Times New Roman" w:hAnsi="Times New Roman"/>
              </w:rPr>
              <w:t>x</w:t>
            </w:r>
            <w:r w:rsidRPr="00D54525">
              <w:rPr>
                <w:rFonts w:ascii="Times New Roman" w:eastAsia="Times New Roman" w:hAnsi="Times New Roman"/>
                <w:lang w:val="ru-RU"/>
              </w:rPr>
              <w:t>20; - 0,4 км. - высоковольтный электродвигатель азотной установки Р=500 кВт, 6 кВ - 1 к-т - шкаф управления электродвигателем 500 кВт, 6кВ (с пускозащитной аппаратурой) – 1 шт. - освещение наружное азотной установки, светильники взрывозащищенные - 6 шт. - электродвигатели вентиляторов охлаждения 0,75 кВт - 6 шт. - 0,1 км.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F0F7FF2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0AC513D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AC0643" w:rsidRPr="00D54525" w14:paraId="44EF184B" w14:textId="77777777" w:rsidTr="000332D2">
        <w:tc>
          <w:tcPr>
            <w:tcW w:w="9825" w:type="dxa"/>
            <w:gridSpan w:val="4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6DB49CC5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b/>
                <w:lang w:val="ru-RU"/>
              </w:rPr>
              <w:t>Крановые узлы газопровода ДНС-КУУГ</w:t>
            </w:r>
          </w:p>
        </w:tc>
      </w:tr>
      <w:tr w:rsidR="00AC0643" w:rsidRPr="00D54525" w14:paraId="12DA4E99" w14:textId="77777777" w:rsidTr="000332D2">
        <w:trPr>
          <w:trHeight w:val="151"/>
        </w:trPr>
        <w:tc>
          <w:tcPr>
            <w:tcW w:w="9825" w:type="dxa"/>
            <w:gridSpan w:val="4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2383D049" w14:textId="61F9FBA6" w:rsidR="00AC0643" w:rsidRPr="00D54525" w:rsidRDefault="00AC0643" w:rsidP="00AC0643">
            <w:pPr>
              <w:rPr>
                <w:rFonts w:ascii="Times New Roman" w:eastAsia="Times New Roman" w:hAnsi="Times New Roman"/>
                <w:bCs/>
                <w:lang w:val="ru-RU"/>
              </w:rPr>
            </w:pPr>
            <w:r w:rsidRPr="00D54525">
              <w:rPr>
                <w:rFonts w:ascii="Times New Roman" w:eastAsia="Times New Roman" w:hAnsi="Times New Roman"/>
                <w:bCs/>
                <w:lang w:val="ru-RU"/>
              </w:rPr>
              <w:t>- КТПН-6/0,4 кВ в комплекте с трансформаторами  до 40 кВА                                                 шт.           7</w:t>
            </w:r>
          </w:p>
        </w:tc>
      </w:tr>
      <w:tr w:rsidR="00AC0643" w:rsidRPr="00D54525" w14:paraId="20E92CE0" w14:textId="77777777" w:rsidTr="00D54525">
        <w:trPr>
          <w:trHeight w:val="435"/>
        </w:trPr>
        <w:tc>
          <w:tcPr>
            <w:tcW w:w="9825" w:type="dxa"/>
            <w:gridSpan w:val="4"/>
            <w:shd w:val="clear" w:color="auto" w:fill="EAF0F8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3349028F" w14:textId="12F3ECD0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  <w:b/>
                <w:lang w:val="ru-RU"/>
              </w:rPr>
            </w:pPr>
            <w:r w:rsidRPr="00D54525">
              <w:rPr>
                <w:rFonts w:ascii="Times New Roman" w:eastAsia="Times New Roman" w:hAnsi="Times New Roman"/>
                <w:b/>
                <w:lang w:val="ru-RU"/>
              </w:rPr>
              <w:t>Перечень электрооборудования</w:t>
            </w:r>
          </w:p>
          <w:p w14:paraId="0BB103BD" w14:textId="156DE0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b/>
                <w:lang w:val="ru-RU"/>
              </w:rPr>
              <w:t>на ОРУ-3 ТОО «Жанажольская ГТЭС» принадлежности ТОО «Урихтау Оперейтинг».</w:t>
            </w:r>
          </w:p>
        </w:tc>
      </w:tr>
      <w:tr w:rsidR="00AC0643" w:rsidRPr="00D54525" w14:paraId="59AF6730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AAFA205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EE7712F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Выключатель элегазовый колонковый ВГТ-УЭТМ 110</w:t>
            </w:r>
            <w:r w:rsidRPr="00D54525">
              <w:rPr>
                <w:rFonts w:ascii="Times New Roman" w:eastAsia="Times New Roman" w:hAnsi="Times New Roman"/>
              </w:rPr>
              <w:t>IV</w:t>
            </w:r>
            <w:r w:rsidRPr="00D54525">
              <w:rPr>
                <w:rFonts w:ascii="Times New Roman" w:eastAsia="Times New Roman" w:hAnsi="Times New Roman"/>
                <w:lang w:val="ru-RU"/>
              </w:rPr>
              <w:t>-40/3150 У1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FEDE9F8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535BD63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</w:tr>
      <w:tr w:rsidR="00AC0643" w:rsidRPr="00D54525" w14:paraId="209EA1C1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9168FAE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192C7A0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Трансформатор тока элегазовый ТРГ-УЭТМ- 110</w:t>
            </w:r>
            <w:r w:rsidRPr="00D54525">
              <w:rPr>
                <w:rFonts w:ascii="Times New Roman" w:eastAsia="Times New Roman" w:hAnsi="Times New Roman"/>
              </w:rPr>
              <w:t>IV</w:t>
            </w:r>
            <w:r w:rsidRPr="00D54525">
              <w:rPr>
                <w:rFonts w:ascii="Times New Roman" w:eastAsia="Times New Roman" w:hAnsi="Times New Roman"/>
                <w:lang w:val="ru-RU"/>
              </w:rPr>
              <w:t xml:space="preserve"> УХЛ1 50-100-200/5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7010E8D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E9837BA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</w:t>
            </w:r>
          </w:p>
        </w:tc>
      </w:tr>
      <w:tr w:rsidR="00AC0643" w:rsidRPr="00D54525" w14:paraId="7B6627B0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0B03206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27BB98B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Трансформатор тока элегазовый ТРГ-УЭТМ- 110</w:t>
            </w:r>
            <w:r w:rsidRPr="00D54525">
              <w:rPr>
                <w:rFonts w:ascii="Times New Roman" w:eastAsia="Times New Roman" w:hAnsi="Times New Roman"/>
              </w:rPr>
              <w:t>IV</w:t>
            </w:r>
            <w:r w:rsidRPr="00D54525">
              <w:rPr>
                <w:rFonts w:ascii="Times New Roman" w:eastAsia="Times New Roman" w:hAnsi="Times New Roman"/>
                <w:lang w:val="ru-RU"/>
              </w:rPr>
              <w:t xml:space="preserve"> УХЛ1 300-600-1200/5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F89C729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3AA680A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</w:t>
            </w:r>
          </w:p>
        </w:tc>
      </w:tr>
      <w:tr w:rsidR="00AC0643" w:rsidRPr="00D54525" w14:paraId="112FCF77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90D85E6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6D67EE1" w14:textId="77777777" w:rsidR="00AC0643" w:rsidRPr="00D54525" w:rsidRDefault="00AC0643" w:rsidP="00AC0643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Трансформатор напряжения элегазовый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DCE4BAA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E398F00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</w:tr>
      <w:tr w:rsidR="00AC0643" w:rsidRPr="00D54525" w14:paraId="1827A1C7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236C140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9A096DB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Разъединитель трехполюсный полимерный изоляцией с двигательным приводом ПДС на гл. ножи, с ручным приводом ПР на ножи заземления на раме с опорными металлическими конструкциями типа РГПЗ-СЭЩ-2</w:t>
            </w:r>
            <w:r w:rsidRPr="00D54525">
              <w:rPr>
                <w:rFonts w:ascii="Times New Roman" w:eastAsia="Times New Roman" w:hAnsi="Times New Roman"/>
              </w:rPr>
              <w:t>II</w:t>
            </w:r>
            <w:r w:rsidRPr="00D54525">
              <w:rPr>
                <w:rFonts w:ascii="Times New Roman" w:eastAsia="Times New Roman" w:hAnsi="Times New Roman"/>
                <w:lang w:val="ru-RU"/>
              </w:rPr>
              <w:t>-110/1250 УХЛ 1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0C82AE5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A227D23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AC0643" w:rsidRPr="00D54525" w14:paraId="7BFC669A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375FEB9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0B9D839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Разъединитель трехполюсный с двумя заземляющими ножами ручным приводом ПР РПГ-СЭЩ-2</w:t>
            </w:r>
            <w:r w:rsidRPr="00D54525">
              <w:rPr>
                <w:rFonts w:ascii="Times New Roman" w:eastAsia="Times New Roman" w:hAnsi="Times New Roman"/>
              </w:rPr>
              <w:t>II</w:t>
            </w:r>
            <w:r w:rsidRPr="00D54525">
              <w:rPr>
                <w:rFonts w:ascii="Times New Roman" w:eastAsia="Times New Roman" w:hAnsi="Times New Roman"/>
                <w:lang w:val="ru-RU"/>
              </w:rPr>
              <w:t>-110/1250 УХЛ 1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4A8D475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BEB4680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</w:t>
            </w:r>
          </w:p>
        </w:tc>
      </w:tr>
      <w:tr w:rsidR="00AC0643" w:rsidRPr="00D54525" w14:paraId="2F3C8532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CF91470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A91D525" w14:textId="77777777" w:rsidR="00AC0643" w:rsidRPr="00D54525" w:rsidRDefault="00AC0643" w:rsidP="00AC0643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Шкаф обогрева выключателя ШОВ-2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7AAB8B7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B7D413D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</w:tr>
      <w:tr w:rsidR="00AC0643" w:rsidRPr="00D54525" w14:paraId="2810461A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FCEA64E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5CEE1B0" w14:textId="77777777" w:rsidR="00AC0643" w:rsidRPr="00D54525" w:rsidRDefault="00AC0643" w:rsidP="00AC0643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Шкаф зажимов выключателя ШЭВ-120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CB51799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A570965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</w:tr>
      <w:tr w:rsidR="00AC0643" w:rsidRPr="00D54525" w14:paraId="37567134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35E2831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E38A3FD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Шкаф защиты и автоматики секционного выключателя ШЭ 2607 015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DF7DF9F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94AD83D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</w:tr>
      <w:tr w:rsidR="00AC0643" w:rsidRPr="00D54525" w14:paraId="317E78FE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A41B7F4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63AB9E0" w14:textId="77777777" w:rsidR="00AC0643" w:rsidRPr="00D54525" w:rsidRDefault="00AC0643" w:rsidP="00AC0643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Шкаф зажимов ЯЗ-60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5F97C9F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F2ECD15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</w:t>
            </w:r>
          </w:p>
        </w:tc>
      </w:tr>
      <w:tr w:rsidR="00AC0643" w:rsidRPr="00D54525" w14:paraId="4E86A054" w14:textId="77777777" w:rsidTr="00D54525">
        <w:trPr>
          <w:trHeight w:val="211"/>
        </w:trPr>
        <w:tc>
          <w:tcPr>
            <w:tcW w:w="9825" w:type="dxa"/>
            <w:gridSpan w:val="4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5BF4845C" w14:textId="7C50D6D7" w:rsidR="00AC0643" w:rsidRPr="00D54525" w:rsidRDefault="00AC0643" w:rsidP="00AC0643">
            <w:pPr>
              <w:rPr>
                <w:rFonts w:ascii="Times New Roman" w:eastAsia="Times New Roman" w:hAnsi="Times New Roman"/>
                <w:bCs/>
                <w:lang w:val="ru-RU"/>
              </w:rPr>
            </w:pPr>
            <w:r w:rsidRPr="00D54525">
              <w:rPr>
                <w:rFonts w:ascii="Times New Roman" w:eastAsia="Times New Roman" w:hAnsi="Times New Roman"/>
                <w:bCs/>
                <w:lang w:val="ru-RU"/>
              </w:rPr>
              <w:t xml:space="preserve">11.       Прибор учета СЭТ – 4М. 03М </w:t>
            </w:r>
            <w:r w:rsidR="000332D2">
              <w:rPr>
                <w:rFonts w:ascii="Times New Roman" w:eastAsia="Times New Roman" w:hAnsi="Times New Roman"/>
                <w:bCs/>
                <w:lang w:val="ru-RU"/>
              </w:rPr>
              <w:t xml:space="preserve">  </w:t>
            </w:r>
            <w:r w:rsidRPr="00D54525">
              <w:rPr>
                <w:rFonts w:ascii="Times New Roman" w:eastAsia="Times New Roman" w:hAnsi="Times New Roman"/>
                <w:bCs/>
                <w:lang w:val="ru-RU"/>
              </w:rPr>
              <w:t xml:space="preserve">                                                                                         шт.         1 </w:t>
            </w:r>
          </w:p>
        </w:tc>
      </w:tr>
      <w:tr w:rsidR="00AC0643" w:rsidRPr="00D54525" w14:paraId="587C107A" w14:textId="77777777" w:rsidTr="00D54525">
        <w:trPr>
          <w:trHeight w:val="456"/>
        </w:trPr>
        <w:tc>
          <w:tcPr>
            <w:tcW w:w="9825" w:type="dxa"/>
            <w:gridSpan w:val="4"/>
            <w:shd w:val="clear" w:color="auto" w:fill="EAF0F8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5AAE8B5C" w14:textId="4F463120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b/>
                <w:lang w:val="ru-RU"/>
              </w:rPr>
              <w:t>Перечень электрооборудования на ОРУ-4 ТОО «Жанажольская ГТЭС»</w:t>
            </w:r>
          </w:p>
          <w:p w14:paraId="71EAD1B5" w14:textId="4A0CC881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b/>
              </w:rPr>
              <w:t>принадлежности ТОО</w:t>
            </w:r>
            <w:r w:rsidRPr="00D54525">
              <w:rPr>
                <w:rFonts w:ascii="Times New Roman" w:eastAsia="Times New Roman" w:hAnsi="Times New Roman"/>
                <w:b/>
                <w:lang w:val="ru-RU"/>
              </w:rPr>
              <w:t xml:space="preserve">  </w:t>
            </w:r>
            <w:r w:rsidRPr="00D54525">
              <w:rPr>
                <w:rFonts w:ascii="Times New Roman" w:eastAsia="Times New Roman" w:hAnsi="Times New Roman"/>
                <w:b/>
              </w:rPr>
              <w:t>«Урихтау Оперейтинг».</w:t>
            </w:r>
          </w:p>
        </w:tc>
      </w:tr>
      <w:tr w:rsidR="00AC0643" w:rsidRPr="00D54525" w14:paraId="3900D18E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9A71832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A582CD9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Выключатель элегазовый колонковый ВГТ-УЭТМ 110</w:t>
            </w:r>
            <w:r w:rsidRPr="00D54525">
              <w:rPr>
                <w:rFonts w:ascii="Times New Roman" w:eastAsia="Times New Roman" w:hAnsi="Times New Roman"/>
              </w:rPr>
              <w:t>IV</w:t>
            </w:r>
            <w:r w:rsidRPr="00D54525">
              <w:rPr>
                <w:rFonts w:ascii="Times New Roman" w:eastAsia="Times New Roman" w:hAnsi="Times New Roman"/>
                <w:lang w:val="ru-RU"/>
              </w:rPr>
              <w:t>-40/3150 У1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3BD763F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66E1AA4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AC0643" w:rsidRPr="00D54525" w14:paraId="7B11055E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F741577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368711D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Трансформатор тока элегазовый ТРГ-УЭТМ- 110</w:t>
            </w:r>
            <w:r w:rsidRPr="00D54525">
              <w:rPr>
                <w:rFonts w:ascii="Times New Roman" w:eastAsia="Times New Roman" w:hAnsi="Times New Roman"/>
              </w:rPr>
              <w:t>IV</w:t>
            </w:r>
            <w:r w:rsidRPr="00D54525">
              <w:rPr>
                <w:rFonts w:ascii="Times New Roman" w:eastAsia="Times New Roman" w:hAnsi="Times New Roman"/>
                <w:lang w:val="ru-RU"/>
              </w:rPr>
              <w:t xml:space="preserve"> УХЛ1 50-100-200/5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8C83B2D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4931ECA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</w:t>
            </w:r>
          </w:p>
        </w:tc>
      </w:tr>
      <w:tr w:rsidR="00AC0643" w:rsidRPr="00D54525" w14:paraId="627E2C96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707ED1E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6208F68" w14:textId="77777777" w:rsidR="00AC0643" w:rsidRPr="00D54525" w:rsidRDefault="00AC0643" w:rsidP="00AC0643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Трансформатор напряжения элегазовый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A2A7E1F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B352FF9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AC0643" w:rsidRPr="00D54525" w14:paraId="25D23C3B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D815B20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6918BEF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Разъединитель трехполюсный полимерный изоляцией с двигательным приводом ПДС на гл. ножи, с ручным приводом ПР на ножи заземления на раме с опорными металлическими конструкциями типа РГПЗ-СЭЩ-1</w:t>
            </w:r>
            <w:r w:rsidRPr="00D54525">
              <w:rPr>
                <w:rFonts w:ascii="Times New Roman" w:eastAsia="Times New Roman" w:hAnsi="Times New Roman"/>
              </w:rPr>
              <w:t>II</w:t>
            </w:r>
            <w:r w:rsidRPr="00D54525">
              <w:rPr>
                <w:rFonts w:ascii="Times New Roman" w:eastAsia="Times New Roman" w:hAnsi="Times New Roman"/>
                <w:lang w:val="ru-RU"/>
              </w:rPr>
              <w:t>-110/1250 УХЛ 1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8B1F0DF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D725275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AC0643" w:rsidRPr="00D54525" w14:paraId="309FE202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D5D624D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290E6A8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Разъединитель трехполюсный с двумя заземляющими ножами ручным приводом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BEDAE33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84094FA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AC0643" w:rsidRPr="00D54525" w14:paraId="384850EC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0AE407F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7ECEC7A" w14:textId="77777777" w:rsidR="00AC0643" w:rsidRPr="00D54525" w:rsidRDefault="00AC0643" w:rsidP="00AC0643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ПР РПГ-СЭЩ-2II-110/1250 УХЛ 1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738E1D6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C3C81B1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AC0643" w:rsidRPr="00D54525" w14:paraId="67B0D600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9553DAF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62C3525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Блок ограничителей перенапряжения 110 ОПН-</w:t>
            </w:r>
            <w:r w:rsidRPr="00D54525">
              <w:rPr>
                <w:rFonts w:ascii="Times New Roman" w:eastAsia="Times New Roman" w:hAnsi="Times New Roman"/>
              </w:rPr>
              <w:t>KZ</w:t>
            </w:r>
            <w:r w:rsidRPr="00D54525">
              <w:rPr>
                <w:rFonts w:ascii="Times New Roman" w:eastAsia="Times New Roman" w:hAnsi="Times New Roman"/>
                <w:lang w:val="ru-RU"/>
              </w:rPr>
              <w:t>-110/76/20/850 УХЛ1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8FFACB9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3921EB6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</w:t>
            </w:r>
          </w:p>
        </w:tc>
      </w:tr>
      <w:tr w:rsidR="00AC0643" w:rsidRPr="00D54525" w14:paraId="1E7D20B4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60EAC73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BFA6136" w14:textId="77777777" w:rsidR="00AC0643" w:rsidRPr="00D54525" w:rsidRDefault="00AC0643" w:rsidP="00AC0643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Шкаф обогрева выключателя ШОВ-2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F703F9D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0455290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AC0643" w:rsidRPr="00D54525" w14:paraId="18FFC766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15C4A52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C9BF6B9" w14:textId="77777777" w:rsidR="00AC0643" w:rsidRPr="00D54525" w:rsidRDefault="00AC0643" w:rsidP="00AC0643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Шкаф зажимов выключателя ШЭВ-120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654BCE5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BDF850C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</w:tr>
      <w:tr w:rsidR="00AC0643" w:rsidRPr="00D54525" w14:paraId="04AC84EA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79143B6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ADF64AD" w14:textId="77777777" w:rsidR="00AC0643" w:rsidRPr="00D54525" w:rsidRDefault="00AC0643" w:rsidP="00AC0643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Шкаф зажимов ЯЗ-60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726063B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8C9E6EA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</w:tr>
      <w:tr w:rsidR="00AC0643" w:rsidRPr="00D54525" w14:paraId="1E9545D7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973B9AE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7A73CA7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Шкаф защиты и автоматики секционного выключателя ШЭ 2607 015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5CE907D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089B944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</w:tr>
      <w:tr w:rsidR="00AC0643" w:rsidRPr="00D54525" w14:paraId="0539D0D6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FA4FE4E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12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7BCCED3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Прибор для измерения параметров качества и учета электроэнергии типа РМ-296-</w:t>
            </w:r>
            <w:r w:rsidRPr="00D54525">
              <w:rPr>
                <w:rFonts w:ascii="Times New Roman" w:eastAsia="Times New Roman" w:hAnsi="Times New Roman"/>
              </w:rPr>
              <w:t>U</w:t>
            </w:r>
            <w:r w:rsidRPr="00D54525">
              <w:rPr>
                <w:rFonts w:ascii="Times New Roman" w:eastAsia="Times New Roman" w:hAnsi="Times New Roman"/>
                <w:lang w:val="ru-RU"/>
              </w:rPr>
              <w:t xml:space="preserve">-5 </w:t>
            </w:r>
            <w:r w:rsidRPr="00D54525">
              <w:rPr>
                <w:rFonts w:ascii="Times New Roman" w:eastAsia="Times New Roman" w:hAnsi="Times New Roman"/>
              </w:rPr>
              <w:t>ACDC</w:t>
            </w:r>
            <w:r w:rsidRPr="00D54525">
              <w:rPr>
                <w:rFonts w:ascii="Times New Roman" w:eastAsia="Times New Roman" w:hAnsi="Times New Roman"/>
                <w:lang w:val="ru-RU"/>
              </w:rPr>
              <w:t>-2</w:t>
            </w:r>
            <w:r w:rsidRPr="00D54525">
              <w:rPr>
                <w:rFonts w:ascii="Times New Roman" w:eastAsia="Times New Roman" w:hAnsi="Times New Roman"/>
              </w:rPr>
              <w:t>AP</w:t>
            </w:r>
            <w:r w:rsidRPr="00D54525">
              <w:rPr>
                <w:rFonts w:ascii="Times New Roman" w:eastAsia="Times New Roman" w:hAnsi="Times New Roman"/>
                <w:lang w:val="ru-RU"/>
              </w:rPr>
              <w:t>-</w:t>
            </w:r>
            <w:r w:rsidRPr="00D54525">
              <w:rPr>
                <w:rFonts w:ascii="Times New Roman" w:eastAsia="Times New Roman" w:hAnsi="Times New Roman"/>
              </w:rPr>
              <w:t>A</w:t>
            </w:r>
            <w:r w:rsidRPr="00D54525">
              <w:rPr>
                <w:rFonts w:ascii="Times New Roman" w:eastAsia="Times New Roman" w:hAnsi="Times New Roman"/>
                <w:lang w:val="ru-RU"/>
              </w:rPr>
              <w:t>1300-</w:t>
            </w:r>
            <w:r w:rsidRPr="00D54525">
              <w:rPr>
                <w:rFonts w:ascii="Times New Roman" w:eastAsia="Times New Roman" w:hAnsi="Times New Roman"/>
              </w:rPr>
              <w:t>NS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157625A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064C72D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</w:tr>
      <w:tr w:rsidR="00AC0643" w:rsidRPr="00D54525" w14:paraId="00FDA382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60D454C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6284280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Прибор учета СЭТ – 4М. 03М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18BE814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F53129C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AC0643" w:rsidRPr="00D54525" w14:paraId="63BC59E4" w14:textId="77777777" w:rsidTr="00D54525">
        <w:tc>
          <w:tcPr>
            <w:tcW w:w="9825" w:type="dxa"/>
            <w:gridSpan w:val="4"/>
            <w:shd w:val="clear" w:color="auto" w:fill="EAF0F8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1D76703B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b/>
                <w:lang w:val="ru-RU"/>
              </w:rPr>
              <w:t>Перечень объектов и оборудования вахтового поселка и промышленной базы:</w:t>
            </w:r>
          </w:p>
        </w:tc>
      </w:tr>
      <w:tr w:rsidR="00AC0643" w:rsidRPr="00D54525" w14:paraId="0BDDCFAB" w14:textId="77777777" w:rsidTr="00D54525">
        <w:tc>
          <w:tcPr>
            <w:tcW w:w="9825" w:type="dxa"/>
            <w:gridSpan w:val="4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1621C20" w14:textId="3D9FAED6" w:rsidR="00AC0643" w:rsidRPr="00D54525" w:rsidRDefault="00AC0643" w:rsidP="00AC0643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  <w:b/>
                <w:bCs/>
                <w:lang w:val="ru-RU"/>
              </w:rPr>
              <w:t xml:space="preserve">1 </w:t>
            </w:r>
            <w:r w:rsidRPr="00D54525">
              <w:rPr>
                <w:rFonts w:ascii="Times New Roman" w:eastAsia="Times New Roman" w:hAnsi="Times New Roman"/>
                <w:b/>
                <w:bCs/>
              </w:rPr>
              <w:t>Внеплощадочные сети:</w:t>
            </w:r>
          </w:p>
        </w:tc>
      </w:tr>
      <w:tr w:rsidR="00AC0643" w:rsidRPr="00D54525" w14:paraId="0BD5FE6C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7749701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ED1F0EF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Комплектная трансформаторная подстанция. 2КТПН-400-6/04 кВ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714C60F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компл.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2FF0100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AC0643" w:rsidRPr="00D54525" w14:paraId="3D2D42F5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B8E292A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7CDF603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Трансформатор серии ТМГ, силовой 3-х фазный понижающий с естественным масляным охлаждением ТМГ-400/6/0,4-У1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3637971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A36A38E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</w:tr>
      <w:tr w:rsidR="00AC0643" w:rsidRPr="00D54525" w14:paraId="4C44D51F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C6E9453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93CF1BF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Выключатель нагрузки переменного тока типа ВНР ВНА-10-630-12.5-Зу2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212EBB5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AE91E86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6</w:t>
            </w:r>
          </w:p>
        </w:tc>
      </w:tr>
      <w:tr w:rsidR="00AC0643" w:rsidRPr="00D54525" w14:paraId="72A0BDAA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7B0D9F6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6A661B9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Разъединитель серии </w:t>
            </w:r>
            <w:r w:rsidRPr="00D54525">
              <w:rPr>
                <w:rFonts w:ascii="Times New Roman" w:eastAsia="Times New Roman" w:hAnsi="Times New Roman"/>
              </w:rPr>
              <w:t>PE</w:t>
            </w:r>
            <w:r w:rsidRPr="00D54525">
              <w:rPr>
                <w:rFonts w:ascii="Times New Roman" w:eastAsia="Times New Roman" w:hAnsi="Times New Roman"/>
                <w:lang w:val="ru-RU"/>
              </w:rPr>
              <w:t>-19, 3-х полюсный внутренней установки, с вырубными контактами ЗУ-19-41-31140-УХЛ3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7FFC841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AB23B7C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</w:tr>
      <w:tr w:rsidR="00AC0643" w:rsidRPr="00D54525" w14:paraId="76C1B262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B9916C0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B0A7E1E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Высоковольтный токоограничивающий предохранитель ПКТ 103-10-50-20-У1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C9531D8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2A6095B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6</w:t>
            </w:r>
          </w:p>
        </w:tc>
      </w:tr>
      <w:tr w:rsidR="00AC0643" w:rsidRPr="00D54525" w14:paraId="3057FF8C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FE560FE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DC6F92B" w14:textId="77777777" w:rsidR="00AC0643" w:rsidRPr="00D54525" w:rsidRDefault="00AC0643" w:rsidP="00AC0643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Трансформатор тока Т-0.66-0.5 1000/5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551BB10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B8249D9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6</w:t>
            </w:r>
          </w:p>
        </w:tc>
      </w:tr>
      <w:tr w:rsidR="00AC0643" w:rsidRPr="00D54525" w14:paraId="496D4482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AF35F0C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5922A40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Счетчик активной электрической энергии Евро-Альфа А1800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36B9963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1E85764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</w:tr>
      <w:tr w:rsidR="00AC0643" w:rsidRPr="00D54525" w14:paraId="7373B7D2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FEA1D5F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375B6CD" w14:textId="77777777" w:rsidR="00AC0643" w:rsidRPr="00D54525" w:rsidRDefault="00AC0643" w:rsidP="00AC0643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Вольтметр ЭВ0702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5F2C8E3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E119451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</w:tr>
      <w:tr w:rsidR="00AC0643" w:rsidRPr="00D54525" w14:paraId="3F56E2BF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95FEFAC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07A610B" w14:textId="77777777" w:rsidR="00AC0643" w:rsidRPr="00D54525" w:rsidRDefault="00AC0643" w:rsidP="00AC0643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Выключатель автоматический типа ВА57-39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1E9A861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BED72B8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</w:t>
            </w:r>
          </w:p>
        </w:tc>
      </w:tr>
      <w:tr w:rsidR="00AC0643" w:rsidRPr="00D54525" w14:paraId="2C1DC540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345946E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F5BE7AD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Выключатель автоматический типа ВА 57Ф35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3D395AB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72185FC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7</w:t>
            </w:r>
          </w:p>
        </w:tc>
      </w:tr>
      <w:tr w:rsidR="00AC0643" w:rsidRPr="00D54525" w14:paraId="171EDF06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D2504A4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02FB9A1" w14:textId="77777777" w:rsidR="00AC0643" w:rsidRPr="00D54525" w:rsidRDefault="00AC0643" w:rsidP="00AC0643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Резервная дизельная электростанция 275 кВА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1F13C38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E9FE4F2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AC0643" w:rsidRPr="00D54525" w14:paraId="1CDC2A13" w14:textId="77777777" w:rsidTr="00D54525">
        <w:tc>
          <w:tcPr>
            <w:tcW w:w="9825" w:type="dxa"/>
            <w:gridSpan w:val="4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B6A0204" w14:textId="216ED73D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b/>
                <w:bCs/>
                <w:lang w:val="ru-RU"/>
              </w:rPr>
              <w:t>2 Перечень оборудования и материалов общежития №1:</w:t>
            </w:r>
          </w:p>
        </w:tc>
      </w:tr>
      <w:tr w:rsidR="00AC0643" w:rsidRPr="00D54525" w14:paraId="7141BA75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546CD7B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845B276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Вводно-распределительное устройство ВРУ 1-23-55 УХЛ4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4DC3D59" w14:textId="6C392610" w:rsidR="00AC0643" w:rsidRPr="0086614A" w:rsidRDefault="00AC0643" w:rsidP="00AC0643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</w:rPr>
              <w:t>компл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02A4911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AC0643" w:rsidRPr="00D54525" w14:paraId="18CC0F7B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19B1DEF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6D80C40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Щиток освещения распределительный на 24 автомата ЩРВС-2х12УХЛ4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95AD675" w14:textId="677612F8" w:rsidR="00AC0643" w:rsidRPr="0086614A" w:rsidRDefault="00AC0643" w:rsidP="00AC0643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</w:rPr>
              <w:t>компл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CE21853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</w:tr>
      <w:tr w:rsidR="00AC0643" w:rsidRPr="00D54525" w14:paraId="643B604F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77AA7AA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77F179F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Выключатель автоматический на 16А АП50-ЗмТ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1BA1A10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B868F7C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AC0643" w:rsidRPr="00D54525" w14:paraId="7F1ECB1E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4EAB5DA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B4F4F66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Светильник с люминесцентными лампами </w:t>
            </w:r>
            <w:r w:rsidRPr="00D54525">
              <w:rPr>
                <w:rFonts w:ascii="Times New Roman" w:eastAsia="Times New Roman" w:hAnsi="Times New Roman"/>
              </w:rPr>
              <w:t>ARS</w:t>
            </w:r>
            <w:r w:rsidRPr="00D54525">
              <w:rPr>
                <w:rFonts w:ascii="Times New Roman" w:eastAsia="Times New Roman" w:hAnsi="Times New Roman"/>
                <w:lang w:val="ru-RU"/>
              </w:rPr>
              <w:t>/</w:t>
            </w:r>
            <w:r w:rsidRPr="00D54525">
              <w:rPr>
                <w:rFonts w:ascii="Times New Roman" w:eastAsia="Times New Roman" w:hAnsi="Times New Roman"/>
              </w:rPr>
              <w:t>S</w:t>
            </w:r>
            <w:r w:rsidRPr="00D54525">
              <w:rPr>
                <w:rFonts w:ascii="Times New Roman" w:eastAsia="Times New Roman" w:hAnsi="Times New Roman"/>
                <w:lang w:val="ru-RU"/>
              </w:rPr>
              <w:t>236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CA5E8C7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3DFE346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76</w:t>
            </w:r>
          </w:p>
        </w:tc>
      </w:tr>
      <w:tr w:rsidR="00AC0643" w:rsidRPr="00D54525" w14:paraId="037A9CD1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B63442B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A3B12A5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Светильник с лампами 15Вт </w:t>
            </w:r>
            <w:r w:rsidRPr="00D54525">
              <w:rPr>
                <w:rFonts w:ascii="Times New Roman" w:eastAsia="Times New Roman" w:hAnsi="Times New Roman"/>
              </w:rPr>
              <w:t>NBL</w:t>
            </w:r>
            <w:r w:rsidRPr="00D54525">
              <w:rPr>
                <w:rFonts w:ascii="Times New Roman" w:eastAsia="Times New Roman" w:hAnsi="Times New Roman"/>
                <w:lang w:val="ru-RU"/>
              </w:rPr>
              <w:t>60-60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747026F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A352289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</w:t>
            </w:r>
          </w:p>
        </w:tc>
      </w:tr>
      <w:tr w:rsidR="00AC0643" w:rsidRPr="00D54525" w14:paraId="1B9CC9E2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1DEB680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80C054C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Светильник с лампами 12Вт </w:t>
            </w:r>
            <w:r w:rsidRPr="00D54525">
              <w:rPr>
                <w:rFonts w:ascii="Times New Roman" w:eastAsia="Times New Roman" w:hAnsi="Times New Roman"/>
              </w:rPr>
              <w:t>RKL</w:t>
            </w:r>
            <w:r w:rsidRPr="00D54525">
              <w:rPr>
                <w:rFonts w:ascii="Times New Roman" w:eastAsia="Times New Roman" w:hAnsi="Times New Roman"/>
                <w:lang w:val="ru-RU"/>
              </w:rPr>
              <w:t>160-1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034024F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6497867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86</w:t>
            </w:r>
          </w:p>
        </w:tc>
      </w:tr>
      <w:tr w:rsidR="00AC0643" w:rsidRPr="00D54525" w14:paraId="433F6C4C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8F99AFF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ABC15CF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Светильник с лампами 12Вт </w:t>
            </w:r>
            <w:r w:rsidRPr="00D54525">
              <w:rPr>
                <w:rFonts w:ascii="Times New Roman" w:eastAsia="Times New Roman" w:hAnsi="Times New Roman"/>
              </w:rPr>
              <w:t>RKL</w:t>
            </w:r>
            <w:r w:rsidRPr="00D54525">
              <w:rPr>
                <w:rFonts w:ascii="Times New Roman" w:eastAsia="Times New Roman" w:hAnsi="Times New Roman"/>
                <w:lang w:val="ru-RU"/>
              </w:rPr>
              <w:t>160-2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C9D72A1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F434875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</w:tr>
      <w:tr w:rsidR="00AC0643" w:rsidRPr="00D54525" w14:paraId="4068DAFE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32A777F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F3745D0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Светильник с лампами 15Вт НБО06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67E0E02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CEC4D92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</w:t>
            </w:r>
          </w:p>
        </w:tc>
      </w:tr>
      <w:tr w:rsidR="00AC0643" w:rsidRPr="00D54525" w14:paraId="6D76FCD6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1A60CFB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A4CB055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Светильник с лампами 15 Вт НСП11-1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B157ABA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2122735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</w:tr>
      <w:tr w:rsidR="00AC0643" w:rsidRPr="00D54525" w14:paraId="6180AE8B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8CE7CC1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494B7E0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Светильник с люминесцентными лампами 2 * 36 Вт </w:t>
            </w:r>
            <w:r w:rsidRPr="00D54525">
              <w:rPr>
                <w:rFonts w:ascii="Times New Roman" w:eastAsia="Times New Roman" w:hAnsi="Times New Roman"/>
              </w:rPr>
              <w:t>ARS</w:t>
            </w:r>
            <w:r w:rsidRPr="00D54525">
              <w:rPr>
                <w:rFonts w:ascii="Times New Roman" w:eastAsia="Times New Roman" w:hAnsi="Times New Roman"/>
                <w:lang w:val="ru-RU"/>
              </w:rPr>
              <w:t>/</w:t>
            </w:r>
            <w:r w:rsidRPr="00D54525">
              <w:rPr>
                <w:rFonts w:ascii="Times New Roman" w:eastAsia="Times New Roman" w:hAnsi="Times New Roman"/>
              </w:rPr>
              <w:t>S</w:t>
            </w:r>
            <w:r w:rsidRPr="00D54525">
              <w:rPr>
                <w:rFonts w:ascii="Times New Roman" w:eastAsia="Times New Roman" w:hAnsi="Times New Roman"/>
                <w:lang w:val="ru-RU"/>
              </w:rPr>
              <w:t>236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85EFC52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F0297A7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77</w:t>
            </w:r>
          </w:p>
        </w:tc>
      </w:tr>
      <w:tr w:rsidR="00AC0643" w:rsidRPr="00D54525" w14:paraId="327DCD8B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0B4F246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8BF30DC" w14:textId="77777777" w:rsidR="00AC0643" w:rsidRPr="00D54525" w:rsidRDefault="00AC0643" w:rsidP="00AC0643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Лампа люминесцентная 36 Вт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9C24210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C6D26FE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164</w:t>
            </w:r>
          </w:p>
        </w:tc>
      </w:tr>
      <w:tr w:rsidR="00AC0643" w:rsidRPr="00D54525" w14:paraId="588D2A55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F431D4C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12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CC7B13E" w14:textId="77777777" w:rsidR="00AC0643" w:rsidRPr="00D54525" w:rsidRDefault="00AC0643" w:rsidP="00AC0643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Лампа люминесцентная 18 Вт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3E7800C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3283530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29</w:t>
            </w:r>
          </w:p>
        </w:tc>
      </w:tr>
      <w:tr w:rsidR="00AC0643" w:rsidRPr="00D54525" w14:paraId="5E7D521E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A9DEC0D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7757B26" w14:textId="77777777" w:rsidR="00AC0643" w:rsidRPr="00D54525" w:rsidRDefault="00AC0643" w:rsidP="00AC0643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Стартер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1024522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F230B82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154</w:t>
            </w:r>
          </w:p>
        </w:tc>
      </w:tr>
      <w:tr w:rsidR="00AC0643" w:rsidRPr="00D54525" w14:paraId="7B4A792C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8C42537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7D45A10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Выключатель для скрытой установки С-1-16-10/220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89002A9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7C2E7FC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41</w:t>
            </w:r>
          </w:p>
        </w:tc>
      </w:tr>
      <w:tr w:rsidR="00AC0643" w:rsidRPr="00D54525" w14:paraId="1C4A98BF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31789E3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15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911C1DF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Выключатель для открытой установки О-1-1Р44-17-6/220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9478451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7ABFE60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AC0643" w:rsidRPr="00D54525" w14:paraId="41C90A49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4D29234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16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D3FC548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Розетка штепсельная с третьим заземляющим контактом 10А РШ-Ц-20-01-10/220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28046AE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E244DCA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8</w:t>
            </w:r>
          </w:p>
        </w:tc>
      </w:tr>
      <w:tr w:rsidR="00AC0643" w:rsidRPr="00D54525" w14:paraId="47C2A140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89C6C6F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17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3F8B6F8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Розетка штепсельная с третьим заземл. контактом 6А РШ-Ц-20-01-10/220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78FF6FF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9038999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121</w:t>
            </w:r>
          </w:p>
        </w:tc>
      </w:tr>
      <w:tr w:rsidR="00AC0643" w:rsidRPr="00D54525" w14:paraId="2811ACB9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0B0F8F5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18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04B8746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Коробка У197УХЛ3 - 35 шт. Электроснабжение кондиционеров.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C917215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2D2479A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AC0643" w:rsidRPr="00D54525" w14:paraId="12C58F27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91BFD83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19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1D96F4B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Щиток распределительный на 6 групп (1-но полюсных), 63А ЯРН 8501-380УХЛ4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D8F6EE2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29D9764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</w:tr>
      <w:tr w:rsidR="00AC0643" w:rsidRPr="00D54525" w14:paraId="5D61A607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0118B02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20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C0E9C45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Провод с медными жилами сечением 10 мм2 марки ПВ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78E0D62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м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FA44E6D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50</w:t>
            </w:r>
          </w:p>
        </w:tc>
      </w:tr>
      <w:tr w:rsidR="00AC0643" w:rsidRPr="00D54525" w14:paraId="23C81CBC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62B5342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21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725AFFE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Кабель с медными жилами сечением 3х6мм2 марки ВВГ -066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BDD72C7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м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988E50E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170</w:t>
            </w:r>
          </w:p>
        </w:tc>
      </w:tr>
      <w:tr w:rsidR="00AC0643" w:rsidRPr="00D54525" w14:paraId="69C42C65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F03192F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22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4EA0574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Силовое оборудование кондиционирования и вентиляции согласно проекта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0E003C3" w14:textId="27CD79B5" w:rsidR="00AC0643" w:rsidRPr="0086614A" w:rsidRDefault="00AC0643" w:rsidP="00AC0643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</w:rPr>
              <w:t>комп</w:t>
            </w:r>
            <w:r w:rsidR="0086614A">
              <w:rPr>
                <w:rFonts w:ascii="Times New Roman" w:eastAsia="Times New Roman" w:hAnsi="Times New Roman"/>
                <w:lang w:val="ru-RU"/>
              </w:rPr>
              <w:t>л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CFD3AC4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AC0643" w:rsidRPr="00D54525" w14:paraId="52106A3B" w14:textId="77777777" w:rsidTr="00D54525">
        <w:trPr>
          <w:trHeight w:val="243"/>
        </w:trPr>
        <w:tc>
          <w:tcPr>
            <w:tcW w:w="9825" w:type="dxa"/>
            <w:gridSpan w:val="4"/>
            <w:shd w:val="clear" w:color="auto" w:fill="D9E2F3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25E80B90" w14:textId="35F654C4" w:rsidR="00AC0643" w:rsidRPr="00D54525" w:rsidRDefault="00AC0643" w:rsidP="00AC0643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  <w:b/>
              </w:rPr>
              <w:t>2.</w:t>
            </w:r>
            <w:r w:rsidRPr="00D54525">
              <w:rPr>
                <w:rFonts w:ascii="Times New Roman" w:eastAsia="Times New Roman" w:hAnsi="Times New Roman"/>
                <w:b/>
                <w:lang w:val="ru-RU"/>
              </w:rPr>
              <w:t xml:space="preserve"> </w:t>
            </w:r>
            <w:r w:rsidRPr="00D54525">
              <w:rPr>
                <w:rFonts w:ascii="Times New Roman" w:eastAsia="Times New Roman" w:hAnsi="Times New Roman"/>
                <w:b/>
              </w:rPr>
              <w:t>Перечень</w:t>
            </w:r>
            <w:r w:rsidRPr="00D54525">
              <w:rPr>
                <w:rFonts w:ascii="Times New Roman" w:eastAsia="Times New Roman" w:hAnsi="Times New Roman"/>
                <w:b/>
                <w:lang w:val="ru-RU"/>
              </w:rPr>
              <w:t xml:space="preserve"> </w:t>
            </w:r>
            <w:r w:rsidRPr="00D54525">
              <w:rPr>
                <w:rFonts w:ascii="Times New Roman" w:eastAsia="Times New Roman" w:hAnsi="Times New Roman"/>
                <w:b/>
              </w:rPr>
              <w:t>оборудования общежития №2:</w:t>
            </w:r>
          </w:p>
        </w:tc>
      </w:tr>
      <w:tr w:rsidR="00AC0643" w:rsidRPr="00D54525" w14:paraId="23F075F6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6A774C2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1371B09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Вводно-распределительное устройство ВРУ 1-23-55 УХЛ4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A14D2C2" w14:textId="71820A09" w:rsidR="00AC0643" w:rsidRPr="0086614A" w:rsidRDefault="00AC0643" w:rsidP="00AC0643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</w:rPr>
              <w:t>компл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BE60F94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AC0643" w:rsidRPr="00D54525" w14:paraId="649D1660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AEA25FF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3C09A5A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Щиток освещения распределительный на 24 автомата ЩРВС-2х12УХЛ4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EEE4C0E" w14:textId="24C800A5" w:rsidR="00AC0643" w:rsidRPr="0086614A" w:rsidRDefault="00AC0643" w:rsidP="00AC0643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</w:rPr>
              <w:t>компл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6E89B5D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</w:tr>
      <w:tr w:rsidR="00AC0643" w:rsidRPr="00D54525" w14:paraId="2FEBD3FA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97047AC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37A99C7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Автоматический выключатель АП-50 на 16 А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16A50B7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6A76C20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AC0643" w:rsidRPr="00D54525" w14:paraId="024A0904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52FFB2F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CC3F9FE" w14:textId="77777777" w:rsidR="00AC0643" w:rsidRPr="00D54525" w:rsidRDefault="00AC0643" w:rsidP="00AC0643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Светильник с 15Вт NBL60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55A366E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0E6D36F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</w:t>
            </w:r>
          </w:p>
        </w:tc>
      </w:tr>
      <w:tr w:rsidR="00AC0643" w:rsidRPr="00D54525" w14:paraId="77AB8ADC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D48A110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657CF04" w14:textId="77777777" w:rsidR="00AC0643" w:rsidRPr="00D54525" w:rsidRDefault="00AC0643" w:rsidP="00AC0643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Светильник с 12Вт RKL160-1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1AD7BBC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770A660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14</w:t>
            </w:r>
          </w:p>
        </w:tc>
      </w:tr>
      <w:tr w:rsidR="00AC0643" w:rsidRPr="00D54525" w14:paraId="71384A3C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AFB1FE6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F036556" w14:textId="77777777" w:rsidR="00AC0643" w:rsidRPr="00D54525" w:rsidRDefault="00AC0643" w:rsidP="00AC0643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Светильник с 15Вт НБО06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0538995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FD1DDD7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</w:t>
            </w:r>
          </w:p>
        </w:tc>
      </w:tr>
      <w:tr w:rsidR="00AC0643" w:rsidRPr="00D54525" w14:paraId="4605E71C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784C46E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B706156" w14:textId="77777777" w:rsidR="00AC0643" w:rsidRPr="00D54525" w:rsidRDefault="00AC0643" w:rsidP="00AC0643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Светильник с 100 Вт НСП11-1*100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15314FC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B58BADF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</w:tr>
      <w:tr w:rsidR="00AC0643" w:rsidRPr="00D54525" w14:paraId="38283A59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B800A57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A199E66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Светильник с люминесцентными лампами 2 * 36 Вт </w:t>
            </w:r>
            <w:r w:rsidRPr="00D54525">
              <w:rPr>
                <w:rFonts w:ascii="Times New Roman" w:eastAsia="Times New Roman" w:hAnsi="Times New Roman"/>
              </w:rPr>
              <w:t>ARS</w:t>
            </w:r>
            <w:r w:rsidRPr="00D54525">
              <w:rPr>
                <w:rFonts w:ascii="Times New Roman" w:eastAsia="Times New Roman" w:hAnsi="Times New Roman"/>
                <w:lang w:val="ru-RU"/>
              </w:rPr>
              <w:t>/</w:t>
            </w:r>
            <w:r w:rsidRPr="00D54525">
              <w:rPr>
                <w:rFonts w:ascii="Times New Roman" w:eastAsia="Times New Roman" w:hAnsi="Times New Roman"/>
              </w:rPr>
              <w:t>S</w:t>
            </w:r>
            <w:r w:rsidRPr="00D54525">
              <w:rPr>
                <w:rFonts w:ascii="Times New Roman" w:eastAsia="Times New Roman" w:hAnsi="Times New Roman"/>
                <w:lang w:val="ru-RU"/>
              </w:rPr>
              <w:t>236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3DE6D05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7093AF8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76</w:t>
            </w:r>
          </w:p>
        </w:tc>
      </w:tr>
      <w:tr w:rsidR="00AC0643" w:rsidRPr="00D54525" w14:paraId="5AC9A32A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A5344B7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7801F42" w14:textId="77777777" w:rsidR="00AC0643" w:rsidRPr="00D54525" w:rsidRDefault="00AC0643" w:rsidP="00AC0643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Лампа люминесцентная 36 Вт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93C0DB4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FE68D5A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177</w:t>
            </w:r>
          </w:p>
        </w:tc>
      </w:tr>
      <w:tr w:rsidR="00AC0643" w:rsidRPr="00D54525" w14:paraId="6024EC53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4856A90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D55C3CC" w14:textId="77777777" w:rsidR="00AC0643" w:rsidRPr="00D54525" w:rsidRDefault="00AC0643" w:rsidP="00AC0643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Стартер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E452667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DDF0739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177</w:t>
            </w:r>
          </w:p>
        </w:tc>
      </w:tr>
      <w:tr w:rsidR="00AC0643" w:rsidRPr="00D54525" w14:paraId="33734CA3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38B0519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74F3480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Выключатель для скрытой установки С-1-16-10/220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49DD09F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5590721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41</w:t>
            </w:r>
          </w:p>
        </w:tc>
      </w:tr>
      <w:tr w:rsidR="00AC0643" w:rsidRPr="00D54525" w14:paraId="14AB7BFF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94FE646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12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941FC33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Выключатель для открытой установки О-1-1Р44-17-6/220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374F22A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87B1398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AC0643" w:rsidRPr="00D54525" w14:paraId="38F5DAF5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1C0ADF2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7DDDB42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Розетка штепсельная с третьим заземл. контактом 10А РШ-Ц-20-01-10/220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5312B40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A54F989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27</w:t>
            </w:r>
          </w:p>
        </w:tc>
      </w:tr>
      <w:tr w:rsidR="00AC0643" w:rsidRPr="00D54525" w14:paraId="03C15C14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ADDA8D8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4A33705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Розетка штепсельная с третьим заземл. контактом 6А РШ-Ц-20-01-10/220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4827868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C521375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121</w:t>
            </w:r>
          </w:p>
        </w:tc>
      </w:tr>
      <w:tr w:rsidR="00AC0643" w:rsidRPr="00D54525" w14:paraId="2ED6D216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BF62650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15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D2883A3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Коробка У197УХЛ3 - 35 шт. Электроснабжение кондиционеров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64EBD03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5B5E9CB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AC0643" w:rsidRPr="00D54525" w14:paraId="1F604BC4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2465875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16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FBC3866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Щиток распределительный на 6 групп (1-полюсных), 63А ЯРН 8501-380УХЛ4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2CC8E3A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C792A81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</w:tr>
      <w:tr w:rsidR="00AC0643" w:rsidRPr="00D54525" w14:paraId="1DD1A2C6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C475AD2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17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874021A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Провод с медными жилами сечением 10 мм2 марки ПВ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5819B27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м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829FCBD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50</w:t>
            </w:r>
          </w:p>
        </w:tc>
      </w:tr>
      <w:tr w:rsidR="00AC0643" w:rsidRPr="00D54525" w14:paraId="5F29F8A3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E5E3DAE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18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070F515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Кабель с медными жилами сечением 3х6мм2 марки ВВГ -066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876FB4D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м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7937631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170</w:t>
            </w:r>
          </w:p>
        </w:tc>
      </w:tr>
      <w:tr w:rsidR="00AC0643" w:rsidRPr="00D54525" w14:paraId="4D9EA38E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8345FF3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19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C51EC35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Силовое оборудование кондиционирования и вентиляции согласно проекта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DDF7B8E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193C94E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AC0643" w:rsidRPr="00D54525" w14:paraId="356D9256" w14:textId="77777777" w:rsidTr="00D54525">
        <w:trPr>
          <w:trHeight w:val="189"/>
        </w:trPr>
        <w:tc>
          <w:tcPr>
            <w:tcW w:w="9825" w:type="dxa"/>
            <w:gridSpan w:val="4"/>
            <w:shd w:val="clear" w:color="auto" w:fill="D9E2F3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59F55FEB" w14:textId="631984A8" w:rsidR="00AC0643" w:rsidRPr="00D54525" w:rsidRDefault="00AC0643" w:rsidP="00AC0643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  <w:b/>
              </w:rPr>
              <w:t>3.</w:t>
            </w:r>
            <w:r w:rsidRPr="00D54525">
              <w:rPr>
                <w:rFonts w:ascii="Times New Roman" w:eastAsia="Times New Roman" w:hAnsi="Times New Roman"/>
                <w:b/>
                <w:lang w:val="ru-RU"/>
              </w:rPr>
              <w:t xml:space="preserve"> </w:t>
            </w:r>
            <w:r w:rsidRPr="00D54525">
              <w:rPr>
                <w:rFonts w:ascii="Times New Roman" w:eastAsia="Times New Roman" w:hAnsi="Times New Roman"/>
                <w:b/>
              </w:rPr>
              <w:t>Перечень</w:t>
            </w:r>
            <w:r w:rsidRPr="00D54525">
              <w:rPr>
                <w:rFonts w:ascii="Times New Roman" w:eastAsia="Times New Roman" w:hAnsi="Times New Roman"/>
                <w:b/>
                <w:lang w:val="ru-RU"/>
              </w:rPr>
              <w:t xml:space="preserve"> </w:t>
            </w:r>
            <w:r w:rsidRPr="00D54525">
              <w:rPr>
                <w:rFonts w:ascii="Times New Roman" w:eastAsia="Times New Roman" w:hAnsi="Times New Roman"/>
                <w:b/>
              </w:rPr>
              <w:t>оборудования КПП №1:</w:t>
            </w:r>
          </w:p>
        </w:tc>
      </w:tr>
      <w:tr w:rsidR="00AC0643" w:rsidRPr="00D54525" w14:paraId="60FDAB1A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D5D4A56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EF99DA8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Щиток освещения ЯРН8501-4015УХЛ4 -1 ш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9221CC1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CB61984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AC0643" w:rsidRPr="00D54525" w14:paraId="136DC74C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E99EF97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2896A50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Кондиционер бытовой сплит-система </w:t>
            </w:r>
            <w:r w:rsidRPr="00D54525">
              <w:rPr>
                <w:rFonts w:ascii="Times New Roman" w:eastAsia="Times New Roman" w:hAnsi="Times New Roman"/>
              </w:rPr>
              <w:t>Samsung</w:t>
            </w:r>
            <w:r w:rsidRPr="00D54525">
              <w:rPr>
                <w:rFonts w:ascii="Times New Roman" w:eastAsia="Times New Roman" w:hAnsi="Times New Roman"/>
                <w:lang w:val="ru-RU"/>
              </w:rPr>
              <w:t xml:space="preserve"> </w:t>
            </w:r>
            <w:r w:rsidRPr="00D54525">
              <w:rPr>
                <w:rFonts w:ascii="Times New Roman" w:eastAsia="Times New Roman" w:hAnsi="Times New Roman"/>
              </w:rPr>
              <w:t>N</w:t>
            </w:r>
            <w:r w:rsidRPr="00D54525">
              <w:rPr>
                <w:rFonts w:ascii="Times New Roman" w:eastAsia="Times New Roman" w:hAnsi="Times New Roman"/>
                <w:lang w:val="ru-RU"/>
              </w:rPr>
              <w:t xml:space="preserve">= 0,77 </w:t>
            </w:r>
            <w:r w:rsidRPr="00D54525">
              <w:rPr>
                <w:rFonts w:ascii="Times New Roman" w:eastAsia="Times New Roman" w:hAnsi="Times New Roman"/>
              </w:rPr>
              <w:t>kW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CC08603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0E1D9D0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AC0643" w:rsidRPr="00D54525" w14:paraId="5E24F8FF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5837411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F0898A0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Светильник с люминесцентными лампами </w:t>
            </w:r>
            <w:r w:rsidRPr="00D54525">
              <w:rPr>
                <w:rFonts w:ascii="Times New Roman" w:eastAsia="Times New Roman" w:hAnsi="Times New Roman"/>
              </w:rPr>
              <w:t>ARS</w:t>
            </w:r>
            <w:r w:rsidRPr="00D54525">
              <w:rPr>
                <w:rFonts w:ascii="Times New Roman" w:eastAsia="Times New Roman" w:hAnsi="Times New Roman"/>
                <w:lang w:val="ru-RU"/>
              </w:rPr>
              <w:t>/</w:t>
            </w:r>
            <w:r w:rsidRPr="00D54525">
              <w:rPr>
                <w:rFonts w:ascii="Times New Roman" w:eastAsia="Times New Roman" w:hAnsi="Times New Roman"/>
              </w:rPr>
              <w:t>S</w:t>
            </w:r>
            <w:r w:rsidRPr="00D54525">
              <w:rPr>
                <w:rFonts w:ascii="Times New Roman" w:eastAsia="Times New Roman" w:hAnsi="Times New Roman"/>
                <w:lang w:val="ru-RU"/>
              </w:rPr>
              <w:t>- 2*36Вт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7D4140F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E124670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</w:tr>
      <w:tr w:rsidR="00AC0643" w:rsidRPr="00D54525" w14:paraId="7323555C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B714553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37D5033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Светильник с лампами светодиодная 15 Вт </w:t>
            </w:r>
            <w:r w:rsidRPr="00D54525">
              <w:rPr>
                <w:rFonts w:ascii="Times New Roman" w:eastAsia="Times New Roman" w:hAnsi="Times New Roman"/>
              </w:rPr>
              <w:t>NBL</w:t>
            </w:r>
            <w:r w:rsidRPr="00D54525">
              <w:rPr>
                <w:rFonts w:ascii="Times New Roman" w:eastAsia="Times New Roman" w:hAnsi="Times New Roman"/>
                <w:lang w:val="ru-RU"/>
              </w:rPr>
              <w:t xml:space="preserve">61 </w:t>
            </w:r>
            <w:r w:rsidRPr="00D54525">
              <w:rPr>
                <w:rFonts w:ascii="Times New Roman" w:eastAsia="Times New Roman" w:hAnsi="Times New Roman"/>
              </w:rPr>
              <w:t>E</w:t>
            </w:r>
            <w:r w:rsidRPr="00D54525">
              <w:rPr>
                <w:rFonts w:ascii="Times New Roman" w:eastAsia="Times New Roman" w:hAnsi="Times New Roman"/>
                <w:lang w:val="ru-RU"/>
              </w:rPr>
              <w:t>60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97AA692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154F40C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</w:tr>
      <w:tr w:rsidR="00AC0643" w:rsidRPr="00D54525" w14:paraId="68005B7B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D8EA4EE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45A17B3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Светильник с лампами светодиодная 15 Вт </w:t>
            </w:r>
            <w:r w:rsidRPr="00D54525">
              <w:rPr>
                <w:rFonts w:ascii="Times New Roman" w:eastAsia="Times New Roman" w:hAnsi="Times New Roman"/>
              </w:rPr>
              <w:t>RKL</w:t>
            </w:r>
            <w:r w:rsidRPr="00D54525">
              <w:rPr>
                <w:rFonts w:ascii="Times New Roman" w:eastAsia="Times New Roman" w:hAnsi="Times New Roman"/>
                <w:lang w:val="ru-RU"/>
              </w:rPr>
              <w:t>160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F4C14AE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4C22B35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</w:tr>
      <w:tr w:rsidR="00AC0643" w:rsidRPr="00D54525" w14:paraId="5EA28A1E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0C2659B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CC0E909" w14:textId="77777777" w:rsidR="00AC0643" w:rsidRPr="00D54525" w:rsidRDefault="00AC0643" w:rsidP="00AC0643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Лампа светодиодная 12 Вт Б220-230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FB8F6AE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5DC4728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</w:t>
            </w:r>
          </w:p>
        </w:tc>
      </w:tr>
      <w:tr w:rsidR="00AC0643" w:rsidRPr="00D54525" w14:paraId="44DAE47C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C9990C5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A53904F" w14:textId="77777777" w:rsidR="00AC0643" w:rsidRPr="00D54525" w:rsidRDefault="00AC0643" w:rsidP="00AC0643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Лампа люминесцентная 36 Вт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2D41021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C7B64E8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</w:t>
            </w:r>
          </w:p>
        </w:tc>
      </w:tr>
      <w:tr w:rsidR="00AC0643" w:rsidRPr="00D54525" w14:paraId="501D9503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C7C4F7A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801BA68" w14:textId="77777777" w:rsidR="00AC0643" w:rsidRPr="00D54525" w:rsidRDefault="00AC0643" w:rsidP="00AC0643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Стартер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55925BD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8098419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</w:t>
            </w:r>
          </w:p>
        </w:tc>
      </w:tr>
      <w:tr w:rsidR="00AC0643" w:rsidRPr="00D54525" w14:paraId="7BC0F562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9EA7D71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3DB1A5D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Розетка штепсельная с 3-м заземляющим контактом РШ-ц-20—01-10/220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78F321C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B822B38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</w:t>
            </w:r>
          </w:p>
        </w:tc>
      </w:tr>
      <w:tr w:rsidR="00AC0643" w:rsidRPr="00D54525" w14:paraId="3FE3670E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4929C20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77C4446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Выключатель для скрытой установки С-1-16-10/220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5542AA9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8F591B4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5</w:t>
            </w:r>
          </w:p>
        </w:tc>
      </w:tr>
      <w:tr w:rsidR="00AC0643" w:rsidRPr="00D54525" w14:paraId="32072F23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1F55490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BB9CEF0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Провод ППВ сечением 3х2,5 мм2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244909F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м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B6D0FE2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18</w:t>
            </w:r>
          </w:p>
        </w:tc>
      </w:tr>
      <w:tr w:rsidR="00AC0643" w:rsidRPr="00D54525" w14:paraId="28B454E1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8A829FB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12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65F5AF9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Провод ППВ сечением 2х2,5 мм2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331E5A9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м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C44711E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40</w:t>
            </w:r>
          </w:p>
        </w:tc>
      </w:tr>
      <w:tr w:rsidR="00AC0643" w:rsidRPr="00D54525" w14:paraId="27B4E5DF" w14:textId="77777777" w:rsidTr="00D54525">
        <w:trPr>
          <w:trHeight w:val="163"/>
        </w:trPr>
        <w:tc>
          <w:tcPr>
            <w:tcW w:w="9825" w:type="dxa"/>
            <w:gridSpan w:val="4"/>
            <w:shd w:val="clear" w:color="auto" w:fill="D9E2F3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2929126F" w14:textId="240E008B" w:rsidR="00AC0643" w:rsidRPr="00D54525" w:rsidRDefault="00AC0643" w:rsidP="00AC0643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  <w:b/>
              </w:rPr>
              <w:t>4.Перечень</w:t>
            </w:r>
            <w:r w:rsidRPr="00D54525">
              <w:rPr>
                <w:rFonts w:ascii="Times New Roman" w:eastAsia="Times New Roman" w:hAnsi="Times New Roman"/>
                <w:b/>
                <w:lang w:val="ru-RU"/>
              </w:rPr>
              <w:t xml:space="preserve"> </w:t>
            </w:r>
            <w:r w:rsidRPr="00D54525">
              <w:rPr>
                <w:rFonts w:ascii="Times New Roman" w:eastAsia="Times New Roman" w:hAnsi="Times New Roman"/>
                <w:b/>
              </w:rPr>
              <w:t>оборудования КПП №2:</w:t>
            </w:r>
          </w:p>
        </w:tc>
      </w:tr>
      <w:tr w:rsidR="00AC0643" w:rsidRPr="00D54525" w14:paraId="647A7878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6DDBD16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3ABA9AC" w14:textId="77777777" w:rsidR="00AC0643" w:rsidRPr="00D54525" w:rsidRDefault="00AC0643" w:rsidP="00AC0643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Щиток освещения ЯРН8501-4015УХЛ4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B98EA30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45D25A8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AC0643" w:rsidRPr="00D54525" w14:paraId="2E88C9B5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96C76A6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1109D16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Кондиционер бытовой сплит-система </w:t>
            </w:r>
            <w:r w:rsidRPr="00D54525">
              <w:rPr>
                <w:rFonts w:ascii="Times New Roman" w:eastAsia="Times New Roman" w:hAnsi="Times New Roman"/>
              </w:rPr>
              <w:t>Samsung</w:t>
            </w:r>
            <w:r w:rsidRPr="00D54525">
              <w:rPr>
                <w:rFonts w:ascii="Times New Roman" w:eastAsia="Times New Roman" w:hAnsi="Times New Roman"/>
                <w:lang w:val="ru-RU"/>
              </w:rPr>
              <w:t xml:space="preserve"> </w:t>
            </w:r>
            <w:r w:rsidRPr="00D54525">
              <w:rPr>
                <w:rFonts w:ascii="Times New Roman" w:eastAsia="Times New Roman" w:hAnsi="Times New Roman"/>
              </w:rPr>
              <w:t>N</w:t>
            </w:r>
            <w:r w:rsidRPr="00D54525">
              <w:rPr>
                <w:rFonts w:ascii="Times New Roman" w:eastAsia="Times New Roman" w:hAnsi="Times New Roman"/>
                <w:lang w:val="ru-RU"/>
              </w:rPr>
              <w:t xml:space="preserve">= 0,77 </w:t>
            </w:r>
            <w:r w:rsidRPr="00D54525">
              <w:rPr>
                <w:rFonts w:ascii="Times New Roman" w:eastAsia="Times New Roman" w:hAnsi="Times New Roman"/>
              </w:rPr>
              <w:t>kW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5674C94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6F19FB5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AC0643" w:rsidRPr="00D54525" w14:paraId="2EEB9917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0AEEE68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1FCFAD3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Светильник с люминесцентными лампами 2*36Вт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12F51D6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F6348C5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</w:tr>
      <w:tr w:rsidR="00AC0643" w:rsidRPr="00D54525" w14:paraId="73CE5E34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F5CD3EF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73B43BA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Светильник с лампами 15 Вт </w:t>
            </w:r>
            <w:r w:rsidRPr="00D54525">
              <w:rPr>
                <w:rFonts w:ascii="Times New Roman" w:eastAsia="Times New Roman" w:hAnsi="Times New Roman"/>
              </w:rPr>
              <w:t>NBL</w:t>
            </w:r>
            <w:r w:rsidRPr="00D54525">
              <w:rPr>
                <w:rFonts w:ascii="Times New Roman" w:eastAsia="Times New Roman" w:hAnsi="Times New Roman"/>
                <w:lang w:val="ru-RU"/>
              </w:rPr>
              <w:t xml:space="preserve">61 </w:t>
            </w:r>
            <w:r w:rsidRPr="00D54525">
              <w:rPr>
                <w:rFonts w:ascii="Times New Roman" w:eastAsia="Times New Roman" w:hAnsi="Times New Roman"/>
              </w:rPr>
              <w:t>E</w:t>
            </w:r>
            <w:r w:rsidRPr="00D54525">
              <w:rPr>
                <w:rFonts w:ascii="Times New Roman" w:eastAsia="Times New Roman" w:hAnsi="Times New Roman"/>
                <w:lang w:val="ru-RU"/>
              </w:rPr>
              <w:t>60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7A2107C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F5F3DB0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</w:tr>
      <w:tr w:rsidR="00AC0643" w:rsidRPr="00D54525" w14:paraId="1127EA26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F00E5DA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07ECADD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Светильник с лампами 15 Вт </w:t>
            </w:r>
            <w:r w:rsidRPr="00D54525">
              <w:rPr>
                <w:rFonts w:ascii="Times New Roman" w:eastAsia="Times New Roman" w:hAnsi="Times New Roman"/>
              </w:rPr>
              <w:t>RKL</w:t>
            </w:r>
            <w:r w:rsidRPr="00D54525">
              <w:rPr>
                <w:rFonts w:ascii="Times New Roman" w:eastAsia="Times New Roman" w:hAnsi="Times New Roman"/>
                <w:lang w:val="ru-RU"/>
              </w:rPr>
              <w:t>160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B3964FD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3E41C8B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</w:tr>
      <w:tr w:rsidR="00AC0643" w:rsidRPr="00D54525" w14:paraId="7997129E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34E6BC7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2897F12" w14:textId="77777777" w:rsidR="00AC0643" w:rsidRPr="00D54525" w:rsidRDefault="00AC0643" w:rsidP="00AC0643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Лампа светодиодная 15 Вт Б220-230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FDC9DD8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DA04C2C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</w:t>
            </w:r>
          </w:p>
        </w:tc>
      </w:tr>
      <w:tr w:rsidR="00AC0643" w:rsidRPr="00D54525" w14:paraId="74EE0FC2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3B2210C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3AAA7B1" w14:textId="77777777" w:rsidR="00AC0643" w:rsidRPr="00D54525" w:rsidRDefault="00AC0643" w:rsidP="00AC0643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Лампа люминесцентная 36 Вт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4F02570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BD9285C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</w:t>
            </w:r>
          </w:p>
        </w:tc>
      </w:tr>
      <w:tr w:rsidR="00AC0643" w:rsidRPr="00D54525" w14:paraId="1724E556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BDF8A79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9D02DAD" w14:textId="77777777" w:rsidR="00AC0643" w:rsidRPr="00D54525" w:rsidRDefault="00AC0643" w:rsidP="00AC0643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Стартер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2755170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9C21ED0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</w:t>
            </w:r>
          </w:p>
        </w:tc>
      </w:tr>
      <w:tr w:rsidR="00AC0643" w:rsidRPr="00D54525" w14:paraId="26105C17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D7ECA90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42DEA9B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Розетка штепсельная с 3-м заземляющим контактом РШ-ц-20—01-10/220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08DEC2F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FAAC9E7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</w:t>
            </w:r>
          </w:p>
        </w:tc>
      </w:tr>
      <w:tr w:rsidR="00AC0643" w:rsidRPr="00D54525" w14:paraId="75EFF965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CA9A888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3B362DD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Выключатель для скрытой установки С-1-16-10/220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3E4A2FC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54D6A33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5</w:t>
            </w:r>
          </w:p>
        </w:tc>
      </w:tr>
      <w:tr w:rsidR="00AC0643" w:rsidRPr="00D54525" w14:paraId="20DB55EF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23F93DA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C17C4EC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Провод ППВ сечением 3х2,5 мм2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6EA6A74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м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A029A05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18</w:t>
            </w:r>
          </w:p>
        </w:tc>
      </w:tr>
      <w:tr w:rsidR="00AC0643" w:rsidRPr="00D54525" w14:paraId="50F23B9E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97C7A6F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12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771A82C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Провод ППВ сечением 2х2,5 мм2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E4D9480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м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146B749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40</w:t>
            </w:r>
          </w:p>
        </w:tc>
      </w:tr>
      <w:tr w:rsidR="00AC0643" w:rsidRPr="00D54525" w14:paraId="4D242852" w14:textId="77777777" w:rsidTr="00D54525">
        <w:trPr>
          <w:trHeight w:val="291"/>
        </w:trPr>
        <w:tc>
          <w:tcPr>
            <w:tcW w:w="9825" w:type="dxa"/>
            <w:gridSpan w:val="4"/>
            <w:shd w:val="clear" w:color="auto" w:fill="D9E2F3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77E5FCE7" w14:textId="710DEF99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b/>
                <w:lang w:val="ru-RU"/>
              </w:rPr>
              <w:t>5. Перечень  оборудования Административно-бытового корпуса:</w:t>
            </w:r>
          </w:p>
        </w:tc>
      </w:tr>
      <w:tr w:rsidR="00AC0643" w:rsidRPr="00D54525" w14:paraId="514C6861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06F1D19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1BC34E0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Вводно-распределительное устройство ВРУ1-26-66 УЧЛ4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C456BAF" w14:textId="10C2DE56" w:rsidR="00AC0643" w:rsidRPr="0086614A" w:rsidRDefault="00AC0643" w:rsidP="00AC0643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</w:rPr>
              <w:t>компл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E411195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AC0643" w:rsidRPr="00D54525" w14:paraId="09B99760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B4D36C3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C3ADBC3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Шкаф распределительный напольной установки 250А, 380В с выключателем на отходящих линиях ВА51-31-63А,16А; ВА51-31-1-6*63А, с вводным выключателем ВА51-35 на 200А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90DAAAB" w14:textId="1ED84AF5" w:rsidR="00AC0643" w:rsidRPr="0086614A" w:rsidRDefault="00AC0643" w:rsidP="00AC0643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</w:rPr>
              <w:t>компл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C59525C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AC0643" w:rsidRPr="00D54525" w14:paraId="47ED08D2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FF0EC68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8AA23E7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Шкаф распределительный напольной установки 250А, 380В с выключателем на отходящих линиях ВА51-31-63А,16А; ВА51-31-1-6*63А, с вводным выключателем ВА51-35 на 200А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23031C1" w14:textId="6AC057F1" w:rsidR="00AC0643" w:rsidRPr="0086614A" w:rsidRDefault="00AC0643" w:rsidP="00AC0643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</w:rPr>
              <w:t>компл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DF194FA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AC0643" w:rsidRPr="00D54525" w14:paraId="420E3001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B783D7F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EDC2FD6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Щиток освещения на 12 автоматов - 1 компл. В том числе в 1 комплекте: ящик для автоматов ЩРНС-1*12УЧЛ4 – 1шт.; автомат на 10А ВА47-29; автомат на 16А ВА47-29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0242AF0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6901F50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12</w:t>
            </w:r>
          </w:p>
        </w:tc>
      </w:tr>
      <w:tr w:rsidR="00AC0643" w:rsidRPr="00D54525" w14:paraId="0F48AD43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5547E71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58373FF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Светильник с лампами 15Вт </w:t>
            </w:r>
            <w:r w:rsidRPr="00D54525">
              <w:rPr>
                <w:rFonts w:ascii="Times New Roman" w:eastAsia="Times New Roman" w:hAnsi="Times New Roman"/>
              </w:rPr>
              <w:t>NBL</w:t>
            </w:r>
            <w:r w:rsidRPr="00D54525">
              <w:rPr>
                <w:rFonts w:ascii="Times New Roman" w:eastAsia="Times New Roman" w:hAnsi="Times New Roman"/>
                <w:lang w:val="ru-RU"/>
              </w:rPr>
              <w:t>60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F05A0EE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5FB9324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</w:t>
            </w:r>
          </w:p>
        </w:tc>
      </w:tr>
      <w:tr w:rsidR="00AC0643" w:rsidRPr="00D54525" w14:paraId="739C2A6F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22BAD5E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0A6DAAC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Светильник с лампами 12 Вт </w:t>
            </w:r>
            <w:r w:rsidRPr="00D54525">
              <w:rPr>
                <w:rFonts w:ascii="Times New Roman" w:eastAsia="Times New Roman" w:hAnsi="Times New Roman"/>
              </w:rPr>
              <w:t>RKL</w:t>
            </w:r>
            <w:r w:rsidRPr="00D54525">
              <w:rPr>
                <w:rFonts w:ascii="Times New Roman" w:eastAsia="Times New Roman" w:hAnsi="Times New Roman"/>
                <w:lang w:val="ru-RU"/>
              </w:rPr>
              <w:t>160-1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C1FC522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9DAA297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14</w:t>
            </w:r>
          </w:p>
        </w:tc>
      </w:tr>
      <w:tr w:rsidR="00AC0643" w:rsidRPr="00D54525" w14:paraId="7B924EF7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914CB47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DC72C73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Светильник с лампами 12Вт НБО06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D010076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A7B69B0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</w:t>
            </w:r>
          </w:p>
        </w:tc>
      </w:tr>
      <w:tr w:rsidR="00AC0643" w:rsidRPr="00D54525" w14:paraId="0ABD022F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6EC4541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1299B44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Светильник с лампами 15 Вт НСП11-1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4365293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30AA732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</w:tr>
      <w:tr w:rsidR="00AC0643" w:rsidRPr="00D54525" w14:paraId="4BD598F6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0097076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52C18DC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Светильник с люминесцентными лампами 2 * 36 Вт </w:t>
            </w:r>
            <w:r w:rsidRPr="00D54525">
              <w:rPr>
                <w:rFonts w:ascii="Times New Roman" w:eastAsia="Times New Roman" w:hAnsi="Times New Roman"/>
              </w:rPr>
              <w:t>ARS</w:t>
            </w:r>
            <w:r w:rsidRPr="00D54525">
              <w:rPr>
                <w:rFonts w:ascii="Times New Roman" w:eastAsia="Times New Roman" w:hAnsi="Times New Roman"/>
                <w:lang w:val="ru-RU"/>
              </w:rPr>
              <w:t>/</w:t>
            </w:r>
            <w:r w:rsidRPr="00D54525">
              <w:rPr>
                <w:rFonts w:ascii="Times New Roman" w:eastAsia="Times New Roman" w:hAnsi="Times New Roman"/>
              </w:rPr>
              <w:t>S</w:t>
            </w:r>
            <w:r w:rsidRPr="00D54525">
              <w:rPr>
                <w:rFonts w:ascii="Times New Roman" w:eastAsia="Times New Roman" w:hAnsi="Times New Roman"/>
                <w:lang w:val="ru-RU"/>
              </w:rPr>
              <w:t>236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7C2A064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08FE875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77</w:t>
            </w:r>
          </w:p>
        </w:tc>
      </w:tr>
      <w:tr w:rsidR="00AC0643" w:rsidRPr="00D54525" w14:paraId="7E66A62D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C59E1A5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F324D55" w14:textId="77777777" w:rsidR="00AC0643" w:rsidRPr="00D54525" w:rsidRDefault="00AC0643" w:rsidP="00AC0643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Лампа люминесцентная 36 Вт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7CDA047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68A9AEF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154</w:t>
            </w:r>
          </w:p>
        </w:tc>
      </w:tr>
      <w:tr w:rsidR="00AC0643" w:rsidRPr="00D54525" w14:paraId="50FB57B5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3020701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FD3988A" w14:textId="77777777" w:rsidR="00AC0643" w:rsidRPr="00D54525" w:rsidRDefault="00AC0643" w:rsidP="00AC0643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Лампа светодиодная 12 Вт Б220-230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38FC48B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D73DD3E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23</w:t>
            </w:r>
          </w:p>
        </w:tc>
      </w:tr>
      <w:tr w:rsidR="00AC0643" w:rsidRPr="00D54525" w14:paraId="3137D803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5609FD5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12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6E0897D" w14:textId="77777777" w:rsidR="00AC0643" w:rsidRPr="00D54525" w:rsidRDefault="00AC0643" w:rsidP="00AC0643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Стартер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F077BD2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D25E10E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154</w:t>
            </w:r>
          </w:p>
        </w:tc>
      </w:tr>
      <w:tr w:rsidR="00AC0643" w:rsidRPr="00D54525" w14:paraId="6E2C40F7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666C3BB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F6FB233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Выключатель для скрытой установки С-1-16-10/220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B14437E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36E0114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41</w:t>
            </w:r>
          </w:p>
        </w:tc>
      </w:tr>
      <w:tr w:rsidR="00AC0643" w:rsidRPr="00D54525" w14:paraId="7A9815A2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2C548BB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583F14B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Выключатель для открытой установки О-1-1Р44-17-6/220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1CCAF66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471BE22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AC0643" w:rsidRPr="00D54525" w14:paraId="40E7BCCD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782EEA6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15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50A2774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Розетка штепсельная с третьим заземляющим контактом 10А РШ-Ц-20-01-10/220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1985C1D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D12AF9C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88</w:t>
            </w:r>
          </w:p>
        </w:tc>
      </w:tr>
      <w:tr w:rsidR="00AC0643" w:rsidRPr="00D54525" w14:paraId="0FD72326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542E91B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16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2F5621D" w14:textId="77777777" w:rsidR="00AC0643" w:rsidRPr="00D54525" w:rsidRDefault="00AC0643" w:rsidP="00AC0643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Коробка У197УХЛ3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AC1B9F1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507305C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35</w:t>
            </w:r>
          </w:p>
        </w:tc>
      </w:tr>
      <w:tr w:rsidR="00AC0643" w:rsidRPr="00D54525" w14:paraId="08D76647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B6C2798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17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F37D44E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Провод с медными жилами сеч. 3*2,5-0,45 ППВ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BD85EE5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м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6BD579F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550</w:t>
            </w:r>
          </w:p>
        </w:tc>
      </w:tr>
      <w:tr w:rsidR="00AC0643" w:rsidRPr="00D54525" w14:paraId="16D6C287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A7B5A67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18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9480C7D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Провод с медными жилами сеч. 2*2,5-0,45 ППВ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C1406E7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м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759B08D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500</w:t>
            </w:r>
          </w:p>
        </w:tc>
      </w:tr>
      <w:tr w:rsidR="00AC0643" w:rsidRPr="00D54525" w14:paraId="2BB7EE6F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7F17C73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19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6402597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Провод с медными жилами сеч. 1*16-0,45 ПВ-3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5EED538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м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6768423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12</w:t>
            </w:r>
          </w:p>
        </w:tc>
      </w:tr>
      <w:tr w:rsidR="00AC0643" w:rsidRPr="00D54525" w14:paraId="65E6CC13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A42E93F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20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3FAF653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Кабель с медными жилами сеч. 3*10-0,66 ВВГ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DC878DC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м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ED17E4B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175</w:t>
            </w:r>
          </w:p>
        </w:tc>
      </w:tr>
      <w:tr w:rsidR="00AC0643" w:rsidRPr="00D54525" w14:paraId="66B9769C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22FE405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21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24B7BF7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Кабель с медными жилами сеч. 4*16-0,66 ВВГ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4DF9F01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м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1E3AEE6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</w:t>
            </w:r>
          </w:p>
        </w:tc>
      </w:tr>
      <w:tr w:rsidR="00AC0643" w:rsidRPr="00D54525" w14:paraId="77013839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4081C54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22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633C4AA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Кабель с медными жилами сеч. 5*6-0,66 ВВГ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B0C9B3B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м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DABE871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13</w:t>
            </w:r>
          </w:p>
        </w:tc>
      </w:tr>
      <w:tr w:rsidR="00AC0643" w:rsidRPr="00D54525" w14:paraId="2DBB8E2B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4D6E89C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23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3A64C90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Кабель с медными жилами сеч. 4*25-0,66 ВВГ -12 м. Силовое оборудование кондиционирования и вентиляции согласно проекта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DD40A60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A9EEB74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AC0643" w:rsidRPr="00D54525" w14:paraId="1EC8CFA6" w14:textId="77777777" w:rsidTr="00D54525">
        <w:trPr>
          <w:trHeight w:val="151"/>
        </w:trPr>
        <w:tc>
          <w:tcPr>
            <w:tcW w:w="9825" w:type="dxa"/>
            <w:gridSpan w:val="4"/>
            <w:shd w:val="clear" w:color="auto" w:fill="D9E2F3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0F49D6F9" w14:textId="674FB313" w:rsidR="00AC0643" w:rsidRPr="00D54525" w:rsidRDefault="00AC0643" w:rsidP="00AC0643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  <w:b/>
              </w:rPr>
              <w:t>6.</w:t>
            </w:r>
            <w:r w:rsidRPr="00D54525">
              <w:rPr>
                <w:rFonts w:ascii="Times New Roman" w:eastAsia="Times New Roman" w:hAnsi="Times New Roman"/>
                <w:b/>
                <w:lang w:val="ru-RU"/>
              </w:rPr>
              <w:t xml:space="preserve"> </w:t>
            </w:r>
            <w:r w:rsidRPr="00D54525">
              <w:rPr>
                <w:rFonts w:ascii="Times New Roman" w:eastAsia="Times New Roman" w:hAnsi="Times New Roman"/>
                <w:b/>
              </w:rPr>
              <w:t>Перечень</w:t>
            </w:r>
            <w:r w:rsidRPr="00D54525">
              <w:rPr>
                <w:rFonts w:ascii="Times New Roman" w:eastAsia="Times New Roman" w:hAnsi="Times New Roman"/>
                <w:b/>
                <w:lang w:val="ru-RU"/>
              </w:rPr>
              <w:t xml:space="preserve"> </w:t>
            </w:r>
            <w:r w:rsidRPr="00D54525">
              <w:rPr>
                <w:rFonts w:ascii="Times New Roman" w:eastAsia="Times New Roman" w:hAnsi="Times New Roman"/>
                <w:b/>
              </w:rPr>
              <w:t>оборудования котельной:</w:t>
            </w:r>
          </w:p>
        </w:tc>
      </w:tr>
      <w:tr w:rsidR="00AC0643" w:rsidRPr="00D54525" w14:paraId="0AF1F940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C2ED726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C0084D9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Кондиционер сплит-система «</w:t>
            </w:r>
            <w:r w:rsidRPr="00D54525">
              <w:rPr>
                <w:rFonts w:ascii="Times New Roman" w:eastAsia="Times New Roman" w:hAnsi="Times New Roman"/>
              </w:rPr>
              <w:t>Samsung</w:t>
            </w:r>
            <w:r w:rsidRPr="00D54525">
              <w:rPr>
                <w:rFonts w:ascii="Times New Roman" w:eastAsia="Times New Roman" w:hAnsi="Times New Roman"/>
                <w:lang w:val="ru-RU"/>
              </w:rPr>
              <w:t xml:space="preserve">», </w:t>
            </w:r>
            <w:r w:rsidRPr="00D54525">
              <w:rPr>
                <w:rFonts w:ascii="Times New Roman" w:eastAsia="Times New Roman" w:hAnsi="Times New Roman"/>
              </w:rPr>
              <w:t>N</w:t>
            </w:r>
            <w:r w:rsidRPr="00D54525">
              <w:rPr>
                <w:rFonts w:ascii="Times New Roman" w:eastAsia="Times New Roman" w:hAnsi="Times New Roman"/>
                <w:lang w:val="ru-RU"/>
              </w:rPr>
              <w:t>=0.77</w:t>
            </w:r>
            <w:r w:rsidRPr="00D54525">
              <w:rPr>
                <w:rFonts w:ascii="Times New Roman" w:eastAsia="Times New Roman" w:hAnsi="Times New Roman"/>
              </w:rPr>
              <w:t>Kw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AF573F1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56DA8CF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AC0643" w:rsidRPr="00D54525" w14:paraId="5AA63632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FF3BD06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4A798E6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Щиток осветительный, на 4 группы ЯРН 8501-3802УЗБ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CA183FF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B51C2AE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AC0643" w:rsidRPr="00D54525" w14:paraId="707A810A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57A03B7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4ED5E5F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Ящик с понижающим трансформатором 250ВА ЯТП-0,25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14A22A7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42026BA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</w:tr>
      <w:tr w:rsidR="00AC0643" w:rsidRPr="00D54525" w14:paraId="25F2865E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6B543D0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2F73AB0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Светильник с лампами защищенном исполнении до 500Вт НСП-11-500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193274A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55701F2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7</w:t>
            </w:r>
          </w:p>
        </w:tc>
      </w:tr>
      <w:tr w:rsidR="00AC0643" w:rsidRPr="00D54525" w14:paraId="645786EA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4199BE3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57E4834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Светильник с лампами в защищенном исполнении до 200Вт НСП-11-100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8A4CC95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54933DE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6</w:t>
            </w:r>
          </w:p>
        </w:tc>
      </w:tr>
      <w:tr w:rsidR="00AC0643" w:rsidRPr="00D54525" w14:paraId="750353E6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CDFB2DA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CDD01A0" w14:textId="77777777" w:rsidR="00AC0643" w:rsidRPr="00D54525" w:rsidRDefault="00AC0643" w:rsidP="00AC0643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Светильник переносной РВО-42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5944C50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5407632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AC0643" w:rsidRPr="00D54525" w14:paraId="5D5A47CD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BB68270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3B6BB1C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Лампа светодиодная, мощностью 15Вт Г220-230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434F265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E43E2A3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7</w:t>
            </w:r>
          </w:p>
        </w:tc>
      </w:tr>
      <w:tr w:rsidR="00AC0643" w:rsidRPr="00D54525" w14:paraId="6034037E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B817357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032B1B6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Лампа светодиодная, мощностью 15Вт Г220-230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3D87C8B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32EA9C6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6</w:t>
            </w:r>
          </w:p>
        </w:tc>
      </w:tr>
      <w:tr w:rsidR="00AC0643" w:rsidRPr="00D54525" w14:paraId="7F2E0FE0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676EEA3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BADB256" w14:textId="77777777" w:rsidR="00AC0643" w:rsidRPr="00D54525" w:rsidRDefault="00AC0643" w:rsidP="00AC0643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Лампа светодиодная МО12-60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19F8641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FEE2C80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AC0643" w:rsidRPr="00D54525" w14:paraId="7DD1DCE1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523FB5D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06EE358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Выключатель однополосный 220В, 6А РШ-ц-20-С-56-10/220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9148886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3C669B3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6</w:t>
            </w:r>
          </w:p>
        </w:tc>
      </w:tr>
      <w:tr w:rsidR="00AC0643" w:rsidRPr="00D54525" w14:paraId="75E96CDE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713904E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494082E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Розетка двухполюсная с 3-м заземляющим контактом 220В, 10А РШ-ц-20-С-56-10/220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E0AB2AF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B75EBF1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AC0643" w:rsidRPr="00D54525" w14:paraId="5F8DEF16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7026548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12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1F42C89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Розетка двухполюсная 42В, 10А РШ-ц-20-С-56-10/42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F5D5226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A252F21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</w:t>
            </w:r>
          </w:p>
        </w:tc>
      </w:tr>
      <w:tr w:rsidR="00AC0643" w:rsidRPr="00D54525" w14:paraId="2A2085EA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31A009F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796C799" w14:textId="77777777" w:rsidR="00AC0643" w:rsidRPr="00D54525" w:rsidRDefault="00AC0643" w:rsidP="00AC0643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Муфта натяжная К804 У3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E7431BD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AA514EB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</w:t>
            </w:r>
          </w:p>
        </w:tc>
      </w:tr>
      <w:tr w:rsidR="00AC0643" w:rsidRPr="00D54525" w14:paraId="16D938B4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CBE364D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8360F12" w14:textId="77777777" w:rsidR="00AC0643" w:rsidRPr="00D54525" w:rsidRDefault="00AC0643" w:rsidP="00AC0643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Стойка К987 У3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CED2357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071BFD6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</w:t>
            </w:r>
          </w:p>
        </w:tc>
      </w:tr>
      <w:tr w:rsidR="00AC0643" w:rsidRPr="00D54525" w14:paraId="43E0D044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6612191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15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75178C9" w14:textId="77777777" w:rsidR="00AC0643" w:rsidRPr="00D54525" w:rsidRDefault="00AC0643" w:rsidP="00AC0643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Анкер К676 У3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B93B14E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C05C199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</w:tr>
      <w:tr w:rsidR="00AC0643" w:rsidRPr="00D54525" w14:paraId="76426F27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2A297B2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16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2A25D15" w14:textId="77777777" w:rsidR="00AC0643" w:rsidRPr="00D54525" w:rsidRDefault="00AC0643" w:rsidP="00AC0643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Коробка ответвительная У 409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9D9CB2B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353F09B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7</w:t>
            </w:r>
          </w:p>
        </w:tc>
      </w:tr>
      <w:tr w:rsidR="00AC0643" w:rsidRPr="00D54525" w14:paraId="481569D0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DAF2D51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17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46A69E5" w14:textId="77777777" w:rsidR="00AC0643" w:rsidRPr="00D54525" w:rsidRDefault="00AC0643" w:rsidP="00AC0643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Кронштейн У116 У3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16D5E91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BD1BB90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14</w:t>
            </w:r>
          </w:p>
        </w:tc>
      </w:tr>
      <w:tr w:rsidR="00AC0643" w:rsidRPr="00D54525" w14:paraId="291CD515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8893CFB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18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3F56304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Проволока стальная оцинкованная </w:t>
            </w:r>
            <w:r w:rsidRPr="00D54525">
              <w:rPr>
                <w:rFonts w:ascii="Times New Roman" w:eastAsia="Times New Roman" w:hAnsi="Times New Roman"/>
              </w:rPr>
              <w:t>d</w:t>
            </w:r>
            <w:r w:rsidRPr="00D54525">
              <w:rPr>
                <w:rFonts w:ascii="Times New Roman" w:eastAsia="Times New Roman" w:hAnsi="Times New Roman"/>
                <w:lang w:val="ru-RU"/>
              </w:rPr>
              <w:t>=6</w:t>
            </w:r>
            <w:r w:rsidRPr="00D54525">
              <w:rPr>
                <w:rFonts w:ascii="Times New Roman" w:eastAsia="Times New Roman" w:hAnsi="Times New Roman"/>
              </w:rPr>
              <w:t>mm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7E477C8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м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2D3F9A3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30</w:t>
            </w:r>
          </w:p>
        </w:tc>
      </w:tr>
      <w:tr w:rsidR="00AC0643" w:rsidRPr="00D54525" w14:paraId="5BFFA0B7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2274B90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19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88AB159" w14:textId="77777777" w:rsidR="00AC0643" w:rsidRPr="00D54525" w:rsidRDefault="00AC0643" w:rsidP="00AC0643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Коробка ответвительная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BC27B9A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F0C755F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10</w:t>
            </w:r>
          </w:p>
        </w:tc>
      </w:tr>
      <w:tr w:rsidR="00AC0643" w:rsidRPr="00D54525" w14:paraId="2BC8AA6A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8C57933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20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AC788DF" w14:textId="77777777" w:rsidR="00AC0643" w:rsidRPr="00D54525" w:rsidRDefault="00AC0643" w:rsidP="00AC0643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Коробка монтажная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3DAA9DA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6B2FE0A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</w:t>
            </w:r>
          </w:p>
        </w:tc>
      </w:tr>
      <w:tr w:rsidR="00AC0643" w:rsidRPr="00D54525" w14:paraId="22C49C71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C3E63BF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21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0857BEB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Кабель с алюминиевыми жилами сеч. 3х2,5мм2 АВВГ-066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BEF9E91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м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2A3035B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55</w:t>
            </w:r>
          </w:p>
        </w:tc>
      </w:tr>
      <w:tr w:rsidR="00AC0643" w:rsidRPr="00D54525" w14:paraId="0219FE2A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BB2617B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22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552A1FF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Кабель с алюминиевыми жилами сеч. 2х2,5мм2 АВВГ-066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E1D8648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м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DB55F69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80</w:t>
            </w:r>
          </w:p>
        </w:tc>
      </w:tr>
      <w:tr w:rsidR="00AC0643" w:rsidRPr="00D54525" w14:paraId="7095923A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A383B85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23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A5021E1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Шкаф распределительный ПР 8501-073 с выключателем на вводе ВА51-35 на ном. ток до 250А; на отходящих линиях- 3-х полюсные выключатели ВА51-33 (10шт).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F3086F0" w14:textId="6FFAA891" w:rsidR="00AC0643" w:rsidRPr="0086614A" w:rsidRDefault="00AC0643" w:rsidP="00AC0643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</w:rPr>
              <w:t>компл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3B562A1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AC0643" w:rsidRPr="00D54525" w14:paraId="314545CC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517AFCF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24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8C07209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Корпус БУР-1Н14 (металл. под 3ф счетчик)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9E3BB4E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09578B9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AC0643" w:rsidRPr="00D54525" w14:paraId="0AC4ECB8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9936EDD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25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810E043" w14:textId="77777777" w:rsidR="00AC0643" w:rsidRPr="00D54525" w:rsidRDefault="00AC0643" w:rsidP="00AC0643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Счетчик САЧу-И678МК СА4У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A784B38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3EA9E39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AC0643" w:rsidRPr="00D54525" w14:paraId="0E3A4D53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FB9F3A2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26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BC46ECF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Шкаф управления сетевого насоса №1, 63А Я5131-3874УХЛ4 (раб)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9DBD6B0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1C7EF76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AC0643" w:rsidRPr="00D54525" w14:paraId="5056036D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DB51941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27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796C3FB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Шкаф управления сетевого насоса №2, 63А Я5131-3874УХЛ4 (резервный)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DE94747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960597F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AC0643" w:rsidRPr="00D54525" w14:paraId="52A4A2E5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ECE3F79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28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965B464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Шкаф управления подпиточного насоса №1, 12.5А Я5129-3274УХЛ4 (раб)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DC612FA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2D2F8EE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AC0643" w:rsidRPr="00D54525" w14:paraId="6F06340E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109FC44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29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71F84B6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Шкаф управления подпиточного насоса №2, 12.5А Я5129-3274УХЛ4 (резервный)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F3302F3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304ED09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AC0643" w:rsidRPr="00D54525" w14:paraId="49674435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C07E95C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6904AF6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Шкаф управления циркуляционного насоса №1 и №2 , 32А Я5131-3674УХЛ (раб)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8987F5B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D5AA48A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AC0643" w:rsidRPr="00D54525" w14:paraId="251C0F49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9B08BAF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31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4EB77AA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Шкаф управления циркуляционного насоса №2 , 32А Я5131-3674УХЛ (резервный)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85A8C59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4C71922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AC0643" w:rsidRPr="00D54525" w14:paraId="2D08EA45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0832681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32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2690B8B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Кабель силовой с алюминиевыми жилами сеч. 3х16+1х10мм2 АВВГ-066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2EC7D76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м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595C08F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20</w:t>
            </w:r>
          </w:p>
        </w:tc>
      </w:tr>
      <w:tr w:rsidR="00AC0643" w:rsidRPr="00D54525" w14:paraId="585989E0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A101502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33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602D38D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Кабель силовой с алюминиевыми жилами сеч. 4х10мм2 АВВГ-066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57AC2A9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м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18A793B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20</w:t>
            </w:r>
          </w:p>
        </w:tc>
      </w:tr>
      <w:tr w:rsidR="00AC0643" w:rsidRPr="00D54525" w14:paraId="7532120C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E0B2E1D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34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DF50347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Кабель силовой с алюминиевыми жилами сеч. 4х6мм2 АВВГ-066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B8B6E46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м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F121EBC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20</w:t>
            </w:r>
          </w:p>
        </w:tc>
      </w:tr>
      <w:tr w:rsidR="00AC0643" w:rsidRPr="00D54525" w14:paraId="0CD4ABA4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CEB4B06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35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9A9F7FB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Кабель силовой с алюминиевыми жилами сеч. 4х4мм2 АВВГ-066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89B00A5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м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D749714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10</w:t>
            </w:r>
          </w:p>
        </w:tc>
      </w:tr>
      <w:tr w:rsidR="00AC0643" w:rsidRPr="00D54525" w14:paraId="42C0FD93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5C97018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36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BDE276E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Кабель силовой с алюминиевыми жилами сеч. 4х2,5мм2 АВВГ-066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49B7138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м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A53250B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10</w:t>
            </w:r>
          </w:p>
        </w:tc>
      </w:tr>
      <w:tr w:rsidR="00AC0643" w:rsidRPr="00D54525" w14:paraId="77EC4D6D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0CCBD6F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37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98BF44F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Кабель силовой с алюминиевыми жилами сеч. 2х2,5мм2 АВВГ-066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9286241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м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D4E179A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20</w:t>
            </w:r>
          </w:p>
        </w:tc>
      </w:tr>
      <w:tr w:rsidR="00AC0643" w:rsidRPr="00D54525" w14:paraId="72F1275C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F6350AC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38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01ABCE9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Кабель контрольный, сеч. 7х1,5мм2 АКВВГ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CCE1C18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м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A18C2AD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20</w:t>
            </w:r>
          </w:p>
        </w:tc>
      </w:tr>
      <w:tr w:rsidR="00AC0643" w:rsidRPr="00D54525" w14:paraId="02D1C192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87FDD53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39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C5A7804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Провод с алюминиевой жилой сеч. 16мм2 АПВ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5BB1A81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м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5F493AA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140</w:t>
            </w:r>
          </w:p>
        </w:tc>
      </w:tr>
      <w:tr w:rsidR="00AC0643" w:rsidRPr="00D54525" w14:paraId="37235B62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3FBA53A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40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7FE7BD7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Провод с алюминиевой жилой сеч. 10мм2 АПВ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8E1A272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м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321EA39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135</w:t>
            </w:r>
          </w:p>
        </w:tc>
      </w:tr>
      <w:tr w:rsidR="00AC0643" w:rsidRPr="00D54525" w14:paraId="0413C38F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2758DCD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41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2CDCB16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Провод с алюминиевой жилой сеч. 6мм2 АПВ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BF4EE1F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м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E600104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140</w:t>
            </w:r>
          </w:p>
        </w:tc>
      </w:tr>
      <w:tr w:rsidR="00AC0643" w:rsidRPr="00D54525" w14:paraId="3ABC7058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541F4E8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42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E5D2559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Электродвигатель асинхронный </w:t>
            </w:r>
            <w:r w:rsidRPr="00D54525">
              <w:rPr>
                <w:rFonts w:ascii="Times New Roman" w:eastAsia="Times New Roman" w:hAnsi="Times New Roman"/>
              </w:rPr>
              <w:t>S</w:t>
            </w:r>
            <w:r w:rsidRPr="00D54525">
              <w:rPr>
                <w:rFonts w:ascii="Times New Roman" w:eastAsia="Times New Roman" w:hAnsi="Times New Roman"/>
                <w:lang w:val="ru-RU"/>
              </w:rPr>
              <w:t>АН16092Н1У2 Р- 15 кВт 2920 об/мин циркуляционного насоса №1 и № 2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66EA298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D608433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</w:tr>
      <w:tr w:rsidR="00AC0643" w:rsidRPr="00D54525" w14:paraId="18E9CF8F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A2EB54F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43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CEE93A2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Электродвигатель асинхронный АДМ 100</w:t>
            </w:r>
            <w:r w:rsidRPr="00D54525">
              <w:rPr>
                <w:rFonts w:ascii="Times New Roman" w:eastAsia="Times New Roman" w:hAnsi="Times New Roman"/>
              </w:rPr>
              <w:t>L</w:t>
            </w:r>
            <w:r w:rsidRPr="00D54525">
              <w:rPr>
                <w:rFonts w:ascii="Times New Roman" w:eastAsia="Times New Roman" w:hAnsi="Times New Roman"/>
                <w:lang w:val="ru-RU"/>
              </w:rPr>
              <w:t>2Н</w:t>
            </w:r>
            <w:r w:rsidRPr="00D54525">
              <w:rPr>
                <w:rFonts w:ascii="Times New Roman" w:eastAsia="Times New Roman" w:hAnsi="Times New Roman"/>
              </w:rPr>
              <w:t>IY</w:t>
            </w:r>
            <w:r w:rsidRPr="00D54525">
              <w:rPr>
                <w:rFonts w:ascii="Times New Roman" w:eastAsia="Times New Roman" w:hAnsi="Times New Roman"/>
                <w:lang w:val="ru-RU"/>
              </w:rPr>
              <w:t>2 5,5 кВт 2850 об/мин подпиточного насоса №1 и № 2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7A271F7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DFAC879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</w:tr>
      <w:tr w:rsidR="00AC0643" w:rsidRPr="00D54525" w14:paraId="5283E198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CCC4F54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44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50C3411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Электродвигатель топливного насоса АИМ 7/А4-</w:t>
            </w:r>
            <w:r w:rsidRPr="00D54525">
              <w:rPr>
                <w:rFonts w:ascii="Times New Roman" w:eastAsia="Times New Roman" w:hAnsi="Times New Roman"/>
              </w:rPr>
              <w:t>IY</w:t>
            </w:r>
            <w:r w:rsidRPr="00D54525">
              <w:rPr>
                <w:rFonts w:ascii="Times New Roman" w:eastAsia="Times New Roman" w:hAnsi="Times New Roman"/>
                <w:lang w:val="ru-RU"/>
              </w:rPr>
              <w:t xml:space="preserve"> 2,5</w:t>
            </w:r>
            <w:r w:rsidRPr="00D54525">
              <w:rPr>
                <w:rFonts w:ascii="Times New Roman" w:eastAsia="Times New Roman" w:hAnsi="Times New Roman"/>
              </w:rPr>
              <w:t>H</w:t>
            </w:r>
            <w:r w:rsidRPr="00D54525">
              <w:rPr>
                <w:rFonts w:ascii="Times New Roman" w:eastAsia="Times New Roman" w:hAnsi="Times New Roman"/>
                <w:lang w:val="ru-RU"/>
              </w:rPr>
              <w:t>-0,55 кВт 3800 об/мин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0362EE4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9B1BBF2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AC0643" w:rsidRPr="00D54525" w14:paraId="0110F593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8726447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45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77DCC63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Электродвигатель асинхронный А1С71А2У3 Р-0,37 кВт 2730 об/мин сетевого насоса №1 и № 2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016CE94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5FFCAB9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</w:tr>
      <w:tr w:rsidR="00AC0643" w:rsidRPr="00D54525" w14:paraId="7EBEEB50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2A9BE21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46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4EFB488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Электродвигатель асинхронный </w:t>
            </w:r>
            <w:r w:rsidRPr="00D54525">
              <w:rPr>
                <w:rFonts w:ascii="Times New Roman" w:eastAsia="Times New Roman" w:hAnsi="Times New Roman"/>
              </w:rPr>
              <w:t>GYROS</w:t>
            </w:r>
            <w:r w:rsidRPr="00D54525">
              <w:rPr>
                <w:rFonts w:ascii="Times New Roman" w:eastAsia="Times New Roman" w:hAnsi="Times New Roman"/>
                <w:lang w:val="ru-RU"/>
              </w:rPr>
              <w:t xml:space="preserve"> </w:t>
            </w:r>
            <w:r w:rsidRPr="00D54525">
              <w:rPr>
                <w:rFonts w:ascii="Times New Roman" w:eastAsia="Times New Roman" w:hAnsi="Times New Roman"/>
              </w:rPr>
              <w:t>P</w:t>
            </w:r>
            <w:r w:rsidRPr="00D54525">
              <w:rPr>
                <w:rFonts w:ascii="Times New Roman" w:eastAsia="Times New Roman" w:hAnsi="Times New Roman"/>
                <w:lang w:val="ru-RU"/>
              </w:rPr>
              <w:t>-0,37 кВт 2840 об/мин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AEDA1C1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9633A43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</w:tr>
      <w:tr w:rsidR="00AC0643" w:rsidRPr="00D54525" w14:paraId="71F3D2EB" w14:textId="77777777" w:rsidTr="00D54525">
        <w:trPr>
          <w:trHeight w:val="293"/>
        </w:trPr>
        <w:tc>
          <w:tcPr>
            <w:tcW w:w="9825" w:type="dxa"/>
            <w:gridSpan w:val="4"/>
            <w:shd w:val="clear" w:color="auto" w:fill="D9E2F3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7D564722" w14:textId="4CDD18A7" w:rsidR="00AC0643" w:rsidRPr="00D54525" w:rsidRDefault="00AC0643" w:rsidP="00AC0643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  <w:b/>
              </w:rPr>
              <w:t>7.</w:t>
            </w:r>
            <w:r w:rsidRPr="00D54525">
              <w:rPr>
                <w:rFonts w:ascii="Times New Roman" w:eastAsia="Times New Roman" w:hAnsi="Times New Roman"/>
                <w:b/>
                <w:lang w:val="ru-RU"/>
              </w:rPr>
              <w:t xml:space="preserve"> </w:t>
            </w:r>
            <w:r w:rsidRPr="00D54525">
              <w:rPr>
                <w:rFonts w:ascii="Times New Roman" w:eastAsia="Times New Roman" w:hAnsi="Times New Roman"/>
                <w:b/>
              </w:rPr>
              <w:t>Перечень</w:t>
            </w:r>
            <w:r w:rsidRPr="00D54525">
              <w:rPr>
                <w:rFonts w:ascii="Times New Roman" w:eastAsia="Times New Roman" w:hAnsi="Times New Roman"/>
                <w:b/>
                <w:lang w:val="ru-RU"/>
              </w:rPr>
              <w:t xml:space="preserve"> </w:t>
            </w:r>
            <w:r w:rsidRPr="00D54525">
              <w:rPr>
                <w:rFonts w:ascii="Times New Roman" w:eastAsia="Times New Roman" w:hAnsi="Times New Roman"/>
                <w:b/>
              </w:rPr>
              <w:t>оборудования насосной станции.</w:t>
            </w:r>
          </w:p>
        </w:tc>
      </w:tr>
      <w:tr w:rsidR="00AC0643" w:rsidRPr="00D54525" w14:paraId="6A026C14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10509CE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9561919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Щиток освещения на 4 группы ЯРН8501-54У1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70DB843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462B68F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AC0643" w:rsidRPr="00D54525" w14:paraId="6D74E70B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9F93D30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9AD594A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Светильник с лампой светодиодная НСП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A4759A7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E47397A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6</w:t>
            </w:r>
          </w:p>
        </w:tc>
      </w:tr>
      <w:tr w:rsidR="00AC0643" w:rsidRPr="00D54525" w14:paraId="22AF4A89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8D07626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0517209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Лампа накаливания мощностью до 100 Вт ГБ220-230-100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F90A221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AA8A42E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7</w:t>
            </w:r>
          </w:p>
        </w:tc>
      </w:tr>
      <w:tr w:rsidR="00AC0643" w:rsidRPr="00D54525" w14:paraId="6062F68D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9CB2ABC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2333448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Светильник с лампой светодиодная 15вт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1697AA9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6936A55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AC0643" w:rsidRPr="00D54525" w14:paraId="6E29CA02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F99577D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8BE2F33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Выключатель для открытой установки О-1-1Р44-17-6/220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3259ABC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4ADE4A8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AC0643" w:rsidRPr="00D54525" w14:paraId="5AD4DBB5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437ABC8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6C5F7A3" w14:textId="77777777" w:rsidR="00AC0643" w:rsidRPr="00D54525" w:rsidRDefault="00AC0643" w:rsidP="00AC0643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Розетка штепсельная 42В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3BA1C35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5D8D7A0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</w:tr>
      <w:tr w:rsidR="00AC0643" w:rsidRPr="00D54525" w14:paraId="483368B8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2FD8CA4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40939E8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Ящик с понижающим трансформатором 220/36В ЯТП-0,25-13У3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0FF5A51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F389185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AC0643" w:rsidRPr="00D54525" w14:paraId="442FD275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74526AB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2E9676E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Кабель силовой сеч. 3х2,5-0,66 АВВГ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F31C3CC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м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33144F8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50</w:t>
            </w:r>
          </w:p>
        </w:tc>
      </w:tr>
      <w:tr w:rsidR="00AC0643" w:rsidRPr="00D54525" w14:paraId="601AFD62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9A9AFC9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DC9B7B0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Кабель силовой сеч. 3х4мм2 АВВГ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E98DCF0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м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960C2BA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35</w:t>
            </w:r>
          </w:p>
        </w:tc>
      </w:tr>
      <w:tr w:rsidR="00AC0643" w:rsidRPr="00D54525" w14:paraId="02A739D2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6779210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42B3426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Электрический радиатор, мощностью 1кВт ПЭТ-4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87C6274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6D9F560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</w:t>
            </w:r>
          </w:p>
        </w:tc>
      </w:tr>
      <w:tr w:rsidR="00AC0643" w:rsidRPr="00D54525" w14:paraId="168FE0B9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461EDE0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BEF9A3F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Светильник с встроенным аккумулятором «</w:t>
            </w:r>
            <w:r w:rsidRPr="00D54525">
              <w:rPr>
                <w:rFonts w:ascii="Times New Roman" w:eastAsia="Times New Roman" w:hAnsi="Times New Roman"/>
              </w:rPr>
              <w:t>LUNA</w:t>
            </w:r>
            <w:r w:rsidRPr="00D54525">
              <w:rPr>
                <w:rFonts w:ascii="Times New Roman" w:eastAsia="Times New Roman" w:hAnsi="Times New Roman"/>
                <w:lang w:val="ru-RU"/>
              </w:rPr>
              <w:t>»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1FD34A2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9D90B35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AC0643" w:rsidRPr="00D54525" w14:paraId="3C777257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8ACE569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12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BE9BC92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Ящик силовой 380В, 63 А </w:t>
            </w:r>
            <w:r w:rsidRPr="00D54525">
              <w:rPr>
                <w:rFonts w:ascii="Times New Roman" w:eastAsia="Times New Roman" w:hAnsi="Times New Roman"/>
              </w:rPr>
              <w:t>IP</w:t>
            </w:r>
            <w:r w:rsidRPr="00D54525">
              <w:rPr>
                <w:rFonts w:ascii="Times New Roman" w:eastAsia="Times New Roman" w:hAnsi="Times New Roman"/>
                <w:lang w:val="ru-RU"/>
              </w:rPr>
              <w:t>54 ЯРП11-54У1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0F3F532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A1255EE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AC0643" w:rsidRPr="00D54525" w14:paraId="232682C1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D6A3624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EABE84E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Ящик управления 380В, 32А </w:t>
            </w:r>
            <w:r w:rsidRPr="00D54525">
              <w:rPr>
                <w:rFonts w:ascii="Times New Roman" w:eastAsia="Times New Roman" w:hAnsi="Times New Roman"/>
              </w:rPr>
              <w:t>IP</w:t>
            </w:r>
            <w:r w:rsidRPr="00D54525">
              <w:rPr>
                <w:rFonts w:ascii="Times New Roman" w:eastAsia="Times New Roman" w:hAnsi="Times New Roman"/>
                <w:lang w:val="ru-RU"/>
              </w:rPr>
              <w:t xml:space="preserve">43 «Каскад» Р516 </w:t>
            </w:r>
            <w:r w:rsidRPr="00D54525">
              <w:rPr>
                <w:rFonts w:ascii="Times New Roman" w:eastAsia="Times New Roman" w:hAnsi="Times New Roman"/>
              </w:rPr>
              <w:t>IP</w:t>
            </w:r>
            <w:r w:rsidRPr="00D54525">
              <w:rPr>
                <w:rFonts w:ascii="Times New Roman" w:eastAsia="Times New Roman" w:hAnsi="Times New Roman"/>
                <w:lang w:val="ru-RU"/>
              </w:rPr>
              <w:t>43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3FBE163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1025FEB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</w:tr>
      <w:tr w:rsidR="00AC0643" w:rsidRPr="00D54525" w14:paraId="4A8BEDCC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772EB6D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EBE68C0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Ящик управления </w:t>
            </w:r>
            <w:r w:rsidRPr="00D54525">
              <w:rPr>
                <w:rFonts w:ascii="Times New Roman" w:eastAsia="Times New Roman" w:hAnsi="Times New Roman"/>
              </w:rPr>
              <w:t>I</w:t>
            </w:r>
            <w:r w:rsidRPr="00D54525">
              <w:rPr>
                <w:rFonts w:ascii="Times New Roman" w:eastAsia="Times New Roman" w:hAnsi="Times New Roman"/>
                <w:lang w:val="ru-RU"/>
              </w:rPr>
              <w:t xml:space="preserve">=10 </w:t>
            </w:r>
            <w:r w:rsidRPr="00D54525">
              <w:rPr>
                <w:rFonts w:ascii="Times New Roman" w:eastAsia="Times New Roman" w:hAnsi="Times New Roman"/>
              </w:rPr>
              <w:t>A</w:t>
            </w:r>
            <w:r w:rsidRPr="00D54525">
              <w:rPr>
                <w:rFonts w:ascii="Times New Roman" w:eastAsia="Times New Roman" w:hAnsi="Times New Roman"/>
                <w:lang w:val="ru-RU"/>
              </w:rPr>
              <w:t xml:space="preserve"> Я5111-3074-УХЛ4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9C55169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1D103D0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</w:tr>
      <w:tr w:rsidR="00AC0643" w:rsidRPr="00D54525" w14:paraId="238A56BD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52E7D88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15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392B3C2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Кабель силовой, сеч.4х10-0,66 АВВГ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E06DBEF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м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8306472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30</w:t>
            </w:r>
          </w:p>
        </w:tc>
      </w:tr>
      <w:tr w:rsidR="00AC0643" w:rsidRPr="00D54525" w14:paraId="0CC9E7DC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D2E44AA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16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30CE37B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Кабель силовой, сеч.4х4-0,66 АВВГ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07FC896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м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13F19B5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20</w:t>
            </w:r>
          </w:p>
        </w:tc>
      </w:tr>
      <w:tr w:rsidR="00AC0643" w:rsidRPr="00D54525" w14:paraId="63EDF93E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8D091C1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17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47460BF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Кабель контрольный сеч.4х1,5мм2 АКВВГ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FB04BBC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м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9566F05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50</w:t>
            </w:r>
          </w:p>
        </w:tc>
      </w:tr>
      <w:tr w:rsidR="00AC0643" w:rsidRPr="00D54525" w14:paraId="1FB754D2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B7FA4FA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18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AE8E26A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Коробка ответвительная РЗЦ-Ч-25 У3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342BCF2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25771D8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8</w:t>
            </w:r>
          </w:p>
        </w:tc>
      </w:tr>
      <w:tr w:rsidR="00AC0643" w:rsidRPr="00D54525" w14:paraId="1393CB76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73DBEC0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19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6CBAA02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Сигнализатор уровня жидкости трехканальный ОВЕН САУ-М6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E45FBE5" w14:textId="7E21B1B7" w:rsidR="00AC0643" w:rsidRPr="0086614A" w:rsidRDefault="00AC0643" w:rsidP="00AC0643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</w:rPr>
              <w:t>компл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DDD730E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</w:tr>
      <w:tr w:rsidR="00AC0643" w:rsidRPr="00D54525" w14:paraId="33384999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7F12C82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20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A454B5E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Кабель силовой сеч. 4х4-0,66 АВВГ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F6954AC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м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6E25089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15</w:t>
            </w:r>
          </w:p>
        </w:tc>
      </w:tr>
      <w:tr w:rsidR="00AC0643" w:rsidRPr="00D54525" w14:paraId="0AC42DE4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16C4468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21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1890AC0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Кабель контрольный сеч.4х1,5мм2 АКВВГ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16E0760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м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51D9403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60</w:t>
            </w:r>
          </w:p>
        </w:tc>
      </w:tr>
      <w:tr w:rsidR="00AC0643" w:rsidRPr="00D54525" w14:paraId="2685699A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3213343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22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BB843FE" w14:textId="77777777" w:rsidR="00AC0643" w:rsidRPr="00D54525" w:rsidRDefault="00AC0643" w:rsidP="00AC0643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Коробка ответвительная У409У1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7153904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439552E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</w:t>
            </w:r>
          </w:p>
        </w:tc>
      </w:tr>
      <w:tr w:rsidR="00AC0643" w:rsidRPr="00D54525" w14:paraId="477609E7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7311302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23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0B31A4D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Электродвигатели насоса подачи питьевой воды 4 кВт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204EF5D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25F9223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</w:tr>
      <w:tr w:rsidR="00AC0643" w:rsidRPr="00D54525" w14:paraId="46351E31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666BDCF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24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E8C6E56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Электродвигатели противопожарных насосов 15 кВт 2900 об/мин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C71C5A9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3B8DE4D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</w:tr>
      <w:tr w:rsidR="00AC0643" w:rsidRPr="00D54525" w14:paraId="2AB85373" w14:textId="77777777" w:rsidTr="00D54525">
        <w:trPr>
          <w:trHeight w:val="468"/>
        </w:trPr>
        <w:tc>
          <w:tcPr>
            <w:tcW w:w="9825" w:type="dxa"/>
            <w:gridSpan w:val="4"/>
            <w:shd w:val="clear" w:color="auto" w:fill="D9E2F3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156A9E21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b/>
                <w:lang w:val="ru-RU"/>
              </w:rPr>
              <w:t>8. Перечень оборудования по столовой на 50 мест.</w:t>
            </w:r>
          </w:p>
          <w:p w14:paraId="7ED41F0E" w14:textId="21348880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b/>
              </w:rPr>
              <w:t>Силовое</w:t>
            </w:r>
            <w:r w:rsidRPr="00D54525">
              <w:rPr>
                <w:rFonts w:ascii="Times New Roman" w:eastAsia="Times New Roman" w:hAnsi="Times New Roman"/>
                <w:b/>
                <w:lang w:val="ru-RU"/>
              </w:rPr>
              <w:t xml:space="preserve"> </w:t>
            </w:r>
            <w:r w:rsidRPr="00D54525">
              <w:rPr>
                <w:rFonts w:ascii="Times New Roman" w:eastAsia="Times New Roman" w:hAnsi="Times New Roman"/>
                <w:b/>
              </w:rPr>
              <w:t>электрооборудование</w:t>
            </w:r>
          </w:p>
        </w:tc>
      </w:tr>
      <w:tr w:rsidR="00AC0643" w:rsidRPr="00D54525" w14:paraId="7156A74D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99C9DCA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85E460C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Вводно-распределительное устройство ВРУ1-26-66 УХЛ4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3B1F0FC" w14:textId="6DABC12C" w:rsidR="00AC0643" w:rsidRPr="0086614A" w:rsidRDefault="00AC0643" w:rsidP="00AC0643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</w:rPr>
              <w:t>компл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C76B6FB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AC0643" w:rsidRPr="00D54525" w14:paraId="3B6D404E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45D395F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76EC9DB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Шкаф распределительный напольной установки 250А, 380В ПР8501-072-54У3 - 1 компл. С выключателями на отходящих линиях ВА51-31-2*63А; 3*16А; 3*31,5А ВА51-31-1-3*16А; 4*63А с вводным выключателем ВА51-35 на 200А.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0428FF4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49962B9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AC0643" w:rsidRPr="00D54525" w14:paraId="6754A411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948B5CB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5731533" w14:textId="77777777" w:rsidR="00AC0643" w:rsidRPr="00D54525" w:rsidRDefault="00AC0643" w:rsidP="00AC0643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Магнитный пускатель ПМЛ122002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B0100F2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08E1F55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AC0643" w:rsidRPr="00D54525" w14:paraId="0475725D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527161D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7883818" w14:textId="77777777" w:rsidR="00AC0643" w:rsidRPr="00D54525" w:rsidRDefault="00AC0643" w:rsidP="00AC0643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Электроплиты (мармит)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FDCB739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16E02FD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8</w:t>
            </w:r>
          </w:p>
        </w:tc>
      </w:tr>
      <w:tr w:rsidR="00AC0643" w:rsidRPr="00D54525" w14:paraId="0242A5FB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8B11415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5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C5C293F" w14:textId="77777777" w:rsidR="00AC0643" w:rsidRPr="00D54525" w:rsidRDefault="00AC0643" w:rsidP="00AC0643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Пост управления ПКЕ722-2У2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6A71187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258585D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AC0643" w:rsidRPr="00D54525" w14:paraId="19254217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1E63884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6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81311DA" w14:textId="77777777" w:rsidR="00AC0643" w:rsidRPr="00D54525" w:rsidRDefault="00AC0643" w:rsidP="00AC0643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Выключатель скрытой установки С-1-16-10/220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EA07FE8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E57CB76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</w:tr>
      <w:tr w:rsidR="00AC0643" w:rsidRPr="00D54525" w14:paraId="0198A998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5652620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7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4747530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Розетка штепсельная с третьим заземляющим контактом 10А РШ-Ц-20-01-10/220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2C08AEE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F9E93CA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AC0643" w:rsidRPr="00D54525" w14:paraId="79219040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8AECD69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8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50B20E5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Розетка штепсельная с заземляющим контактом 25А 380В РШ30-О-В-25/380УХЛ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6F9B7C6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50C04D1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6</w:t>
            </w:r>
          </w:p>
        </w:tc>
      </w:tr>
      <w:tr w:rsidR="00AC0643" w:rsidRPr="00D54525" w14:paraId="06A50408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7A7EEA6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9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07B1279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Кабель с медными жилами ВВГ- 3х1,5 мм2 - 0,66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C808054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м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8C7DE39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13</w:t>
            </w:r>
          </w:p>
        </w:tc>
      </w:tr>
      <w:tr w:rsidR="00AC0643" w:rsidRPr="00D54525" w14:paraId="544CCBC1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39859C9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10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6B93450" w14:textId="77777777" w:rsidR="00AC0643" w:rsidRPr="00D54525" w:rsidRDefault="00AC0643" w:rsidP="00AC0643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ВВГ- 3х2,5 мм2 - 0,66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A188EB3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м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B270DE4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35</w:t>
            </w:r>
          </w:p>
        </w:tc>
      </w:tr>
      <w:tr w:rsidR="00AC0643" w:rsidRPr="00D54525" w14:paraId="4AA51A18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131828F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11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36A5A74" w14:textId="77777777" w:rsidR="00AC0643" w:rsidRPr="00D54525" w:rsidRDefault="00AC0643" w:rsidP="00AC0643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ВВГ- 3х4 мм2 - 0,66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21CD7F4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м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7956DE1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35</w:t>
            </w:r>
          </w:p>
        </w:tc>
      </w:tr>
      <w:tr w:rsidR="00AC0643" w:rsidRPr="00D54525" w14:paraId="103F909B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AE6DDE4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12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5DB3F22" w14:textId="77777777" w:rsidR="00AC0643" w:rsidRPr="00D54525" w:rsidRDefault="00AC0643" w:rsidP="00AC0643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ВВГ- 3х10 мм2 - 0,66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711C3E3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м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F948859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76</w:t>
            </w:r>
          </w:p>
        </w:tc>
      </w:tr>
      <w:tr w:rsidR="00AC0643" w:rsidRPr="00D54525" w14:paraId="258EA010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19B4EB7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13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E27BC76" w14:textId="77777777" w:rsidR="00AC0643" w:rsidRPr="00D54525" w:rsidRDefault="00AC0643" w:rsidP="00AC0643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ВВГ- 5х2,5 мм2 - 0,66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575EFFC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м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884466E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36</w:t>
            </w:r>
          </w:p>
        </w:tc>
      </w:tr>
      <w:tr w:rsidR="00AC0643" w:rsidRPr="00D54525" w14:paraId="361D1B91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B9F3ED5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14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73A53FC" w14:textId="77777777" w:rsidR="00AC0643" w:rsidRPr="00D54525" w:rsidRDefault="00AC0643" w:rsidP="00AC0643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ВВГ- 5х4 мм2 - 0,66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3B4C5E2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м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918590C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165</w:t>
            </w:r>
          </w:p>
        </w:tc>
      </w:tr>
      <w:tr w:rsidR="00AC0643" w:rsidRPr="00D54525" w14:paraId="2185B62C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5B76D69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15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8ECFF8E" w14:textId="77777777" w:rsidR="00AC0643" w:rsidRPr="00D54525" w:rsidRDefault="00AC0643" w:rsidP="00AC0643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ВВГ- 5х6 мм2 - 0,66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714BD14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м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1A6A7F1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67</w:t>
            </w:r>
          </w:p>
        </w:tc>
      </w:tr>
      <w:tr w:rsidR="00AC0643" w:rsidRPr="00D54525" w14:paraId="7D629240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1AA85EF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16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5E0F466" w14:textId="77777777" w:rsidR="00AC0643" w:rsidRPr="00D54525" w:rsidRDefault="00AC0643" w:rsidP="00AC0643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ВВГ- 5х10 мм2 - 0,66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20CA6F9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м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A6E87F4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40</w:t>
            </w:r>
          </w:p>
        </w:tc>
      </w:tr>
      <w:tr w:rsidR="00AC0643" w:rsidRPr="00D54525" w14:paraId="77BA4F42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9918FC5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17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0454F68" w14:textId="77777777" w:rsidR="00AC0643" w:rsidRPr="00D54525" w:rsidRDefault="00AC0643" w:rsidP="00AC0643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ВВГ- 5х35 мм2 – 1,0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E0436A1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м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2B07D0D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9</w:t>
            </w:r>
          </w:p>
        </w:tc>
      </w:tr>
      <w:tr w:rsidR="00AC0643" w:rsidRPr="00D54525" w14:paraId="57618B40" w14:textId="77777777" w:rsidTr="00D54525">
        <w:tc>
          <w:tcPr>
            <w:tcW w:w="9825" w:type="dxa"/>
            <w:gridSpan w:val="4"/>
            <w:shd w:val="clear" w:color="auto" w:fill="EAF0F8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417F9AC7" w14:textId="77777777" w:rsidR="00AC0643" w:rsidRPr="00D54525" w:rsidRDefault="00AC0643" w:rsidP="00AC0643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  <w:b/>
              </w:rPr>
              <w:t>Электроосвещение.</w:t>
            </w:r>
          </w:p>
        </w:tc>
      </w:tr>
      <w:tr w:rsidR="00AC0643" w:rsidRPr="00D54525" w14:paraId="4B4E7622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427F09D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18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B469320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Щиток освещения ЩО на 24 автомата - 1 компл. в том числе в 1 комплекте: ящик для автоматов ЩРНС-1*12УХЛ4 - 1 шт. автомат на 10А ВА47-29 - 6 шт. автомат на 16А ВА47-29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D86EF2A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C921578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6</w:t>
            </w:r>
          </w:p>
        </w:tc>
      </w:tr>
      <w:tr w:rsidR="00AC0643" w:rsidRPr="00D54525" w14:paraId="40D21224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C16D284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19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296D577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Светильник с лампами светодиодная 15 Вт -1*15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F8802F5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FE64AD7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9</w:t>
            </w:r>
          </w:p>
        </w:tc>
      </w:tr>
      <w:tr w:rsidR="00AC0643" w:rsidRPr="00D54525" w14:paraId="55998614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60EC89E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20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0333190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Светильник с лампами светодиодная 15 Вт НБО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70124D3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1EE7F62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</w:t>
            </w:r>
          </w:p>
        </w:tc>
      </w:tr>
      <w:tr w:rsidR="00AC0643" w:rsidRPr="00D54525" w14:paraId="7ED22F68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DB97EEF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21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0479694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Светильник с люминесцентными лампами 2х36 Вт А</w:t>
            </w:r>
            <w:r w:rsidRPr="00D54525">
              <w:rPr>
                <w:rFonts w:ascii="Times New Roman" w:eastAsia="Times New Roman" w:hAnsi="Times New Roman"/>
              </w:rPr>
              <w:t>RS</w:t>
            </w:r>
            <w:r w:rsidRPr="00D54525">
              <w:rPr>
                <w:rFonts w:ascii="Times New Roman" w:eastAsia="Times New Roman" w:hAnsi="Times New Roman"/>
                <w:lang w:val="ru-RU"/>
              </w:rPr>
              <w:t xml:space="preserve"> /</w:t>
            </w:r>
            <w:r w:rsidRPr="00D54525">
              <w:rPr>
                <w:rFonts w:ascii="Times New Roman" w:eastAsia="Times New Roman" w:hAnsi="Times New Roman"/>
              </w:rPr>
              <w:t>S</w:t>
            </w:r>
            <w:r w:rsidRPr="00D54525">
              <w:rPr>
                <w:rFonts w:ascii="Times New Roman" w:eastAsia="Times New Roman" w:hAnsi="Times New Roman"/>
                <w:lang w:val="ru-RU"/>
              </w:rPr>
              <w:t>236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5687A10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41FB0E5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35</w:t>
            </w:r>
          </w:p>
        </w:tc>
      </w:tr>
      <w:tr w:rsidR="00AC0643" w:rsidRPr="00D54525" w14:paraId="6FBD1988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071B07A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22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48C105D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 xml:space="preserve">Светильник с люминесцентными лампами 2х36 Вт </w:t>
            </w:r>
            <w:r w:rsidRPr="00D54525">
              <w:rPr>
                <w:rFonts w:ascii="Times New Roman" w:eastAsia="Times New Roman" w:hAnsi="Times New Roman"/>
              </w:rPr>
              <w:t>LZ</w:t>
            </w:r>
            <w:r w:rsidRPr="00D54525">
              <w:rPr>
                <w:rFonts w:ascii="Times New Roman" w:eastAsia="Times New Roman" w:hAnsi="Times New Roman"/>
                <w:lang w:val="ru-RU"/>
              </w:rPr>
              <w:t xml:space="preserve"> 236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C5C83AC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43426B0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18</w:t>
            </w:r>
          </w:p>
        </w:tc>
      </w:tr>
      <w:tr w:rsidR="00AC0643" w:rsidRPr="00D54525" w14:paraId="7B4C8D56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4897051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23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7A69B48" w14:textId="77777777" w:rsidR="00AC0643" w:rsidRPr="00D54525" w:rsidRDefault="00AC0643" w:rsidP="00AC0643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Лампа люминесцентная 36 Вт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D9FFA69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D568580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121</w:t>
            </w:r>
          </w:p>
        </w:tc>
      </w:tr>
      <w:tr w:rsidR="00AC0643" w:rsidRPr="00D54525" w14:paraId="33EF1744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2D7169A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24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08ADD3F" w14:textId="77777777" w:rsidR="00AC0643" w:rsidRPr="00D54525" w:rsidRDefault="00AC0643" w:rsidP="00AC0643">
            <w:pPr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Лампа светодиодная 15 Вт Б220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A56A8C7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995D3E6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15</w:t>
            </w:r>
          </w:p>
        </w:tc>
      </w:tr>
      <w:tr w:rsidR="00AC0643" w:rsidRPr="00D54525" w14:paraId="5C822DDA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65C5714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25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F859021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Выключатель для скрытой установки С-1-16-10/220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1F71130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E5B380E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25</w:t>
            </w:r>
          </w:p>
        </w:tc>
      </w:tr>
      <w:tr w:rsidR="00AC0643" w:rsidRPr="00D54525" w14:paraId="1019F6B8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925E9F4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26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E8CDC62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Выключатель для открытой установки О-1-1Р44-17-6/220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CEF4B8E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3326A05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11</w:t>
            </w:r>
          </w:p>
        </w:tc>
      </w:tr>
      <w:tr w:rsidR="00AC0643" w:rsidRPr="00D54525" w14:paraId="791816A8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F1AAD76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27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D7D5FAF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Розетка штепсельная с третьим заземл. контактом 10А РШ-Ц-20-01-10/220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DCC91EB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C06B9F1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21</w:t>
            </w:r>
          </w:p>
        </w:tc>
      </w:tr>
      <w:tr w:rsidR="00AC0643" w:rsidRPr="00D54525" w14:paraId="4576B2B7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C2A2F82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28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96D4718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Провод с медными жилами ППВ – 3х2,5 мм2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04D5EC1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м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338CF54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285</w:t>
            </w:r>
          </w:p>
        </w:tc>
      </w:tr>
      <w:tr w:rsidR="00AC0643" w:rsidRPr="00D54525" w14:paraId="45754BCC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5B2F137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29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CDCC9E8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Провод с медными жилами ППВ – 2х2,5 мм2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D3ABE18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м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19B7F75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480</w:t>
            </w:r>
          </w:p>
        </w:tc>
      </w:tr>
      <w:tr w:rsidR="00AC0643" w:rsidRPr="00D54525" w14:paraId="38B83E5A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FE9B5F7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30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3F69668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Силовое оборудование кондиционирования и вентиляции согласно проекта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5F4C6CF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A7BC16D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  <w:lang w:val="ru-RU"/>
              </w:rPr>
            </w:pPr>
          </w:p>
        </w:tc>
      </w:tr>
      <w:tr w:rsidR="00AC0643" w:rsidRPr="00D54525" w14:paraId="2AD17D5E" w14:textId="77777777" w:rsidTr="00D54525">
        <w:trPr>
          <w:trHeight w:val="468"/>
        </w:trPr>
        <w:tc>
          <w:tcPr>
            <w:tcW w:w="9825" w:type="dxa"/>
            <w:gridSpan w:val="4"/>
            <w:shd w:val="clear" w:color="auto" w:fill="D9E2F3"/>
            <w:tcMar>
              <w:top w:w="50" w:type="dxa"/>
              <w:left w:w="55" w:type="dxa"/>
              <w:bottom w:w="50" w:type="dxa"/>
              <w:right w:w="55" w:type="dxa"/>
            </w:tcMar>
          </w:tcPr>
          <w:p w14:paraId="412B97F8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b/>
                <w:lang w:val="ru-RU"/>
              </w:rPr>
              <w:t>9. Перечень электрооборудования</w:t>
            </w:r>
          </w:p>
          <w:p w14:paraId="0F3CCEAD" w14:textId="4071CE86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b/>
                <w:lang w:val="ru-RU"/>
              </w:rPr>
              <w:t>химико-аналитической лаборатории.</w:t>
            </w:r>
          </w:p>
        </w:tc>
      </w:tr>
      <w:tr w:rsidR="00AC0643" w:rsidRPr="00D54525" w14:paraId="79C30847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123D647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6E0624C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ВРУ ОЩВ ЩРН-36 с автоматическими выключателями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927C4DD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5B84886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AC0643" w:rsidRPr="00D54525" w14:paraId="3301D1FC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4A21968F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2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0599D514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Шкаф автоматического включения резерва типа ЩАП-63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9900DAB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26695C2C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1</w:t>
            </w:r>
          </w:p>
        </w:tc>
      </w:tr>
      <w:tr w:rsidR="00AC0643" w:rsidRPr="00D54525" w14:paraId="1E49FA34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7E18DC1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30823D1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Кабель силовой с медными токопроводящими жилами 2ВбБШв 3х50+1х35мм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A52E8AE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м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59B560A8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500</w:t>
            </w:r>
          </w:p>
        </w:tc>
      </w:tr>
      <w:tr w:rsidR="00AC0643" w:rsidRPr="00D54525" w14:paraId="2EF9A30F" w14:textId="77777777" w:rsidTr="00D54525">
        <w:tc>
          <w:tcPr>
            <w:tcW w:w="851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17106952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4</w:t>
            </w:r>
          </w:p>
        </w:tc>
        <w:tc>
          <w:tcPr>
            <w:tcW w:w="7557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6BA52CC1" w14:textId="77777777" w:rsidR="00AC0643" w:rsidRPr="00D54525" w:rsidRDefault="00AC0643" w:rsidP="00AC0643">
            <w:pPr>
              <w:rPr>
                <w:rFonts w:ascii="Times New Roman" w:eastAsia="Times New Roman" w:hAnsi="Times New Roman"/>
                <w:lang w:val="ru-RU"/>
              </w:rPr>
            </w:pPr>
            <w:r w:rsidRPr="00D54525">
              <w:rPr>
                <w:rFonts w:ascii="Times New Roman" w:eastAsia="Times New Roman" w:hAnsi="Times New Roman"/>
                <w:lang w:val="ru-RU"/>
              </w:rPr>
              <w:t>Наружное и внутреннее освещение - Светильник с люминесцентными лампами 2х36 Вт А</w:t>
            </w:r>
            <w:r w:rsidRPr="00D54525">
              <w:rPr>
                <w:rFonts w:ascii="Times New Roman" w:eastAsia="Times New Roman" w:hAnsi="Times New Roman"/>
              </w:rPr>
              <w:t>RS</w:t>
            </w:r>
            <w:r w:rsidRPr="00D54525">
              <w:rPr>
                <w:rFonts w:ascii="Times New Roman" w:eastAsia="Times New Roman" w:hAnsi="Times New Roman"/>
                <w:lang w:val="ru-RU"/>
              </w:rPr>
              <w:t xml:space="preserve"> /</w:t>
            </w:r>
            <w:r w:rsidRPr="00D54525">
              <w:rPr>
                <w:rFonts w:ascii="Times New Roman" w:eastAsia="Times New Roman" w:hAnsi="Times New Roman"/>
              </w:rPr>
              <w:t>S</w:t>
            </w:r>
            <w:r w:rsidRPr="00D54525">
              <w:rPr>
                <w:rFonts w:ascii="Times New Roman" w:eastAsia="Times New Roman" w:hAnsi="Times New Roman"/>
                <w:lang w:val="ru-RU"/>
              </w:rPr>
              <w:t>236</w:t>
            </w:r>
          </w:p>
        </w:tc>
        <w:tc>
          <w:tcPr>
            <w:tcW w:w="708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3AB2CA45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шт.</w:t>
            </w:r>
          </w:p>
        </w:tc>
        <w:tc>
          <w:tcPr>
            <w:tcW w:w="709" w:type="dxa"/>
            <w:tcMar>
              <w:top w:w="50" w:type="dxa"/>
              <w:left w:w="55" w:type="dxa"/>
              <w:bottom w:w="50" w:type="dxa"/>
              <w:right w:w="55" w:type="dxa"/>
            </w:tcMar>
            <w:vAlign w:val="center"/>
          </w:tcPr>
          <w:p w14:paraId="7806911B" w14:textId="77777777" w:rsidR="00AC0643" w:rsidRPr="00D54525" w:rsidRDefault="00AC0643" w:rsidP="00AC0643">
            <w:pPr>
              <w:jc w:val="center"/>
              <w:rPr>
                <w:rFonts w:ascii="Times New Roman" w:eastAsia="Times New Roman" w:hAnsi="Times New Roman"/>
              </w:rPr>
            </w:pPr>
            <w:r w:rsidRPr="00D54525">
              <w:rPr>
                <w:rFonts w:ascii="Times New Roman" w:eastAsia="Times New Roman" w:hAnsi="Times New Roman"/>
              </w:rPr>
              <w:t>35</w:t>
            </w:r>
          </w:p>
        </w:tc>
      </w:tr>
    </w:tbl>
    <w:p w14:paraId="39F13FCE" w14:textId="77777777" w:rsidR="00013638" w:rsidRDefault="00013638" w:rsidP="00013638">
      <w:pPr>
        <w:rPr>
          <w:rFonts w:ascii="Times New Roman" w:eastAsia="Times New Roman" w:hAnsi="Times New Roman"/>
        </w:rPr>
      </w:pPr>
    </w:p>
    <w:p w14:paraId="3AF9FD26" w14:textId="77777777" w:rsidR="00FA7343" w:rsidRPr="00FA7343" w:rsidRDefault="00FA7343" w:rsidP="00FA7343">
      <w:pPr>
        <w:spacing w:after="0" w:line="240" w:lineRule="auto"/>
        <w:jc w:val="both"/>
        <w:rPr>
          <w:rFonts w:ascii="Times New Roman" w:eastAsia="Aptos" w:hAnsi="Times New Roman"/>
          <w:sz w:val="24"/>
          <w:szCs w:val="24"/>
          <w:lang w:eastAsia="ru-KZ"/>
          <w14:ligatures w14:val="standardContextual"/>
        </w:rPr>
      </w:pPr>
      <w:r w:rsidRPr="00FA7343">
        <w:rPr>
          <w:rFonts w:ascii="Times New Roman" w:eastAsia="Aptos" w:hAnsi="Times New Roman"/>
          <w:b/>
          <w:bCs/>
          <w:sz w:val="24"/>
          <w:szCs w:val="24"/>
          <w:lang w:eastAsia="ru-KZ"/>
          <w14:ligatures w14:val="standardContextual"/>
        </w:rPr>
        <w:t>С</w:t>
      </w:r>
      <w:r w:rsidRPr="00FA7343">
        <w:rPr>
          <w:rFonts w:ascii="Times New Roman" w:eastAsia="Aptos" w:hAnsi="Times New Roman"/>
          <w:b/>
          <w:bCs/>
          <w:sz w:val="24"/>
          <w:szCs w:val="24"/>
          <w:lang w:val="ru-KZ" w:eastAsia="ru-KZ"/>
          <w14:ligatures w14:val="standardContextual"/>
        </w:rPr>
        <w:t>олнечн</w:t>
      </w:r>
      <w:r w:rsidRPr="00FA7343">
        <w:rPr>
          <w:rFonts w:ascii="Times New Roman" w:eastAsia="Aptos" w:hAnsi="Times New Roman"/>
          <w:b/>
          <w:bCs/>
          <w:sz w:val="24"/>
          <w:szCs w:val="24"/>
          <w:lang w:eastAsia="ru-KZ"/>
          <w14:ligatures w14:val="standardContextual"/>
        </w:rPr>
        <w:t>ая</w:t>
      </w:r>
      <w:r w:rsidRPr="00FA7343">
        <w:rPr>
          <w:rFonts w:ascii="Times New Roman" w:eastAsia="Aptos" w:hAnsi="Times New Roman"/>
          <w:b/>
          <w:bCs/>
          <w:sz w:val="24"/>
          <w:szCs w:val="24"/>
          <w:lang w:val="ru-KZ" w:eastAsia="ru-KZ"/>
          <w14:ligatures w14:val="standardContextual"/>
        </w:rPr>
        <w:t xml:space="preserve"> электростанци</w:t>
      </w:r>
      <w:r w:rsidRPr="00FA7343">
        <w:rPr>
          <w:rFonts w:ascii="Times New Roman" w:eastAsia="Aptos" w:hAnsi="Times New Roman"/>
          <w:b/>
          <w:bCs/>
          <w:sz w:val="24"/>
          <w:szCs w:val="24"/>
          <w:lang w:eastAsia="ru-KZ"/>
          <w14:ligatures w14:val="standardContextual"/>
        </w:rPr>
        <w:t>я</w:t>
      </w:r>
      <w:r w:rsidRPr="00FA7343">
        <w:rPr>
          <w:rFonts w:ascii="Times New Roman" w:eastAsia="Aptos" w:hAnsi="Times New Roman"/>
          <w:b/>
          <w:bCs/>
          <w:sz w:val="24"/>
          <w:szCs w:val="24"/>
          <w:lang w:val="ru-KZ" w:eastAsia="ru-KZ"/>
          <w14:ligatures w14:val="standardContextual"/>
        </w:rPr>
        <w:t xml:space="preserve"> (СЭС)</w:t>
      </w:r>
      <w:r w:rsidRPr="00FA7343">
        <w:rPr>
          <w:rFonts w:ascii="Times New Roman" w:eastAsia="Aptos" w:hAnsi="Times New Roman"/>
          <w:sz w:val="24"/>
          <w:szCs w:val="24"/>
          <w:lang w:val="ru-KZ" w:eastAsia="ru-KZ"/>
          <w14:ligatures w14:val="standardContextual"/>
        </w:rPr>
        <w:t xml:space="preserve"> мощностью 100 кВт, включая инверторное оборудование, распределительные устройства, системы мониторинга и подключения к общей сети электроснабжения.</w:t>
      </w:r>
      <w:r w:rsidRPr="00FA7343">
        <w:rPr>
          <w:rFonts w:ascii="Times New Roman" w:eastAsia="Aptos" w:hAnsi="Times New Roman"/>
          <w:sz w:val="24"/>
          <w:szCs w:val="24"/>
          <w:lang w:eastAsia="ru-KZ"/>
          <w14:ligatures w14:val="standardContextual"/>
        </w:rPr>
        <w:t xml:space="preserve">  </w:t>
      </w:r>
    </w:p>
    <w:p w14:paraId="2371630A" w14:textId="77777777" w:rsidR="00FA7343" w:rsidRPr="00FA7343" w:rsidRDefault="00FA7343" w:rsidP="00FA7343">
      <w:pPr>
        <w:spacing w:after="0" w:line="240" w:lineRule="auto"/>
        <w:ind w:left="-567"/>
        <w:jc w:val="both"/>
        <w:rPr>
          <w:rFonts w:ascii="Times New Roman" w:eastAsia="Aptos" w:hAnsi="Times New Roman"/>
          <w:sz w:val="24"/>
          <w:szCs w:val="24"/>
          <w:lang w:eastAsia="ru-KZ"/>
          <w14:ligatures w14:val="standardContextual"/>
        </w:rPr>
      </w:pPr>
    </w:p>
    <w:tbl>
      <w:tblPr>
        <w:tblStyle w:val="38"/>
        <w:tblW w:w="9768" w:type="dxa"/>
        <w:tblLayout w:type="fixed"/>
        <w:tblLook w:val="04A0" w:firstRow="1" w:lastRow="0" w:firstColumn="1" w:lastColumn="0" w:noHBand="0" w:noVBand="1"/>
      </w:tblPr>
      <w:tblGrid>
        <w:gridCol w:w="7225"/>
        <w:gridCol w:w="1559"/>
        <w:gridCol w:w="984"/>
      </w:tblGrid>
      <w:tr w:rsidR="00FA7343" w:rsidRPr="00FA7343" w14:paraId="7F5D38C3" w14:textId="77777777" w:rsidTr="00EF3A2B">
        <w:tc>
          <w:tcPr>
            <w:tcW w:w="7225" w:type="dxa"/>
            <w:vAlign w:val="center"/>
          </w:tcPr>
          <w:p w14:paraId="4FF12E01" w14:textId="77777777" w:rsidR="00FA7343" w:rsidRPr="00FA7343" w:rsidRDefault="00FA7343" w:rsidP="00FA7343">
            <w:pPr>
              <w:jc w:val="both"/>
              <w:rPr>
                <w:rFonts w:ascii="Times New Roman" w:eastAsia="Aptos" w:hAnsi="Times New Roman"/>
                <w:lang w:eastAsia="ru-KZ"/>
              </w:rPr>
            </w:pPr>
            <w:r w:rsidRPr="00FA7343">
              <w:rPr>
                <w:rFonts w:ascii="Times New Roman" w:eastAsia="Times New Roman" w:hAnsi="Times New Roman"/>
                <w:b/>
                <w:bCs/>
                <w:lang w:eastAsia="ru-KZ"/>
              </w:rPr>
              <w:t>Наименование электрооборудования</w:t>
            </w:r>
          </w:p>
        </w:tc>
        <w:tc>
          <w:tcPr>
            <w:tcW w:w="1559" w:type="dxa"/>
            <w:vAlign w:val="center"/>
          </w:tcPr>
          <w:p w14:paraId="727EBF1E" w14:textId="77777777" w:rsidR="00FA7343" w:rsidRPr="00FA7343" w:rsidRDefault="00FA7343" w:rsidP="00FA7343">
            <w:pPr>
              <w:jc w:val="both"/>
              <w:rPr>
                <w:rFonts w:ascii="Times New Roman" w:eastAsia="Aptos" w:hAnsi="Times New Roman"/>
                <w:lang w:eastAsia="ru-KZ"/>
              </w:rPr>
            </w:pPr>
            <w:r w:rsidRPr="00FA7343">
              <w:rPr>
                <w:rFonts w:ascii="Times New Roman" w:eastAsia="Times New Roman" w:hAnsi="Times New Roman"/>
                <w:b/>
                <w:bCs/>
                <w:lang w:eastAsia="ru-KZ"/>
              </w:rPr>
              <w:t>Единица измерения</w:t>
            </w:r>
          </w:p>
        </w:tc>
        <w:tc>
          <w:tcPr>
            <w:tcW w:w="984" w:type="dxa"/>
            <w:vAlign w:val="center"/>
          </w:tcPr>
          <w:p w14:paraId="0376CB2D" w14:textId="77777777" w:rsidR="00FA7343" w:rsidRPr="00FA7343" w:rsidRDefault="00FA7343" w:rsidP="00FA7343">
            <w:pPr>
              <w:jc w:val="both"/>
              <w:rPr>
                <w:rFonts w:ascii="Times New Roman" w:eastAsia="Aptos" w:hAnsi="Times New Roman"/>
                <w:lang w:eastAsia="ru-KZ"/>
              </w:rPr>
            </w:pPr>
            <w:r w:rsidRPr="00FA7343">
              <w:rPr>
                <w:rFonts w:ascii="Times New Roman" w:eastAsia="Times New Roman" w:hAnsi="Times New Roman"/>
                <w:b/>
                <w:bCs/>
                <w:lang w:eastAsia="ru-KZ"/>
              </w:rPr>
              <w:t>Количество</w:t>
            </w:r>
          </w:p>
        </w:tc>
      </w:tr>
      <w:tr w:rsidR="00FA7343" w:rsidRPr="00FA7343" w14:paraId="24873D13" w14:textId="77777777" w:rsidTr="00EF3A2B">
        <w:tc>
          <w:tcPr>
            <w:tcW w:w="7225" w:type="dxa"/>
            <w:vAlign w:val="center"/>
          </w:tcPr>
          <w:p w14:paraId="3657929E" w14:textId="77777777" w:rsidR="00FA7343" w:rsidRPr="00FA7343" w:rsidRDefault="00FA7343" w:rsidP="00FA7343">
            <w:pPr>
              <w:jc w:val="both"/>
              <w:rPr>
                <w:rFonts w:ascii="Times New Roman" w:eastAsia="Aptos" w:hAnsi="Times New Roman"/>
                <w:lang w:eastAsia="ru-KZ"/>
              </w:rPr>
            </w:pPr>
            <w:r w:rsidRPr="00FA7343">
              <w:rPr>
                <w:rFonts w:ascii="Times New Roman" w:eastAsia="Aptos" w:hAnsi="Times New Roman"/>
                <w:lang w:eastAsia="ru-KZ"/>
              </w:rPr>
              <w:t xml:space="preserve">Солнечные панели </w:t>
            </w:r>
            <w:r w:rsidRPr="00FA7343">
              <w:rPr>
                <w:rFonts w:ascii="Times New Roman" w:eastAsia="Aptos" w:hAnsi="Times New Roman"/>
              </w:rPr>
              <w:t>LONGi LR7-72HVH-645M</w:t>
            </w:r>
          </w:p>
        </w:tc>
        <w:tc>
          <w:tcPr>
            <w:tcW w:w="1559" w:type="dxa"/>
            <w:vAlign w:val="center"/>
          </w:tcPr>
          <w:p w14:paraId="58A081F3" w14:textId="77777777" w:rsidR="00FA7343" w:rsidRPr="00FA7343" w:rsidRDefault="00FA7343" w:rsidP="00FA7343">
            <w:pPr>
              <w:jc w:val="both"/>
              <w:rPr>
                <w:rFonts w:ascii="Times New Roman" w:eastAsia="Aptos" w:hAnsi="Times New Roman"/>
                <w:lang w:eastAsia="ru-KZ"/>
              </w:rPr>
            </w:pPr>
            <w:r w:rsidRPr="00FA7343">
              <w:rPr>
                <w:rFonts w:ascii="Times New Roman" w:eastAsia="Aptos" w:hAnsi="Times New Roman"/>
                <w:lang w:eastAsia="ru-KZ"/>
              </w:rPr>
              <w:t>Шт.</w:t>
            </w:r>
          </w:p>
        </w:tc>
        <w:tc>
          <w:tcPr>
            <w:tcW w:w="984" w:type="dxa"/>
            <w:vAlign w:val="center"/>
          </w:tcPr>
          <w:p w14:paraId="20A63D37" w14:textId="77777777" w:rsidR="00FA7343" w:rsidRPr="00FA7343" w:rsidRDefault="00FA7343" w:rsidP="00FA7343">
            <w:pPr>
              <w:jc w:val="center"/>
              <w:rPr>
                <w:rFonts w:ascii="Times New Roman" w:eastAsia="Aptos" w:hAnsi="Times New Roman"/>
                <w:lang w:eastAsia="ru-KZ"/>
              </w:rPr>
            </w:pPr>
            <w:r w:rsidRPr="00FA7343">
              <w:rPr>
                <w:rFonts w:ascii="Times New Roman" w:eastAsia="Aptos" w:hAnsi="Times New Roman"/>
                <w:lang w:eastAsia="ru-KZ"/>
              </w:rPr>
              <w:t>155</w:t>
            </w:r>
          </w:p>
        </w:tc>
      </w:tr>
      <w:tr w:rsidR="00FA7343" w:rsidRPr="00FA7343" w14:paraId="45AD8790" w14:textId="77777777" w:rsidTr="00EF3A2B">
        <w:trPr>
          <w:trHeight w:val="410"/>
        </w:trPr>
        <w:tc>
          <w:tcPr>
            <w:tcW w:w="7225" w:type="dxa"/>
            <w:vAlign w:val="center"/>
          </w:tcPr>
          <w:p w14:paraId="733ED06D" w14:textId="77777777" w:rsidR="00FA7343" w:rsidRPr="00FA7343" w:rsidRDefault="00FA7343" w:rsidP="00FA7343">
            <w:pPr>
              <w:jc w:val="both"/>
              <w:rPr>
                <w:rFonts w:ascii="Times New Roman" w:eastAsia="Aptos" w:hAnsi="Times New Roman"/>
                <w:lang w:val="en-US" w:eastAsia="ru-KZ"/>
              </w:rPr>
            </w:pPr>
            <w:r w:rsidRPr="00FA7343">
              <w:rPr>
                <w:rFonts w:ascii="Times New Roman" w:eastAsia="Aptos" w:hAnsi="Times New Roman"/>
              </w:rPr>
              <w:t>Инвертор</w:t>
            </w:r>
            <w:r w:rsidRPr="00FA7343">
              <w:rPr>
                <w:rFonts w:ascii="Times New Roman" w:eastAsia="Aptos" w:hAnsi="Times New Roman"/>
                <w:lang w:val="en-US"/>
              </w:rPr>
              <w:t xml:space="preserve"> </w:t>
            </w:r>
            <w:r w:rsidRPr="00FA7343">
              <w:rPr>
                <w:rFonts w:ascii="Times New Roman" w:eastAsia="Aptos" w:hAnsi="Times New Roman"/>
              </w:rPr>
              <w:t>Deye</w:t>
            </w:r>
            <w:r w:rsidRPr="00FA7343">
              <w:rPr>
                <w:rFonts w:ascii="Times New Roman" w:eastAsia="Aptos" w:hAnsi="Times New Roman"/>
                <w:lang w:val="en-US"/>
              </w:rPr>
              <w:t xml:space="preserve"> </w:t>
            </w:r>
            <w:r w:rsidRPr="00FA7343">
              <w:rPr>
                <w:rFonts w:ascii="Times New Roman" w:eastAsia="Aptos" w:hAnsi="Times New Roman"/>
              </w:rPr>
              <w:t>SUN</w:t>
            </w:r>
            <w:r w:rsidRPr="00FA7343">
              <w:rPr>
                <w:rFonts w:ascii="Times New Roman" w:eastAsia="Aptos" w:hAnsi="Times New Roman"/>
                <w:lang w:val="en-US"/>
              </w:rPr>
              <w:t>-100</w:t>
            </w:r>
            <w:r w:rsidRPr="00FA7343">
              <w:rPr>
                <w:rFonts w:ascii="Times New Roman" w:eastAsia="Aptos" w:hAnsi="Times New Roman"/>
              </w:rPr>
              <w:t>K</w:t>
            </w:r>
            <w:r w:rsidRPr="00FA7343">
              <w:rPr>
                <w:rFonts w:ascii="Times New Roman" w:eastAsia="Aptos" w:hAnsi="Times New Roman"/>
                <w:lang w:val="en-US"/>
              </w:rPr>
              <w:t>-</w:t>
            </w:r>
            <w:r w:rsidRPr="00FA7343">
              <w:rPr>
                <w:rFonts w:ascii="Times New Roman" w:eastAsia="Aptos" w:hAnsi="Times New Roman"/>
              </w:rPr>
              <w:t>G</w:t>
            </w:r>
            <w:r w:rsidRPr="00FA7343">
              <w:rPr>
                <w:rFonts w:ascii="Times New Roman" w:eastAsia="Aptos" w:hAnsi="Times New Roman"/>
                <w:lang w:val="en-US"/>
              </w:rPr>
              <w:t>03</w:t>
            </w:r>
          </w:p>
        </w:tc>
        <w:tc>
          <w:tcPr>
            <w:tcW w:w="1559" w:type="dxa"/>
            <w:vAlign w:val="center"/>
          </w:tcPr>
          <w:p w14:paraId="4BCECD39" w14:textId="77777777" w:rsidR="00FA7343" w:rsidRPr="00FA7343" w:rsidRDefault="00FA7343" w:rsidP="00FA7343">
            <w:pPr>
              <w:jc w:val="both"/>
              <w:rPr>
                <w:rFonts w:ascii="Times New Roman" w:eastAsia="Aptos" w:hAnsi="Times New Roman"/>
                <w:lang w:eastAsia="ru-KZ"/>
              </w:rPr>
            </w:pPr>
            <w:r w:rsidRPr="00FA7343">
              <w:rPr>
                <w:rFonts w:ascii="Times New Roman" w:eastAsia="Aptos" w:hAnsi="Times New Roman"/>
                <w:lang w:eastAsia="ru-KZ"/>
              </w:rPr>
              <w:t>комплект</w:t>
            </w:r>
          </w:p>
        </w:tc>
        <w:tc>
          <w:tcPr>
            <w:tcW w:w="984" w:type="dxa"/>
            <w:vAlign w:val="center"/>
          </w:tcPr>
          <w:p w14:paraId="57A3E5A3" w14:textId="77777777" w:rsidR="00FA7343" w:rsidRPr="00FA7343" w:rsidRDefault="00FA7343" w:rsidP="00FA7343">
            <w:pPr>
              <w:jc w:val="center"/>
              <w:rPr>
                <w:rFonts w:ascii="Times New Roman" w:eastAsia="Aptos" w:hAnsi="Times New Roman"/>
                <w:lang w:eastAsia="ru-KZ"/>
              </w:rPr>
            </w:pPr>
            <w:r w:rsidRPr="00FA7343">
              <w:rPr>
                <w:rFonts w:ascii="Times New Roman" w:eastAsia="Aptos" w:hAnsi="Times New Roman"/>
                <w:lang w:eastAsia="ru-KZ"/>
              </w:rPr>
              <w:t>1</w:t>
            </w:r>
          </w:p>
        </w:tc>
      </w:tr>
      <w:tr w:rsidR="00FA7343" w:rsidRPr="00FA7343" w14:paraId="030F1983" w14:textId="77777777" w:rsidTr="00EF3A2B">
        <w:tc>
          <w:tcPr>
            <w:tcW w:w="7225" w:type="dxa"/>
            <w:vAlign w:val="center"/>
          </w:tcPr>
          <w:p w14:paraId="2D3687FD" w14:textId="77777777" w:rsidR="00FA7343" w:rsidRPr="00FA7343" w:rsidRDefault="00FA7343" w:rsidP="00FA7343">
            <w:pPr>
              <w:jc w:val="both"/>
              <w:rPr>
                <w:rFonts w:ascii="Times New Roman" w:eastAsia="Aptos" w:hAnsi="Times New Roman"/>
                <w:lang w:eastAsia="ru-KZ"/>
              </w:rPr>
            </w:pPr>
            <w:r w:rsidRPr="00FA7343">
              <w:rPr>
                <w:rFonts w:ascii="Times New Roman" w:eastAsia="Aptos" w:hAnsi="Times New Roman"/>
                <w:lang w:eastAsia="ru-KZ"/>
              </w:rPr>
              <w:t>ШР-0,4кВ</w:t>
            </w:r>
          </w:p>
        </w:tc>
        <w:tc>
          <w:tcPr>
            <w:tcW w:w="1559" w:type="dxa"/>
            <w:vAlign w:val="center"/>
          </w:tcPr>
          <w:p w14:paraId="200BC53C" w14:textId="77777777" w:rsidR="00FA7343" w:rsidRPr="00FA7343" w:rsidRDefault="00FA7343" w:rsidP="00FA7343">
            <w:pPr>
              <w:jc w:val="both"/>
              <w:rPr>
                <w:rFonts w:ascii="Times New Roman" w:eastAsia="Aptos" w:hAnsi="Times New Roman"/>
                <w:lang w:val="en-US" w:eastAsia="ru-KZ"/>
              </w:rPr>
            </w:pPr>
            <w:r w:rsidRPr="00FA7343">
              <w:rPr>
                <w:rFonts w:ascii="Times New Roman" w:eastAsia="Aptos" w:hAnsi="Times New Roman"/>
                <w:lang w:eastAsia="ru-KZ"/>
              </w:rPr>
              <w:t>комплект</w:t>
            </w:r>
          </w:p>
        </w:tc>
        <w:tc>
          <w:tcPr>
            <w:tcW w:w="984" w:type="dxa"/>
            <w:vAlign w:val="center"/>
          </w:tcPr>
          <w:p w14:paraId="7E9A5DD8" w14:textId="77777777" w:rsidR="00FA7343" w:rsidRPr="00FA7343" w:rsidRDefault="00FA7343" w:rsidP="00FA7343">
            <w:pPr>
              <w:jc w:val="center"/>
              <w:rPr>
                <w:rFonts w:ascii="Times New Roman" w:eastAsia="Aptos" w:hAnsi="Times New Roman"/>
                <w:lang w:val="en-US" w:eastAsia="ru-KZ"/>
              </w:rPr>
            </w:pPr>
            <w:r w:rsidRPr="00FA7343">
              <w:rPr>
                <w:rFonts w:ascii="Times New Roman" w:eastAsia="Aptos" w:hAnsi="Times New Roman"/>
                <w:lang w:eastAsia="ru-KZ"/>
              </w:rPr>
              <w:t>1</w:t>
            </w:r>
          </w:p>
        </w:tc>
      </w:tr>
      <w:tr w:rsidR="00FA7343" w:rsidRPr="00FA7343" w14:paraId="4978DE07" w14:textId="77777777" w:rsidTr="00EF3A2B">
        <w:tc>
          <w:tcPr>
            <w:tcW w:w="7225" w:type="dxa"/>
            <w:vAlign w:val="center"/>
          </w:tcPr>
          <w:p w14:paraId="75527BBF" w14:textId="77777777" w:rsidR="00FA7343" w:rsidRPr="00FA7343" w:rsidRDefault="00FA7343" w:rsidP="00FA7343">
            <w:pPr>
              <w:jc w:val="both"/>
              <w:rPr>
                <w:rFonts w:ascii="Times New Roman" w:eastAsia="Aptos" w:hAnsi="Times New Roman"/>
                <w:lang w:val="en-US" w:eastAsia="ru-KZ"/>
              </w:rPr>
            </w:pPr>
            <w:r w:rsidRPr="00FA7343">
              <w:rPr>
                <w:rFonts w:ascii="Times New Roman" w:eastAsia="Aptos" w:hAnsi="Times New Roman"/>
                <w:lang w:eastAsia="ru-KZ"/>
              </w:rPr>
              <w:t>ШР -220В</w:t>
            </w:r>
          </w:p>
        </w:tc>
        <w:tc>
          <w:tcPr>
            <w:tcW w:w="1559" w:type="dxa"/>
            <w:vAlign w:val="center"/>
          </w:tcPr>
          <w:p w14:paraId="78624153" w14:textId="77777777" w:rsidR="00FA7343" w:rsidRPr="00FA7343" w:rsidRDefault="00FA7343" w:rsidP="00FA7343">
            <w:pPr>
              <w:jc w:val="both"/>
              <w:rPr>
                <w:rFonts w:ascii="Times New Roman" w:eastAsia="Aptos" w:hAnsi="Times New Roman"/>
                <w:lang w:val="en-US" w:eastAsia="ru-KZ"/>
              </w:rPr>
            </w:pPr>
            <w:r w:rsidRPr="00FA7343">
              <w:rPr>
                <w:rFonts w:ascii="Times New Roman" w:eastAsia="Aptos" w:hAnsi="Times New Roman"/>
                <w:lang w:eastAsia="ru-KZ"/>
              </w:rPr>
              <w:t>комплект</w:t>
            </w:r>
          </w:p>
        </w:tc>
        <w:tc>
          <w:tcPr>
            <w:tcW w:w="984" w:type="dxa"/>
            <w:vAlign w:val="center"/>
          </w:tcPr>
          <w:p w14:paraId="6C71167E" w14:textId="77777777" w:rsidR="00FA7343" w:rsidRPr="00FA7343" w:rsidRDefault="00FA7343" w:rsidP="00FA7343">
            <w:pPr>
              <w:jc w:val="center"/>
              <w:rPr>
                <w:rFonts w:ascii="Times New Roman" w:eastAsia="Aptos" w:hAnsi="Times New Roman"/>
                <w:lang w:val="en-US" w:eastAsia="ru-KZ"/>
              </w:rPr>
            </w:pPr>
            <w:r w:rsidRPr="00FA7343">
              <w:rPr>
                <w:rFonts w:ascii="Times New Roman" w:eastAsia="Aptos" w:hAnsi="Times New Roman"/>
                <w:lang w:eastAsia="ru-KZ"/>
              </w:rPr>
              <w:t>1</w:t>
            </w:r>
          </w:p>
        </w:tc>
      </w:tr>
    </w:tbl>
    <w:p w14:paraId="3CEA8EEE" w14:textId="77777777" w:rsidR="00FA7343" w:rsidRPr="00FA7343" w:rsidRDefault="00FA7343" w:rsidP="00FA7343">
      <w:pPr>
        <w:spacing w:after="0" w:line="240" w:lineRule="auto"/>
        <w:jc w:val="both"/>
        <w:rPr>
          <w:rFonts w:ascii="Times New Roman" w:eastAsia="Aptos" w:hAnsi="Times New Roman"/>
          <w:kern w:val="2"/>
          <w:sz w:val="24"/>
          <w:szCs w:val="24"/>
          <w14:ligatures w14:val="standardContextual"/>
        </w:rPr>
      </w:pPr>
    </w:p>
    <w:p w14:paraId="0D7A18E1" w14:textId="77777777" w:rsidR="00FA7343" w:rsidRPr="00FA7343" w:rsidRDefault="00FA7343" w:rsidP="00FA7343">
      <w:pPr>
        <w:spacing w:after="0" w:line="240" w:lineRule="auto"/>
        <w:jc w:val="both"/>
        <w:rPr>
          <w:rFonts w:ascii="Times New Roman" w:eastAsia="Aptos" w:hAnsi="Times New Roman"/>
          <w:kern w:val="2"/>
          <w:sz w:val="24"/>
          <w:szCs w:val="24"/>
          <w14:ligatures w14:val="standardContextual"/>
        </w:rPr>
      </w:pPr>
    </w:p>
    <w:tbl>
      <w:tblPr>
        <w:tblW w:w="10054" w:type="dxa"/>
        <w:tblLayout w:type="fixed"/>
        <w:tblLook w:val="0000" w:firstRow="0" w:lastRow="0" w:firstColumn="0" w:lastColumn="0" w:noHBand="0" w:noVBand="0"/>
      </w:tblPr>
      <w:tblGrid>
        <w:gridCol w:w="5668"/>
        <w:gridCol w:w="4386"/>
      </w:tblGrid>
      <w:tr w:rsidR="0023175D" w:rsidRPr="0023175D" w14:paraId="62313EAB" w14:textId="77777777" w:rsidTr="00613AA3">
        <w:trPr>
          <w:trHeight w:val="2029"/>
        </w:trPr>
        <w:tc>
          <w:tcPr>
            <w:tcW w:w="5668" w:type="dxa"/>
          </w:tcPr>
          <w:p w14:paraId="1A4834AD" w14:textId="77777777" w:rsidR="0023175D" w:rsidRPr="00613AA3" w:rsidRDefault="0023175D" w:rsidP="0023175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0"/>
              </w:rPr>
            </w:pPr>
            <w:r w:rsidRPr="00613AA3">
              <w:rPr>
                <w:rFonts w:ascii="Times New Roman" w:eastAsia="Times New Roman" w:hAnsi="Times New Roman"/>
                <w:b/>
                <w:bCs/>
                <w:sz w:val="24"/>
                <w:szCs w:val="20"/>
              </w:rPr>
              <w:t xml:space="preserve">Заказчик </w:t>
            </w:r>
          </w:p>
          <w:p w14:paraId="5F1984FF" w14:textId="77777777" w:rsidR="0023175D" w:rsidRPr="00613AA3" w:rsidRDefault="0023175D" w:rsidP="0023175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4"/>
                <w:szCs w:val="20"/>
              </w:rPr>
            </w:pPr>
            <w:r w:rsidRPr="00613AA3">
              <w:rPr>
                <w:rFonts w:ascii="Times New Roman" w:eastAsia="Times New Roman" w:hAnsi="Times New Roman"/>
                <w:b/>
                <w:bCs/>
                <w:sz w:val="24"/>
                <w:szCs w:val="20"/>
              </w:rPr>
              <w:t>ТОО «Урихтау Оперейтинг»</w:t>
            </w:r>
          </w:p>
          <w:p w14:paraId="711014A8" w14:textId="77777777" w:rsidR="0023175D" w:rsidRPr="00613AA3" w:rsidRDefault="0023175D" w:rsidP="0023175D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613AA3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Директор по производству</w:t>
            </w:r>
            <w:r w:rsidRPr="00613AA3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</w:t>
            </w:r>
          </w:p>
          <w:p w14:paraId="10F57210" w14:textId="77777777" w:rsidR="0023175D" w:rsidRPr="00613AA3" w:rsidRDefault="0023175D" w:rsidP="0023175D">
            <w:pPr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kk-KZ"/>
              </w:rPr>
            </w:pPr>
            <w:r w:rsidRPr="00613AA3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_______Кулжанов Ж.М.     </w:t>
            </w:r>
            <w:r w:rsidRPr="00613AA3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613AA3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    </w:t>
            </w:r>
          </w:p>
          <w:p w14:paraId="33257B32" w14:textId="77777777" w:rsidR="0023175D" w:rsidRPr="00613AA3" w:rsidRDefault="0023175D" w:rsidP="0023175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0"/>
              </w:rPr>
            </w:pPr>
          </w:p>
          <w:p w14:paraId="3FF40D86" w14:textId="77777777" w:rsidR="0023175D" w:rsidRPr="00613AA3" w:rsidRDefault="0023175D" w:rsidP="0023175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0"/>
              </w:rPr>
            </w:pPr>
          </w:p>
        </w:tc>
        <w:tc>
          <w:tcPr>
            <w:tcW w:w="4386" w:type="dxa"/>
          </w:tcPr>
          <w:p w14:paraId="10B797C9" w14:textId="77777777" w:rsidR="0023175D" w:rsidRPr="00613AA3" w:rsidRDefault="0023175D" w:rsidP="0023175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0"/>
                <w:lang w:val="kk-KZ"/>
              </w:rPr>
            </w:pPr>
            <w:r w:rsidRPr="00613AA3">
              <w:rPr>
                <w:rFonts w:ascii="Times New Roman" w:eastAsia="Times New Roman" w:hAnsi="Times New Roman"/>
                <w:b/>
                <w:bCs/>
                <w:color w:val="000000"/>
                <w:spacing w:val="-13"/>
                <w:sz w:val="24"/>
                <w:szCs w:val="24"/>
              </w:rPr>
              <w:t xml:space="preserve">                         Исполнитель</w:t>
            </w:r>
          </w:p>
          <w:p w14:paraId="6E46C625" w14:textId="77777777" w:rsidR="0023175D" w:rsidRPr="00613AA3" w:rsidRDefault="0023175D" w:rsidP="0023175D">
            <w:pPr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  <w:r w:rsidRPr="00613AA3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                    </w:t>
            </w:r>
          </w:p>
          <w:p w14:paraId="2C2C6843" w14:textId="77777777" w:rsidR="0023175D" w:rsidRPr="00613AA3" w:rsidRDefault="0023175D" w:rsidP="0023175D">
            <w:pPr>
              <w:spacing w:after="0" w:line="240" w:lineRule="auto"/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</w:pPr>
          </w:p>
          <w:p w14:paraId="3EA89EB1" w14:textId="77777777" w:rsidR="0023175D" w:rsidRPr="00613AA3" w:rsidRDefault="0023175D" w:rsidP="0023175D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0"/>
                <w:lang w:val="en-US"/>
              </w:rPr>
            </w:pPr>
            <w:r w:rsidRPr="00613AA3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                     _________</w:t>
            </w:r>
          </w:p>
          <w:p w14:paraId="65DCC9A9" w14:textId="77777777" w:rsidR="0023175D" w:rsidRPr="00613AA3" w:rsidRDefault="0023175D" w:rsidP="0023175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0"/>
                <w:lang w:val="en-US"/>
              </w:rPr>
            </w:pPr>
          </w:p>
        </w:tc>
      </w:tr>
    </w:tbl>
    <w:p w14:paraId="502E4AFB" w14:textId="77777777" w:rsidR="00FA7343" w:rsidRPr="00FA7343" w:rsidRDefault="00FA7343" w:rsidP="00013638">
      <w:pPr>
        <w:rPr>
          <w:rFonts w:ascii="Times New Roman" w:eastAsia="Times New Roman" w:hAnsi="Times New Roman"/>
        </w:rPr>
      </w:pPr>
    </w:p>
    <w:sectPr w:rsidR="00FA7343" w:rsidRPr="00FA7343" w:rsidSect="005A3B64">
      <w:pgSz w:w="11906" w:h="16838"/>
      <w:pgMar w:top="568" w:right="850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0183228B"/>
    <w:multiLevelType w:val="multilevel"/>
    <w:tmpl w:val="CC124AAA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3C82DAE"/>
    <w:multiLevelType w:val="multilevel"/>
    <w:tmpl w:val="6BB6843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7EB3939"/>
    <w:multiLevelType w:val="hybridMultilevel"/>
    <w:tmpl w:val="32100AC0"/>
    <w:lvl w:ilvl="0" w:tplc="98243F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1B428F"/>
    <w:multiLevelType w:val="hybridMultilevel"/>
    <w:tmpl w:val="FAA8C0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2099158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19146526">
    <w:abstractNumId w:val="7"/>
  </w:num>
  <w:num w:numId="3" w16cid:durableId="226690651">
    <w:abstractNumId w:val="6"/>
  </w:num>
  <w:num w:numId="4" w16cid:durableId="149756410">
    <w:abstractNumId w:val="5"/>
  </w:num>
  <w:num w:numId="5" w16cid:durableId="1758673380">
    <w:abstractNumId w:val="3"/>
  </w:num>
  <w:num w:numId="6" w16cid:durableId="1302930088">
    <w:abstractNumId w:val="2"/>
  </w:num>
  <w:num w:numId="7" w16cid:durableId="345715451">
    <w:abstractNumId w:val="4"/>
  </w:num>
  <w:num w:numId="8" w16cid:durableId="1999188679">
    <w:abstractNumId w:val="1"/>
  </w:num>
  <w:num w:numId="9" w16cid:durableId="2006324099">
    <w:abstractNumId w:val="0"/>
  </w:num>
  <w:num w:numId="10" w16cid:durableId="1528759240">
    <w:abstractNumId w:val="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3EBB"/>
    <w:rsid w:val="00004262"/>
    <w:rsid w:val="0000451A"/>
    <w:rsid w:val="00005E48"/>
    <w:rsid w:val="00010083"/>
    <w:rsid w:val="00012021"/>
    <w:rsid w:val="00013638"/>
    <w:rsid w:val="000233C2"/>
    <w:rsid w:val="00026CFF"/>
    <w:rsid w:val="000332D2"/>
    <w:rsid w:val="0003396C"/>
    <w:rsid w:val="0003523B"/>
    <w:rsid w:val="000365D1"/>
    <w:rsid w:val="000371A1"/>
    <w:rsid w:val="000503E7"/>
    <w:rsid w:val="00056194"/>
    <w:rsid w:val="000642A4"/>
    <w:rsid w:val="000652EB"/>
    <w:rsid w:val="00070AAF"/>
    <w:rsid w:val="00073C07"/>
    <w:rsid w:val="00084FF3"/>
    <w:rsid w:val="00096C1F"/>
    <w:rsid w:val="000A710A"/>
    <w:rsid w:val="000B12AC"/>
    <w:rsid w:val="000C1C7F"/>
    <w:rsid w:val="000C2C0A"/>
    <w:rsid w:val="000E15EF"/>
    <w:rsid w:val="000F23F5"/>
    <w:rsid w:val="000F32E1"/>
    <w:rsid w:val="000F3534"/>
    <w:rsid w:val="0011474C"/>
    <w:rsid w:val="00121EC7"/>
    <w:rsid w:val="00125AFA"/>
    <w:rsid w:val="00160AE8"/>
    <w:rsid w:val="00163FA6"/>
    <w:rsid w:val="00164ADA"/>
    <w:rsid w:val="001650C2"/>
    <w:rsid w:val="00166699"/>
    <w:rsid w:val="0016732B"/>
    <w:rsid w:val="00171328"/>
    <w:rsid w:val="00172318"/>
    <w:rsid w:val="00173B81"/>
    <w:rsid w:val="0017516A"/>
    <w:rsid w:val="0018273D"/>
    <w:rsid w:val="001949A3"/>
    <w:rsid w:val="0019795B"/>
    <w:rsid w:val="001A6E92"/>
    <w:rsid w:val="001B134C"/>
    <w:rsid w:val="001B3055"/>
    <w:rsid w:val="001B4C58"/>
    <w:rsid w:val="001B7321"/>
    <w:rsid w:val="001C02F6"/>
    <w:rsid w:val="001C424A"/>
    <w:rsid w:val="001D13FF"/>
    <w:rsid w:val="001D52E0"/>
    <w:rsid w:val="001E3178"/>
    <w:rsid w:val="001E592D"/>
    <w:rsid w:val="001F0FF8"/>
    <w:rsid w:val="001F2510"/>
    <w:rsid w:val="001F5B6D"/>
    <w:rsid w:val="00200AFB"/>
    <w:rsid w:val="00201EE5"/>
    <w:rsid w:val="00203D51"/>
    <w:rsid w:val="00204DB4"/>
    <w:rsid w:val="00205D3A"/>
    <w:rsid w:val="0023175D"/>
    <w:rsid w:val="00243C09"/>
    <w:rsid w:val="00247E5D"/>
    <w:rsid w:val="0025504C"/>
    <w:rsid w:val="0026192F"/>
    <w:rsid w:val="002663CE"/>
    <w:rsid w:val="00274813"/>
    <w:rsid w:val="00276AD6"/>
    <w:rsid w:val="00276DDA"/>
    <w:rsid w:val="00281428"/>
    <w:rsid w:val="002948DD"/>
    <w:rsid w:val="002A47ED"/>
    <w:rsid w:val="002B5A2C"/>
    <w:rsid w:val="002C0F81"/>
    <w:rsid w:val="002C226C"/>
    <w:rsid w:val="002E0C1A"/>
    <w:rsid w:val="002E3CE8"/>
    <w:rsid w:val="002E6467"/>
    <w:rsid w:val="002E68F9"/>
    <w:rsid w:val="002E7B59"/>
    <w:rsid w:val="002F2B8B"/>
    <w:rsid w:val="002F3D1B"/>
    <w:rsid w:val="002F77CB"/>
    <w:rsid w:val="002F7870"/>
    <w:rsid w:val="0032360A"/>
    <w:rsid w:val="003271E0"/>
    <w:rsid w:val="00342A31"/>
    <w:rsid w:val="00391E87"/>
    <w:rsid w:val="00396C6C"/>
    <w:rsid w:val="003A5DDC"/>
    <w:rsid w:val="003C27EC"/>
    <w:rsid w:val="003C5BA5"/>
    <w:rsid w:val="003C693A"/>
    <w:rsid w:val="003D25A7"/>
    <w:rsid w:val="003E7074"/>
    <w:rsid w:val="00404DF2"/>
    <w:rsid w:val="00414934"/>
    <w:rsid w:val="0042266B"/>
    <w:rsid w:val="0043183C"/>
    <w:rsid w:val="00431A04"/>
    <w:rsid w:val="00436BC7"/>
    <w:rsid w:val="00437819"/>
    <w:rsid w:val="00447060"/>
    <w:rsid w:val="00451598"/>
    <w:rsid w:val="004643F7"/>
    <w:rsid w:val="00465530"/>
    <w:rsid w:val="00471855"/>
    <w:rsid w:val="0048425A"/>
    <w:rsid w:val="004850EE"/>
    <w:rsid w:val="00486E18"/>
    <w:rsid w:val="004A0B39"/>
    <w:rsid w:val="004A2E2A"/>
    <w:rsid w:val="004C05ED"/>
    <w:rsid w:val="004C2CFE"/>
    <w:rsid w:val="004C6B38"/>
    <w:rsid w:val="004E6EB8"/>
    <w:rsid w:val="004F0969"/>
    <w:rsid w:val="004F3D56"/>
    <w:rsid w:val="0050090B"/>
    <w:rsid w:val="0053561B"/>
    <w:rsid w:val="005406ED"/>
    <w:rsid w:val="00542562"/>
    <w:rsid w:val="0054414E"/>
    <w:rsid w:val="00544907"/>
    <w:rsid w:val="00544E10"/>
    <w:rsid w:val="005603AC"/>
    <w:rsid w:val="00561E67"/>
    <w:rsid w:val="005640C0"/>
    <w:rsid w:val="005651F1"/>
    <w:rsid w:val="005763CD"/>
    <w:rsid w:val="00595229"/>
    <w:rsid w:val="005A3B64"/>
    <w:rsid w:val="005A5AE9"/>
    <w:rsid w:val="005B1D35"/>
    <w:rsid w:val="005B27BB"/>
    <w:rsid w:val="005B7FDB"/>
    <w:rsid w:val="005C34BD"/>
    <w:rsid w:val="005C5F70"/>
    <w:rsid w:val="005D1A9C"/>
    <w:rsid w:val="005E055F"/>
    <w:rsid w:val="005E5B28"/>
    <w:rsid w:val="005F279F"/>
    <w:rsid w:val="005F6EF7"/>
    <w:rsid w:val="00602862"/>
    <w:rsid w:val="00611975"/>
    <w:rsid w:val="00612A0E"/>
    <w:rsid w:val="00613AA3"/>
    <w:rsid w:val="00615A7C"/>
    <w:rsid w:val="00652C9A"/>
    <w:rsid w:val="00652CED"/>
    <w:rsid w:val="00656462"/>
    <w:rsid w:val="0067294A"/>
    <w:rsid w:val="00672BE0"/>
    <w:rsid w:val="00673083"/>
    <w:rsid w:val="00690489"/>
    <w:rsid w:val="00697497"/>
    <w:rsid w:val="006A2A37"/>
    <w:rsid w:val="006B0C08"/>
    <w:rsid w:val="006B6BDE"/>
    <w:rsid w:val="006B7B9A"/>
    <w:rsid w:val="006C4411"/>
    <w:rsid w:val="006D214E"/>
    <w:rsid w:val="006E40E8"/>
    <w:rsid w:val="006F4CD5"/>
    <w:rsid w:val="006F4E5D"/>
    <w:rsid w:val="0070766C"/>
    <w:rsid w:val="00712711"/>
    <w:rsid w:val="00724954"/>
    <w:rsid w:val="00735D1E"/>
    <w:rsid w:val="007414D3"/>
    <w:rsid w:val="00743DB0"/>
    <w:rsid w:val="0074542A"/>
    <w:rsid w:val="00753767"/>
    <w:rsid w:val="00756D0D"/>
    <w:rsid w:val="00763A83"/>
    <w:rsid w:val="00772BB2"/>
    <w:rsid w:val="0077691F"/>
    <w:rsid w:val="007920CA"/>
    <w:rsid w:val="007A2B38"/>
    <w:rsid w:val="007A54EA"/>
    <w:rsid w:val="007B6AE5"/>
    <w:rsid w:val="007C0FDD"/>
    <w:rsid w:val="007E740D"/>
    <w:rsid w:val="007F102E"/>
    <w:rsid w:val="007F1744"/>
    <w:rsid w:val="007F7D3B"/>
    <w:rsid w:val="008130CC"/>
    <w:rsid w:val="0082007A"/>
    <w:rsid w:val="00826463"/>
    <w:rsid w:val="008528F5"/>
    <w:rsid w:val="00855AC0"/>
    <w:rsid w:val="00856B14"/>
    <w:rsid w:val="00857083"/>
    <w:rsid w:val="00864AD4"/>
    <w:rsid w:val="0086614A"/>
    <w:rsid w:val="00873072"/>
    <w:rsid w:val="00874747"/>
    <w:rsid w:val="008758AA"/>
    <w:rsid w:val="00875A08"/>
    <w:rsid w:val="008768A0"/>
    <w:rsid w:val="0088439C"/>
    <w:rsid w:val="00887901"/>
    <w:rsid w:val="00887B51"/>
    <w:rsid w:val="008A3A90"/>
    <w:rsid w:val="008B1F0D"/>
    <w:rsid w:val="008B474E"/>
    <w:rsid w:val="008B7C21"/>
    <w:rsid w:val="008C6FA5"/>
    <w:rsid w:val="008D3ADD"/>
    <w:rsid w:val="008E3A56"/>
    <w:rsid w:val="008E5535"/>
    <w:rsid w:val="008F0F5F"/>
    <w:rsid w:val="008F5228"/>
    <w:rsid w:val="008F62E3"/>
    <w:rsid w:val="008F7700"/>
    <w:rsid w:val="009073BA"/>
    <w:rsid w:val="009133FC"/>
    <w:rsid w:val="00943149"/>
    <w:rsid w:val="009449E2"/>
    <w:rsid w:val="00947E9A"/>
    <w:rsid w:val="009677C6"/>
    <w:rsid w:val="00981859"/>
    <w:rsid w:val="00983C93"/>
    <w:rsid w:val="009975CE"/>
    <w:rsid w:val="009975D1"/>
    <w:rsid w:val="009A1B6D"/>
    <w:rsid w:val="009A269D"/>
    <w:rsid w:val="009A391C"/>
    <w:rsid w:val="009C1DA4"/>
    <w:rsid w:val="009C2398"/>
    <w:rsid w:val="009C4C88"/>
    <w:rsid w:val="009C4FD0"/>
    <w:rsid w:val="009D018D"/>
    <w:rsid w:val="009D3383"/>
    <w:rsid w:val="009F0FF1"/>
    <w:rsid w:val="009F266A"/>
    <w:rsid w:val="009F4976"/>
    <w:rsid w:val="00A077E8"/>
    <w:rsid w:val="00A146A6"/>
    <w:rsid w:val="00A147E7"/>
    <w:rsid w:val="00A33815"/>
    <w:rsid w:val="00A33B21"/>
    <w:rsid w:val="00A341B5"/>
    <w:rsid w:val="00A41BF7"/>
    <w:rsid w:val="00A56E1F"/>
    <w:rsid w:val="00A8151D"/>
    <w:rsid w:val="00A86F8A"/>
    <w:rsid w:val="00A90E48"/>
    <w:rsid w:val="00A913E5"/>
    <w:rsid w:val="00A939F9"/>
    <w:rsid w:val="00AA3D66"/>
    <w:rsid w:val="00AB049A"/>
    <w:rsid w:val="00AB2AF4"/>
    <w:rsid w:val="00AB2F33"/>
    <w:rsid w:val="00AC0643"/>
    <w:rsid w:val="00AC1E05"/>
    <w:rsid w:val="00AC2EDE"/>
    <w:rsid w:val="00AC442F"/>
    <w:rsid w:val="00AC5FF8"/>
    <w:rsid w:val="00AD5A52"/>
    <w:rsid w:val="00AE06B4"/>
    <w:rsid w:val="00AE3FC5"/>
    <w:rsid w:val="00AE6D19"/>
    <w:rsid w:val="00AF3FB9"/>
    <w:rsid w:val="00B00F1F"/>
    <w:rsid w:val="00B043F1"/>
    <w:rsid w:val="00B101D6"/>
    <w:rsid w:val="00B17090"/>
    <w:rsid w:val="00B30D18"/>
    <w:rsid w:val="00B367BF"/>
    <w:rsid w:val="00B460AA"/>
    <w:rsid w:val="00B462B0"/>
    <w:rsid w:val="00B55A98"/>
    <w:rsid w:val="00B90BE0"/>
    <w:rsid w:val="00B937E2"/>
    <w:rsid w:val="00B96C0A"/>
    <w:rsid w:val="00B97C46"/>
    <w:rsid w:val="00BB0821"/>
    <w:rsid w:val="00BB346D"/>
    <w:rsid w:val="00BB5DC8"/>
    <w:rsid w:val="00BB6D3B"/>
    <w:rsid w:val="00BC028B"/>
    <w:rsid w:val="00BD51BB"/>
    <w:rsid w:val="00BD5411"/>
    <w:rsid w:val="00BE2347"/>
    <w:rsid w:val="00C051F4"/>
    <w:rsid w:val="00C34B7A"/>
    <w:rsid w:val="00C36DBD"/>
    <w:rsid w:val="00C37677"/>
    <w:rsid w:val="00C545CD"/>
    <w:rsid w:val="00C61847"/>
    <w:rsid w:val="00C62E8B"/>
    <w:rsid w:val="00C71F67"/>
    <w:rsid w:val="00C7507F"/>
    <w:rsid w:val="00C803B2"/>
    <w:rsid w:val="00C856C3"/>
    <w:rsid w:val="00C9537D"/>
    <w:rsid w:val="00CA5F17"/>
    <w:rsid w:val="00CB08F7"/>
    <w:rsid w:val="00CC475A"/>
    <w:rsid w:val="00CC4F3A"/>
    <w:rsid w:val="00CD20A7"/>
    <w:rsid w:val="00CD703E"/>
    <w:rsid w:val="00CE1BCE"/>
    <w:rsid w:val="00CE2ABF"/>
    <w:rsid w:val="00CE61EE"/>
    <w:rsid w:val="00CF0384"/>
    <w:rsid w:val="00CF0AB9"/>
    <w:rsid w:val="00CF5AF8"/>
    <w:rsid w:val="00D126F7"/>
    <w:rsid w:val="00D128FE"/>
    <w:rsid w:val="00D1622D"/>
    <w:rsid w:val="00D213A9"/>
    <w:rsid w:val="00D22146"/>
    <w:rsid w:val="00D26F65"/>
    <w:rsid w:val="00D30D3C"/>
    <w:rsid w:val="00D31DA4"/>
    <w:rsid w:val="00D43A2C"/>
    <w:rsid w:val="00D501DC"/>
    <w:rsid w:val="00D54525"/>
    <w:rsid w:val="00D70BA9"/>
    <w:rsid w:val="00D775D7"/>
    <w:rsid w:val="00D80255"/>
    <w:rsid w:val="00D82EB2"/>
    <w:rsid w:val="00D8302E"/>
    <w:rsid w:val="00D8544C"/>
    <w:rsid w:val="00D91276"/>
    <w:rsid w:val="00D91F07"/>
    <w:rsid w:val="00D9248A"/>
    <w:rsid w:val="00D9309D"/>
    <w:rsid w:val="00D95531"/>
    <w:rsid w:val="00DA0023"/>
    <w:rsid w:val="00DC3C72"/>
    <w:rsid w:val="00DC4CE6"/>
    <w:rsid w:val="00DC6D0F"/>
    <w:rsid w:val="00DD0866"/>
    <w:rsid w:val="00DD58E1"/>
    <w:rsid w:val="00DD7BAD"/>
    <w:rsid w:val="00DD7CF8"/>
    <w:rsid w:val="00DE040D"/>
    <w:rsid w:val="00DE0519"/>
    <w:rsid w:val="00DF190E"/>
    <w:rsid w:val="00DF19E0"/>
    <w:rsid w:val="00DF2A12"/>
    <w:rsid w:val="00E00093"/>
    <w:rsid w:val="00E02C0A"/>
    <w:rsid w:val="00E05CF8"/>
    <w:rsid w:val="00E0680F"/>
    <w:rsid w:val="00E230D9"/>
    <w:rsid w:val="00E33EFA"/>
    <w:rsid w:val="00E40DAC"/>
    <w:rsid w:val="00E57CC8"/>
    <w:rsid w:val="00E814E6"/>
    <w:rsid w:val="00E82A90"/>
    <w:rsid w:val="00E8307F"/>
    <w:rsid w:val="00E83A10"/>
    <w:rsid w:val="00E857BD"/>
    <w:rsid w:val="00E958E8"/>
    <w:rsid w:val="00EA3821"/>
    <w:rsid w:val="00EA3ED4"/>
    <w:rsid w:val="00EA6B00"/>
    <w:rsid w:val="00EA79D2"/>
    <w:rsid w:val="00EA7DC0"/>
    <w:rsid w:val="00EB301F"/>
    <w:rsid w:val="00EB3C31"/>
    <w:rsid w:val="00EB6207"/>
    <w:rsid w:val="00EC444F"/>
    <w:rsid w:val="00ED343D"/>
    <w:rsid w:val="00ED6F46"/>
    <w:rsid w:val="00EE301E"/>
    <w:rsid w:val="00EE7D4B"/>
    <w:rsid w:val="00EF52B0"/>
    <w:rsid w:val="00EF7489"/>
    <w:rsid w:val="00F0143A"/>
    <w:rsid w:val="00F017BD"/>
    <w:rsid w:val="00F01868"/>
    <w:rsid w:val="00F135B8"/>
    <w:rsid w:val="00F14617"/>
    <w:rsid w:val="00F4551E"/>
    <w:rsid w:val="00F46D9F"/>
    <w:rsid w:val="00F50506"/>
    <w:rsid w:val="00F652C3"/>
    <w:rsid w:val="00F65B6F"/>
    <w:rsid w:val="00F723D7"/>
    <w:rsid w:val="00F75ADF"/>
    <w:rsid w:val="00F8165E"/>
    <w:rsid w:val="00FA1646"/>
    <w:rsid w:val="00FA29B7"/>
    <w:rsid w:val="00FA2BC8"/>
    <w:rsid w:val="00FA7343"/>
    <w:rsid w:val="00FB059D"/>
    <w:rsid w:val="00FB443A"/>
    <w:rsid w:val="00FB70A0"/>
    <w:rsid w:val="00FB7990"/>
    <w:rsid w:val="00FC1A37"/>
    <w:rsid w:val="00FC3AAE"/>
    <w:rsid w:val="00FC3EBB"/>
    <w:rsid w:val="00FC7F5C"/>
    <w:rsid w:val="00FD1E21"/>
    <w:rsid w:val="00FD7301"/>
    <w:rsid w:val="00FE659E"/>
    <w:rsid w:val="00FF0963"/>
    <w:rsid w:val="00FF0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818B08"/>
  <w15:docId w15:val="{34628624-FB02-4E61-87B1-B929A02CA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A146A6"/>
    <w:rPr>
      <w:rFonts w:ascii="Calibri" w:eastAsia="Calibri" w:hAnsi="Calibri" w:cs="Times New Roman"/>
    </w:rPr>
  </w:style>
  <w:style w:type="paragraph" w:styleId="1">
    <w:name w:val="heading 1"/>
    <w:basedOn w:val="a1"/>
    <w:next w:val="a1"/>
    <w:link w:val="10"/>
    <w:uiPriority w:val="9"/>
    <w:qFormat/>
    <w:rsid w:val="00A146A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semiHidden/>
    <w:unhideWhenUsed/>
    <w:qFormat/>
    <w:rsid w:val="00013638"/>
    <w:pPr>
      <w:keepNext/>
      <w:keepLines/>
      <w:spacing w:before="40" w:after="0"/>
      <w:outlineLvl w:val="1"/>
    </w:pPr>
    <w:rPr>
      <w:rFonts w:eastAsia="MS Gothic"/>
      <w:b/>
      <w:bCs/>
      <w:color w:val="4F81BD"/>
      <w:sz w:val="26"/>
      <w:szCs w:val="26"/>
    </w:rPr>
  </w:style>
  <w:style w:type="paragraph" w:styleId="31">
    <w:name w:val="heading 3"/>
    <w:basedOn w:val="a1"/>
    <w:next w:val="a1"/>
    <w:link w:val="32"/>
    <w:uiPriority w:val="9"/>
    <w:semiHidden/>
    <w:unhideWhenUsed/>
    <w:qFormat/>
    <w:rsid w:val="00013638"/>
    <w:pPr>
      <w:keepNext/>
      <w:keepLines/>
      <w:spacing w:before="40" w:after="0"/>
      <w:outlineLvl w:val="2"/>
    </w:pPr>
    <w:rPr>
      <w:rFonts w:eastAsia="MS Gothic"/>
      <w:b/>
      <w:bCs/>
      <w:color w:val="4F81BD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013638"/>
    <w:pPr>
      <w:keepNext/>
      <w:keepLines/>
      <w:spacing w:before="40" w:after="0"/>
      <w:outlineLvl w:val="3"/>
    </w:pPr>
    <w:rPr>
      <w:rFonts w:eastAsia="MS Gothic"/>
      <w:b/>
      <w:bCs/>
      <w:i/>
      <w:iCs/>
      <w:color w:val="4F81BD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013638"/>
    <w:pPr>
      <w:keepNext/>
      <w:keepLines/>
      <w:spacing w:before="40" w:after="0"/>
      <w:outlineLvl w:val="4"/>
    </w:pPr>
    <w:rPr>
      <w:rFonts w:eastAsia="MS Gothic"/>
      <w:color w:val="243F6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013638"/>
    <w:pPr>
      <w:keepNext/>
      <w:keepLines/>
      <w:spacing w:before="40" w:after="0"/>
      <w:outlineLvl w:val="5"/>
    </w:pPr>
    <w:rPr>
      <w:rFonts w:eastAsia="MS Gothic"/>
      <w:i/>
      <w:iCs/>
      <w:color w:val="243F6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013638"/>
    <w:pPr>
      <w:keepNext/>
      <w:keepLines/>
      <w:spacing w:before="40" w:after="0"/>
      <w:outlineLvl w:val="6"/>
    </w:pPr>
    <w:rPr>
      <w:rFonts w:eastAsia="MS Gothic"/>
      <w:i/>
      <w:iCs/>
      <w:color w:val="404040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013638"/>
    <w:pPr>
      <w:keepNext/>
      <w:keepLines/>
      <w:spacing w:before="40" w:after="0"/>
      <w:outlineLvl w:val="7"/>
    </w:pPr>
    <w:rPr>
      <w:rFonts w:eastAsia="MS Gothic"/>
      <w:color w:val="4F81BD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013638"/>
    <w:pPr>
      <w:keepNext/>
      <w:keepLines/>
      <w:spacing w:before="40" w:after="0"/>
      <w:outlineLvl w:val="8"/>
    </w:pPr>
    <w:rPr>
      <w:rFonts w:eastAsia="MS Gothic"/>
      <w:i/>
      <w:iCs/>
      <w:color w:val="404040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A146A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5">
    <w:name w:val="Hyperlink"/>
    <w:uiPriority w:val="99"/>
    <w:semiHidden/>
    <w:unhideWhenUsed/>
    <w:rsid w:val="00A146A6"/>
    <w:rPr>
      <w:color w:val="0000FF"/>
      <w:u w:val="single"/>
    </w:rPr>
  </w:style>
  <w:style w:type="character" w:styleId="a6">
    <w:name w:val="FollowedHyperlink"/>
    <w:basedOn w:val="a2"/>
    <w:uiPriority w:val="99"/>
    <w:semiHidden/>
    <w:unhideWhenUsed/>
    <w:rsid w:val="00A146A6"/>
    <w:rPr>
      <w:color w:val="800080" w:themeColor="followedHyperlink"/>
      <w:u w:val="single"/>
    </w:rPr>
  </w:style>
  <w:style w:type="paragraph" w:styleId="11">
    <w:name w:val="toc 1"/>
    <w:basedOn w:val="a1"/>
    <w:next w:val="a1"/>
    <w:autoRedefine/>
    <w:uiPriority w:val="39"/>
    <w:semiHidden/>
    <w:unhideWhenUsed/>
    <w:rsid w:val="00A146A6"/>
    <w:pPr>
      <w:spacing w:after="100"/>
    </w:pPr>
  </w:style>
  <w:style w:type="paragraph" w:styleId="a7">
    <w:name w:val="annotation text"/>
    <w:basedOn w:val="a1"/>
    <w:link w:val="a8"/>
    <w:uiPriority w:val="99"/>
    <w:semiHidden/>
    <w:unhideWhenUsed/>
    <w:rsid w:val="00A146A6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2"/>
    <w:link w:val="a7"/>
    <w:uiPriority w:val="99"/>
    <w:semiHidden/>
    <w:rsid w:val="00A146A6"/>
    <w:rPr>
      <w:rFonts w:ascii="Calibri" w:eastAsia="Calibri" w:hAnsi="Calibri" w:cs="Times New Roman"/>
      <w:sz w:val="20"/>
      <w:szCs w:val="20"/>
    </w:rPr>
  </w:style>
  <w:style w:type="paragraph" w:styleId="a9">
    <w:name w:val="header"/>
    <w:basedOn w:val="a1"/>
    <w:link w:val="aa"/>
    <w:uiPriority w:val="99"/>
    <w:unhideWhenUsed/>
    <w:rsid w:val="00A146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2"/>
    <w:link w:val="a9"/>
    <w:uiPriority w:val="99"/>
    <w:rsid w:val="00A146A6"/>
    <w:rPr>
      <w:rFonts w:ascii="Calibri" w:eastAsia="Calibri" w:hAnsi="Calibri" w:cs="Times New Roman"/>
    </w:rPr>
  </w:style>
  <w:style w:type="paragraph" w:styleId="ab">
    <w:name w:val="footer"/>
    <w:basedOn w:val="a1"/>
    <w:link w:val="ac"/>
    <w:uiPriority w:val="99"/>
    <w:unhideWhenUsed/>
    <w:rsid w:val="00A146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2"/>
    <w:link w:val="ab"/>
    <w:uiPriority w:val="99"/>
    <w:rsid w:val="00A146A6"/>
    <w:rPr>
      <w:rFonts w:ascii="Calibri" w:eastAsia="Calibri" w:hAnsi="Calibri" w:cs="Times New Roman"/>
    </w:rPr>
  </w:style>
  <w:style w:type="paragraph" w:styleId="23">
    <w:name w:val="Body Text 2"/>
    <w:basedOn w:val="a1"/>
    <w:link w:val="24"/>
    <w:uiPriority w:val="99"/>
    <w:unhideWhenUsed/>
    <w:rsid w:val="00A146A6"/>
    <w:pPr>
      <w:tabs>
        <w:tab w:val="left" w:pos="0"/>
        <w:tab w:val="decimal" w:pos="360"/>
        <w:tab w:val="left" w:pos="72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pacing w:after="0" w:line="240" w:lineRule="auto"/>
      <w:ind w:right="-7"/>
      <w:jc w:val="both"/>
    </w:pPr>
    <w:rPr>
      <w:rFonts w:ascii="Tahoma" w:eastAsia="Times New Roman" w:hAnsi="Tahoma" w:cs="Tahoma"/>
      <w:sz w:val="24"/>
      <w:szCs w:val="24"/>
    </w:rPr>
  </w:style>
  <w:style w:type="character" w:customStyle="1" w:styleId="24">
    <w:name w:val="Основной текст 2 Знак"/>
    <w:basedOn w:val="a2"/>
    <w:link w:val="23"/>
    <w:uiPriority w:val="99"/>
    <w:rsid w:val="00A146A6"/>
    <w:rPr>
      <w:rFonts w:ascii="Tahoma" w:eastAsia="Times New Roman" w:hAnsi="Tahoma" w:cs="Tahoma"/>
      <w:sz w:val="24"/>
      <w:szCs w:val="24"/>
    </w:rPr>
  </w:style>
  <w:style w:type="paragraph" w:styleId="ad">
    <w:name w:val="annotation subject"/>
    <w:basedOn w:val="a7"/>
    <w:next w:val="a7"/>
    <w:link w:val="ae"/>
    <w:uiPriority w:val="99"/>
    <w:semiHidden/>
    <w:unhideWhenUsed/>
    <w:rsid w:val="00A146A6"/>
    <w:rPr>
      <w:b/>
      <w:bCs/>
    </w:rPr>
  </w:style>
  <w:style w:type="character" w:customStyle="1" w:styleId="ae">
    <w:name w:val="Тема примечания Знак"/>
    <w:basedOn w:val="a8"/>
    <w:link w:val="ad"/>
    <w:uiPriority w:val="99"/>
    <w:semiHidden/>
    <w:rsid w:val="00A146A6"/>
    <w:rPr>
      <w:rFonts w:ascii="Calibri" w:eastAsia="Calibri" w:hAnsi="Calibri" w:cs="Times New Roman"/>
      <w:b/>
      <w:bCs/>
      <w:sz w:val="20"/>
      <w:szCs w:val="20"/>
    </w:rPr>
  </w:style>
  <w:style w:type="paragraph" w:styleId="af">
    <w:name w:val="Balloon Text"/>
    <w:basedOn w:val="a1"/>
    <w:link w:val="af0"/>
    <w:uiPriority w:val="99"/>
    <w:semiHidden/>
    <w:unhideWhenUsed/>
    <w:rsid w:val="00A146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2"/>
    <w:link w:val="af"/>
    <w:uiPriority w:val="99"/>
    <w:semiHidden/>
    <w:rsid w:val="00A146A6"/>
    <w:rPr>
      <w:rFonts w:ascii="Tahoma" w:eastAsia="Calibri" w:hAnsi="Tahoma" w:cs="Tahoma"/>
      <w:sz w:val="16"/>
      <w:szCs w:val="16"/>
    </w:rPr>
  </w:style>
  <w:style w:type="paragraph" w:styleId="af1">
    <w:name w:val="No Spacing"/>
    <w:uiPriority w:val="1"/>
    <w:qFormat/>
    <w:rsid w:val="00A146A6"/>
    <w:pPr>
      <w:spacing w:after="0" w:line="240" w:lineRule="auto"/>
    </w:pPr>
    <w:rPr>
      <w:rFonts w:ascii="Calibri" w:eastAsia="Calibri" w:hAnsi="Calibri" w:cs="Times New Roman"/>
    </w:rPr>
  </w:style>
  <w:style w:type="paragraph" w:styleId="af2">
    <w:name w:val="Revision"/>
    <w:uiPriority w:val="99"/>
    <w:semiHidden/>
    <w:rsid w:val="00A146A6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List Paragraph"/>
    <w:basedOn w:val="a1"/>
    <w:link w:val="af4"/>
    <w:uiPriority w:val="34"/>
    <w:qFormat/>
    <w:rsid w:val="00A146A6"/>
    <w:pPr>
      <w:ind w:left="720"/>
      <w:contextualSpacing/>
    </w:pPr>
  </w:style>
  <w:style w:type="paragraph" w:styleId="af5">
    <w:name w:val="TOC Heading"/>
    <w:basedOn w:val="1"/>
    <w:next w:val="a1"/>
    <w:uiPriority w:val="39"/>
    <w:semiHidden/>
    <w:unhideWhenUsed/>
    <w:qFormat/>
    <w:rsid w:val="00A146A6"/>
    <w:pPr>
      <w:outlineLvl w:val="9"/>
    </w:pPr>
    <w:rPr>
      <w:lang w:eastAsia="ru-RU"/>
    </w:rPr>
  </w:style>
  <w:style w:type="character" w:styleId="af6">
    <w:name w:val="annotation reference"/>
    <w:basedOn w:val="a2"/>
    <w:uiPriority w:val="99"/>
    <w:semiHidden/>
    <w:unhideWhenUsed/>
    <w:rsid w:val="00A146A6"/>
    <w:rPr>
      <w:sz w:val="16"/>
      <w:szCs w:val="16"/>
    </w:rPr>
  </w:style>
  <w:style w:type="character" w:customStyle="1" w:styleId="note">
    <w:name w:val="note"/>
    <w:basedOn w:val="a2"/>
    <w:rsid w:val="00A146A6"/>
  </w:style>
  <w:style w:type="table" w:styleId="af7">
    <w:name w:val="Table Grid"/>
    <w:basedOn w:val="a3"/>
    <w:uiPriority w:val="59"/>
    <w:rsid w:val="00A146A6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3"/>
    <w:uiPriority w:val="39"/>
    <w:rsid w:val="00A146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4">
    <w:name w:val="Абзац списка Знак"/>
    <w:link w:val="af3"/>
    <w:uiPriority w:val="34"/>
    <w:locked/>
    <w:rsid w:val="0088439C"/>
    <w:rPr>
      <w:rFonts w:ascii="Calibri" w:eastAsia="Calibri" w:hAnsi="Calibri" w:cs="Times New Roman"/>
    </w:rPr>
  </w:style>
  <w:style w:type="paragraph" w:customStyle="1" w:styleId="isselectedend">
    <w:name w:val="isselectedend"/>
    <w:basedOn w:val="a1"/>
    <w:rsid w:val="00073C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KZ" w:eastAsia="ru-KZ"/>
    </w:rPr>
  </w:style>
  <w:style w:type="character" w:styleId="af8">
    <w:name w:val="Strong"/>
    <w:basedOn w:val="a2"/>
    <w:uiPriority w:val="22"/>
    <w:qFormat/>
    <w:rsid w:val="00073C07"/>
    <w:rPr>
      <w:b/>
      <w:bCs/>
    </w:rPr>
  </w:style>
  <w:style w:type="paragraph" w:customStyle="1" w:styleId="210">
    <w:name w:val="Заголовок 21"/>
    <w:basedOn w:val="a1"/>
    <w:next w:val="a1"/>
    <w:uiPriority w:val="9"/>
    <w:unhideWhenUsed/>
    <w:qFormat/>
    <w:rsid w:val="00013638"/>
    <w:pPr>
      <w:keepNext/>
      <w:keepLines/>
      <w:spacing w:before="200" w:after="0"/>
      <w:outlineLvl w:val="1"/>
    </w:pPr>
    <w:rPr>
      <w:rFonts w:eastAsia="MS Gothic"/>
      <w:b/>
      <w:bCs/>
      <w:color w:val="4F81BD"/>
      <w:sz w:val="26"/>
      <w:szCs w:val="26"/>
      <w:lang w:val="en-US"/>
    </w:rPr>
  </w:style>
  <w:style w:type="paragraph" w:customStyle="1" w:styleId="310">
    <w:name w:val="Заголовок 31"/>
    <w:basedOn w:val="a1"/>
    <w:next w:val="a1"/>
    <w:uiPriority w:val="9"/>
    <w:unhideWhenUsed/>
    <w:qFormat/>
    <w:rsid w:val="00013638"/>
    <w:pPr>
      <w:keepNext/>
      <w:keepLines/>
      <w:spacing w:before="200" w:after="0"/>
      <w:outlineLvl w:val="2"/>
    </w:pPr>
    <w:rPr>
      <w:rFonts w:eastAsia="MS Gothic"/>
      <w:b/>
      <w:bCs/>
      <w:color w:val="4F81BD"/>
      <w:sz w:val="17"/>
      <w:lang w:val="en-US"/>
    </w:rPr>
  </w:style>
  <w:style w:type="paragraph" w:customStyle="1" w:styleId="41">
    <w:name w:val="Заголовок 41"/>
    <w:basedOn w:val="a1"/>
    <w:next w:val="a1"/>
    <w:uiPriority w:val="9"/>
    <w:semiHidden/>
    <w:unhideWhenUsed/>
    <w:qFormat/>
    <w:rsid w:val="00013638"/>
    <w:pPr>
      <w:keepNext/>
      <w:keepLines/>
      <w:spacing w:before="200" w:after="0"/>
      <w:outlineLvl w:val="3"/>
    </w:pPr>
    <w:rPr>
      <w:rFonts w:eastAsia="MS Gothic"/>
      <w:b/>
      <w:bCs/>
      <w:i/>
      <w:iCs/>
      <w:color w:val="4F81BD"/>
      <w:sz w:val="17"/>
      <w:lang w:val="en-US"/>
    </w:rPr>
  </w:style>
  <w:style w:type="paragraph" w:customStyle="1" w:styleId="51">
    <w:name w:val="Заголовок 51"/>
    <w:basedOn w:val="a1"/>
    <w:next w:val="a1"/>
    <w:uiPriority w:val="9"/>
    <w:semiHidden/>
    <w:unhideWhenUsed/>
    <w:qFormat/>
    <w:rsid w:val="00013638"/>
    <w:pPr>
      <w:keepNext/>
      <w:keepLines/>
      <w:spacing w:before="200" w:after="0"/>
      <w:outlineLvl w:val="4"/>
    </w:pPr>
    <w:rPr>
      <w:rFonts w:eastAsia="MS Gothic"/>
      <w:color w:val="243F60"/>
      <w:sz w:val="17"/>
      <w:lang w:val="en-US"/>
    </w:rPr>
  </w:style>
  <w:style w:type="paragraph" w:customStyle="1" w:styleId="61">
    <w:name w:val="Заголовок 61"/>
    <w:basedOn w:val="a1"/>
    <w:next w:val="a1"/>
    <w:uiPriority w:val="9"/>
    <w:semiHidden/>
    <w:unhideWhenUsed/>
    <w:qFormat/>
    <w:rsid w:val="00013638"/>
    <w:pPr>
      <w:keepNext/>
      <w:keepLines/>
      <w:spacing w:before="200" w:after="0"/>
      <w:outlineLvl w:val="5"/>
    </w:pPr>
    <w:rPr>
      <w:rFonts w:eastAsia="MS Gothic"/>
      <w:i/>
      <w:iCs/>
      <w:color w:val="243F60"/>
      <w:sz w:val="17"/>
      <w:lang w:val="en-US"/>
    </w:rPr>
  </w:style>
  <w:style w:type="paragraph" w:customStyle="1" w:styleId="71">
    <w:name w:val="Заголовок 71"/>
    <w:basedOn w:val="a1"/>
    <w:next w:val="a1"/>
    <w:uiPriority w:val="9"/>
    <w:semiHidden/>
    <w:unhideWhenUsed/>
    <w:qFormat/>
    <w:rsid w:val="00013638"/>
    <w:pPr>
      <w:keepNext/>
      <w:keepLines/>
      <w:spacing w:before="200" w:after="0"/>
      <w:outlineLvl w:val="6"/>
    </w:pPr>
    <w:rPr>
      <w:rFonts w:eastAsia="MS Gothic"/>
      <w:i/>
      <w:iCs/>
      <w:color w:val="404040"/>
      <w:sz w:val="17"/>
      <w:lang w:val="en-US"/>
    </w:rPr>
  </w:style>
  <w:style w:type="paragraph" w:customStyle="1" w:styleId="81">
    <w:name w:val="Заголовок 81"/>
    <w:basedOn w:val="a1"/>
    <w:next w:val="a1"/>
    <w:uiPriority w:val="9"/>
    <w:semiHidden/>
    <w:unhideWhenUsed/>
    <w:qFormat/>
    <w:rsid w:val="00013638"/>
    <w:pPr>
      <w:keepNext/>
      <w:keepLines/>
      <w:spacing w:before="200" w:after="0"/>
      <w:outlineLvl w:val="7"/>
    </w:pPr>
    <w:rPr>
      <w:rFonts w:eastAsia="MS Gothic"/>
      <w:color w:val="4F81BD"/>
      <w:sz w:val="20"/>
      <w:szCs w:val="20"/>
      <w:lang w:val="en-US"/>
    </w:rPr>
  </w:style>
  <w:style w:type="paragraph" w:customStyle="1" w:styleId="91">
    <w:name w:val="Заголовок 91"/>
    <w:basedOn w:val="a1"/>
    <w:next w:val="a1"/>
    <w:uiPriority w:val="9"/>
    <w:semiHidden/>
    <w:unhideWhenUsed/>
    <w:qFormat/>
    <w:rsid w:val="00013638"/>
    <w:pPr>
      <w:keepNext/>
      <w:keepLines/>
      <w:spacing w:before="200" w:after="0"/>
      <w:outlineLvl w:val="8"/>
    </w:pPr>
    <w:rPr>
      <w:rFonts w:eastAsia="MS Gothic"/>
      <w:i/>
      <w:iCs/>
      <w:color w:val="404040"/>
      <w:sz w:val="20"/>
      <w:szCs w:val="20"/>
      <w:lang w:val="en-US"/>
    </w:rPr>
  </w:style>
  <w:style w:type="numbering" w:customStyle="1" w:styleId="13">
    <w:name w:val="Нет списка1"/>
    <w:next w:val="a4"/>
    <w:uiPriority w:val="99"/>
    <w:semiHidden/>
    <w:unhideWhenUsed/>
    <w:rsid w:val="00013638"/>
  </w:style>
  <w:style w:type="character" w:customStyle="1" w:styleId="22">
    <w:name w:val="Заголовок 2 Знак"/>
    <w:basedOn w:val="a2"/>
    <w:link w:val="21"/>
    <w:uiPriority w:val="9"/>
    <w:rsid w:val="00013638"/>
    <w:rPr>
      <w:rFonts w:ascii="Calibri" w:eastAsia="MS Gothic" w:hAnsi="Calibri" w:cs="Times New Roman"/>
      <w:b/>
      <w:bCs/>
      <w:color w:val="4F81BD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013638"/>
    <w:rPr>
      <w:rFonts w:ascii="Calibri" w:eastAsia="MS Gothic" w:hAnsi="Calibri" w:cs="Times New Roman"/>
      <w:b/>
      <w:bCs/>
      <w:color w:val="4F81BD"/>
    </w:rPr>
  </w:style>
  <w:style w:type="paragraph" w:customStyle="1" w:styleId="14">
    <w:name w:val="Заголовок1"/>
    <w:basedOn w:val="a1"/>
    <w:next w:val="a1"/>
    <w:uiPriority w:val="10"/>
    <w:qFormat/>
    <w:rsid w:val="00013638"/>
    <w:pPr>
      <w:pBdr>
        <w:bottom w:val="single" w:sz="8" w:space="4" w:color="4F81BD"/>
      </w:pBdr>
      <w:spacing w:after="300" w:line="240" w:lineRule="auto"/>
      <w:contextualSpacing/>
    </w:pPr>
    <w:rPr>
      <w:rFonts w:eastAsia="MS Gothic"/>
      <w:color w:val="17365D"/>
      <w:spacing w:val="5"/>
      <w:kern w:val="28"/>
      <w:sz w:val="52"/>
      <w:szCs w:val="52"/>
      <w:lang w:val="en-US"/>
    </w:rPr>
  </w:style>
  <w:style w:type="character" w:customStyle="1" w:styleId="af9">
    <w:name w:val="Заголовок Знак"/>
    <w:basedOn w:val="a2"/>
    <w:link w:val="afa"/>
    <w:uiPriority w:val="10"/>
    <w:rsid w:val="00013638"/>
    <w:rPr>
      <w:rFonts w:ascii="Calibri" w:eastAsia="MS Gothic" w:hAnsi="Calibri" w:cs="Times New Roman"/>
      <w:color w:val="17365D"/>
      <w:spacing w:val="5"/>
      <w:kern w:val="28"/>
      <w:sz w:val="52"/>
      <w:szCs w:val="52"/>
    </w:rPr>
  </w:style>
  <w:style w:type="paragraph" w:customStyle="1" w:styleId="15">
    <w:name w:val="Подзаголовок1"/>
    <w:basedOn w:val="a1"/>
    <w:next w:val="a1"/>
    <w:uiPriority w:val="11"/>
    <w:qFormat/>
    <w:rsid w:val="00013638"/>
    <w:pPr>
      <w:numPr>
        <w:ilvl w:val="1"/>
      </w:numPr>
    </w:pPr>
    <w:rPr>
      <w:rFonts w:eastAsia="MS Gothic"/>
      <w:i/>
      <w:iCs/>
      <w:color w:val="4F81BD"/>
      <w:spacing w:val="15"/>
      <w:sz w:val="24"/>
      <w:szCs w:val="24"/>
      <w:lang w:val="en-US"/>
    </w:rPr>
  </w:style>
  <w:style w:type="character" w:customStyle="1" w:styleId="afb">
    <w:name w:val="Подзаголовок Знак"/>
    <w:basedOn w:val="a2"/>
    <w:link w:val="afc"/>
    <w:uiPriority w:val="11"/>
    <w:rsid w:val="00013638"/>
    <w:rPr>
      <w:rFonts w:ascii="Calibri" w:eastAsia="MS Gothic" w:hAnsi="Calibri" w:cs="Times New Roman"/>
      <w:i/>
      <w:iCs/>
      <w:color w:val="4F81BD"/>
      <w:spacing w:val="15"/>
      <w:sz w:val="24"/>
      <w:szCs w:val="24"/>
    </w:rPr>
  </w:style>
  <w:style w:type="paragraph" w:styleId="afd">
    <w:name w:val="Body Text"/>
    <w:basedOn w:val="a1"/>
    <w:link w:val="afe"/>
    <w:uiPriority w:val="99"/>
    <w:unhideWhenUsed/>
    <w:rsid w:val="00013638"/>
    <w:pPr>
      <w:spacing w:after="120"/>
    </w:pPr>
    <w:rPr>
      <w:rFonts w:ascii="Times New Roman" w:eastAsia="Times New Roman" w:hAnsi="Times New Roman"/>
      <w:sz w:val="17"/>
      <w:lang w:val="en-US"/>
    </w:rPr>
  </w:style>
  <w:style w:type="character" w:customStyle="1" w:styleId="afe">
    <w:name w:val="Основной текст Знак"/>
    <w:basedOn w:val="a2"/>
    <w:link w:val="afd"/>
    <w:uiPriority w:val="99"/>
    <w:rsid w:val="00013638"/>
    <w:rPr>
      <w:rFonts w:ascii="Times New Roman" w:eastAsia="Times New Roman" w:hAnsi="Times New Roman" w:cs="Times New Roman"/>
      <w:sz w:val="17"/>
      <w:lang w:val="en-US"/>
    </w:rPr>
  </w:style>
  <w:style w:type="paragraph" w:styleId="33">
    <w:name w:val="Body Text 3"/>
    <w:basedOn w:val="a1"/>
    <w:link w:val="34"/>
    <w:uiPriority w:val="99"/>
    <w:unhideWhenUsed/>
    <w:rsid w:val="00013638"/>
    <w:pPr>
      <w:spacing w:after="120"/>
    </w:pPr>
    <w:rPr>
      <w:rFonts w:ascii="Times New Roman" w:eastAsia="Times New Roman" w:hAnsi="Times New Roman"/>
      <w:sz w:val="16"/>
      <w:szCs w:val="16"/>
      <w:lang w:val="en-US"/>
    </w:rPr>
  </w:style>
  <w:style w:type="character" w:customStyle="1" w:styleId="34">
    <w:name w:val="Основной текст 3 Знак"/>
    <w:basedOn w:val="a2"/>
    <w:link w:val="33"/>
    <w:uiPriority w:val="99"/>
    <w:rsid w:val="00013638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aff">
    <w:name w:val="List"/>
    <w:basedOn w:val="a1"/>
    <w:uiPriority w:val="99"/>
    <w:unhideWhenUsed/>
    <w:rsid w:val="00013638"/>
    <w:pPr>
      <w:ind w:left="360" w:hanging="360"/>
      <w:contextualSpacing/>
    </w:pPr>
    <w:rPr>
      <w:rFonts w:ascii="Times New Roman" w:eastAsia="Times New Roman" w:hAnsi="Times New Roman"/>
      <w:sz w:val="17"/>
      <w:lang w:val="en-US"/>
    </w:rPr>
  </w:style>
  <w:style w:type="paragraph" w:styleId="25">
    <w:name w:val="List 2"/>
    <w:basedOn w:val="a1"/>
    <w:uiPriority w:val="99"/>
    <w:unhideWhenUsed/>
    <w:rsid w:val="00013638"/>
    <w:pPr>
      <w:ind w:left="720" w:hanging="360"/>
      <w:contextualSpacing/>
    </w:pPr>
    <w:rPr>
      <w:rFonts w:ascii="Times New Roman" w:eastAsia="Times New Roman" w:hAnsi="Times New Roman"/>
      <w:sz w:val="17"/>
      <w:lang w:val="en-US"/>
    </w:rPr>
  </w:style>
  <w:style w:type="paragraph" w:styleId="35">
    <w:name w:val="List 3"/>
    <w:basedOn w:val="a1"/>
    <w:uiPriority w:val="99"/>
    <w:unhideWhenUsed/>
    <w:rsid w:val="00013638"/>
    <w:pPr>
      <w:ind w:left="1080" w:hanging="360"/>
      <w:contextualSpacing/>
    </w:pPr>
    <w:rPr>
      <w:rFonts w:ascii="Times New Roman" w:eastAsia="Times New Roman" w:hAnsi="Times New Roman"/>
      <w:sz w:val="17"/>
      <w:lang w:val="en-US"/>
    </w:rPr>
  </w:style>
  <w:style w:type="paragraph" w:styleId="a0">
    <w:name w:val="List Bullet"/>
    <w:basedOn w:val="a1"/>
    <w:uiPriority w:val="99"/>
    <w:unhideWhenUsed/>
    <w:rsid w:val="00013638"/>
    <w:pPr>
      <w:numPr>
        <w:numId w:val="4"/>
      </w:numPr>
      <w:tabs>
        <w:tab w:val="clear" w:pos="360"/>
      </w:tabs>
      <w:ind w:left="0" w:firstLine="0"/>
      <w:contextualSpacing/>
    </w:pPr>
    <w:rPr>
      <w:rFonts w:ascii="Times New Roman" w:eastAsia="Times New Roman" w:hAnsi="Times New Roman"/>
      <w:sz w:val="17"/>
      <w:lang w:val="en-US"/>
    </w:rPr>
  </w:style>
  <w:style w:type="paragraph" w:styleId="20">
    <w:name w:val="List Bullet 2"/>
    <w:basedOn w:val="a1"/>
    <w:uiPriority w:val="99"/>
    <w:unhideWhenUsed/>
    <w:rsid w:val="00013638"/>
    <w:pPr>
      <w:numPr>
        <w:numId w:val="5"/>
      </w:numPr>
      <w:tabs>
        <w:tab w:val="clear" w:pos="720"/>
      </w:tabs>
      <w:ind w:left="0" w:firstLine="0"/>
      <w:contextualSpacing/>
    </w:pPr>
    <w:rPr>
      <w:rFonts w:ascii="Times New Roman" w:eastAsia="Times New Roman" w:hAnsi="Times New Roman"/>
      <w:sz w:val="17"/>
      <w:lang w:val="en-US"/>
    </w:rPr>
  </w:style>
  <w:style w:type="paragraph" w:styleId="30">
    <w:name w:val="List Bullet 3"/>
    <w:basedOn w:val="a1"/>
    <w:uiPriority w:val="99"/>
    <w:unhideWhenUsed/>
    <w:rsid w:val="00013638"/>
    <w:pPr>
      <w:numPr>
        <w:numId w:val="6"/>
      </w:numPr>
      <w:tabs>
        <w:tab w:val="clear" w:pos="1080"/>
      </w:tabs>
      <w:ind w:left="0" w:firstLine="0"/>
      <w:contextualSpacing/>
    </w:pPr>
    <w:rPr>
      <w:rFonts w:ascii="Times New Roman" w:eastAsia="Times New Roman" w:hAnsi="Times New Roman"/>
      <w:sz w:val="17"/>
      <w:lang w:val="en-US"/>
    </w:rPr>
  </w:style>
  <w:style w:type="paragraph" w:styleId="a">
    <w:name w:val="List Number"/>
    <w:basedOn w:val="a1"/>
    <w:uiPriority w:val="99"/>
    <w:unhideWhenUsed/>
    <w:rsid w:val="00013638"/>
    <w:pPr>
      <w:numPr>
        <w:numId w:val="7"/>
      </w:numPr>
      <w:tabs>
        <w:tab w:val="clear" w:pos="360"/>
      </w:tabs>
      <w:ind w:left="0" w:firstLine="0"/>
      <w:contextualSpacing/>
    </w:pPr>
    <w:rPr>
      <w:rFonts w:ascii="Times New Roman" w:eastAsia="Times New Roman" w:hAnsi="Times New Roman"/>
      <w:sz w:val="17"/>
      <w:lang w:val="en-US"/>
    </w:rPr>
  </w:style>
  <w:style w:type="paragraph" w:styleId="2">
    <w:name w:val="List Number 2"/>
    <w:basedOn w:val="a1"/>
    <w:uiPriority w:val="99"/>
    <w:unhideWhenUsed/>
    <w:rsid w:val="00013638"/>
    <w:pPr>
      <w:numPr>
        <w:numId w:val="8"/>
      </w:numPr>
      <w:tabs>
        <w:tab w:val="clear" w:pos="720"/>
      </w:tabs>
      <w:ind w:left="0" w:firstLine="0"/>
      <w:contextualSpacing/>
    </w:pPr>
    <w:rPr>
      <w:rFonts w:ascii="Times New Roman" w:eastAsia="Times New Roman" w:hAnsi="Times New Roman"/>
      <w:sz w:val="17"/>
      <w:lang w:val="en-US"/>
    </w:rPr>
  </w:style>
  <w:style w:type="paragraph" w:styleId="3">
    <w:name w:val="List Number 3"/>
    <w:basedOn w:val="a1"/>
    <w:uiPriority w:val="99"/>
    <w:unhideWhenUsed/>
    <w:rsid w:val="00013638"/>
    <w:pPr>
      <w:numPr>
        <w:numId w:val="9"/>
      </w:numPr>
      <w:tabs>
        <w:tab w:val="clear" w:pos="1080"/>
      </w:tabs>
      <w:ind w:left="0" w:firstLine="0"/>
      <w:contextualSpacing/>
    </w:pPr>
    <w:rPr>
      <w:rFonts w:ascii="Times New Roman" w:eastAsia="Times New Roman" w:hAnsi="Times New Roman"/>
      <w:sz w:val="17"/>
      <w:lang w:val="en-US"/>
    </w:rPr>
  </w:style>
  <w:style w:type="paragraph" w:styleId="aff0">
    <w:name w:val="List Continue"/>
    <w:basedOn w:val="a1"/>
    <w:uiPriority w:val="99"/>
    <w:unhideWhenUsed/>
    <w:rsid w:val="00013638"/>
    <w:pPr>
      <w:spacing w:after="120"/>
      <w:ind w:left="360"/>
      <w:contextualSpacing/>
    </w:pPr>
    <w:rPr>
      <w:rFonts w:ascii="Times New Roman" w:eastAsia="Times New Roman" w:hAnsi="Times New Roman"/>
      <w:sz w:val="17"/>
      <w:lang w:val="en-US"/>
    </w:rPr>
  </w:style>
  <w:style w:type="paragraph" w:styleId="26">
    <w:name w:val="List Continue 2"/>
    <w:basedOn w:val="a1"/>
    <w:uiPriority w:val="99"/>
    <w:unhideWhenUsed/>
    <w:rsid w:val="00013638"/>
    <w:pPr>
      <w:spacing w:after="120"/>
      <w:ind w:left="720"/>
      <w:contextualSpacing/>
    </w:pPr>
    <w:rPr>
      <w:rFonts w:ascii="Times New Roman" w:eastAsia="Times New Roman" w:hAnsi="Times New Roman"/>
      <w:sz w:val="17"/>
      <w:lang w:val="en-US"/>
    </w:rPr>
  </w:style>
  <w:style w:type="paragraph" w:styleId="36">
    <w:name w:val="List Continue 3"/>
    <w:basedOn w:val="a1"/>
    <w:uiPriority w:val="99"/>
    <w:unhideWhenUsed/>
    <w:rsid w:val="00013638"/>
    <w:pPr>
      <w:spacing w:after="120"/>
      <w:ind w:left="1080"/>
      <w:contextualSpacing/>
    </w:pPr>
    <w:rPr>
      <w:rFonts w:ascii="Times New Roman" w:eastAsia="Times New Roman" w:hAnsi="Times New Roman"/>
      <w:sz w:val="17"/>
      <w:lang w:val="en-US"/>
    </w:rPr>
  </w:style>
  <w:style w:type="paragraph" w:styleId="aff1">
    <w:name w:val="macro"/>
    <w:link w:val="aff2"/>
    <w:uiPriority w:val="99"/>
    <w:unhideWhenUsed/>
    <w:rsid w:val="00013638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eastAsia="MS Mincho" w:hAnsi="Courier"/>
      <w:sz w:val="20"/>
      <w:szCs w:val="20"/>
      <w:lang w:val="en-US"/>
    </w:rPr>
  </w:style>
  <w:style w:type="character" w:customStyle="1" w:styleId="aff2">
    <w:name w:val="Текст макроса Знак"/>
    <w:basedOn w:val="a2"/>
    <w:link w:val="aff1"/>
    <w:uiPriority w:val="99"/>
    <w:rsid w:val="00013638"/>
    <w:rPr>
      <w:rFonts w:ascii="Courier" w:eastAsia="MS Mincho" w:hAnsi="Courier"/>
      <w:sz w:val="20"/>
      <w:szCs w:val="20"/>
      <w:lang w:val="en-US"/>
    </w:rPr>
  </w:style>
  <w:style w:type="paragraph" w:customStyle="1" w:styleId="211">
    <w:name w:val="Цитата 21"/>
    <w:basedOn w:val="a1"/>
    <w:next w:val="a1"/>
    <w:uiPriority w:val="29"/>
    <w:qFormat/>
    <w:rsid w:val="00013638"/>
    <w:rPr>
      <w:rFonts w:ascii="Times New Roman" w:eastAsia="Times New Roman" w:hAnsi="Times New Roman"/>
      <w:i/>
      <w:iCs/>
      <w:color w:val="000000"/>
      <w:sz w:val="17"/>
      <w:lang w:val="en-US"/>
    </w:rPr>
  </w:style>
  <w:style w:type="character" w:customStyle="1" w:styleId="27">
    <w:name w:val="Цитата 2 Знак"/>
    <w:basedOn w:val="a2"/>
    <w:link w:val="28"/>
    <w:uiPriority w:val="29"/>
    <w:rsid w:val="00013638"/>
    <w:rPr>
      <w:i/>
      <w:iCs/>
      <w:color w:val="000000"/>
    </w:rPr>
  </w:style>
  <w:style w:type="character" w:customStyle="1" w:styleId="40">
    <w:name w:val="Заголовок 4 Знак"/>
    <w:basedOn w:val="a2"/>
    <w:link w:val="4"/>
    <w:uiPriority w:val="9"/>
    <w:semiHidden/>
    <w:rsid w:val="00013638"/>
    <w:rPr>
      <w:rFonts w:ascii="Calibri" w:eastAsia="MS Gothic" w:hAnsi="Calibri" w:cs="Times New Roman"/>
      <w:b/>
      <w:bCs/>
      <w:i/>
      <w:iCs/>
      <w:color w:val="4F81BD"/>
    </w:rPr>
  </w:style>
  <w:style w:type="character" w:customStyle="1" w:styleId="50">
    <w:name w:val="Заголовок 5 Знак"/>
    <w:basedOn w:val="a2"/>
    <w:link w:val="5"/>
    <w:uiPriority w:val="9"/>
    <w:semiHidden/>
    <w:rsid w:val="00013638"/>
    <w:rPr>
      <w:rFonts w:ascii="Calibri" w:eastAsia="MS Gothic" w:hAnsi="Calibri" w:cs="Times New Roman"/>
      <w:color w:val="243F60"/>
    </w:rPr>
  </w:style>
  <w:style w:type="character" w:customStyle="1" w:styleId="60">
    <w:name w:val="Заголовок 6 Знак"/>
    <w:basedOn w:val="a2"/>
    <w:link w:val="6"/>
    <w:uiPriority w:val="9"/>
    <w:semiHidden/>
    <w:rsid w:val="00013638"/>
    <w:rPr>
      <w:rFonts w:ascii="Calibri" w:eastAsia="MS Gothic" w:hAnsi="Calibri" w:cs="Times New Roman"/>
      <w:i/>
      <w:iCs/>
      <w:color w:val="243F60"/>
    </w:rPr>
  </w:style>
  <w:style w:type="character" w:customStyle="1" w:styleId="70">
    <w:name w:val="Заголовок 7 Знак"/>
    <w:basedOn w:val="a2"/>
    <w:link w:val="7"/>
    <w:uiPriority w:val="9"/>
    <w:semiHidden/>
    <w:rsid w:val="00013638"/>
    <w:rPr>
      <w:rFonts w:ascii="Calibri" w:eastAsia="MS Gothic" w:hAnsi="Calibri" w:cs="Times New Roman"/>
      <w:i/>
      <w:iCs/>
      <w:color w:val="404040"/>
    </w:rPr>
  </w:style>
  <w:style w:type="character" w:customStyle="1" w:styleId="80">
    <w:name w:val="Заголовок 8 Знак"/>
    <w:basedOn w:val="a2"/>
    <w:link w:val="8"/>
    <w:uiPriority w:val="9"/>
    <w:semiHidden/>
    <w:rsid w:val="00013638"/>
    <w:rPr>
      <w:rFonts w:ascii="Calibri" w:eastAsia="MS Gothic" w:hAnsi="Calibri" w:cs="Times New Roman"/>
      <w:color w:val="4F81BD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013638"/>
    <w:rPr>
      <w:rFonts w:ascii="Calibri" w:eastAsia="MS Gothic" w:hAnsi="Calibri" w:cs="Times New Roman"/>
      <w:i/>
      <w:iCs/>
      <w:color w:val="404040"/>
      <w:sz w:val="20"/>
      <w:szCs w:val="20"/>
    </w:rPr>
  </w:style>
  <w:style w:type="paragraph" w:customStyle="1" w:styleId="16">
    <w:name w:val="Название объекта1"/>
    <w:basedOn w:val="a1"/>
    <w:next w:val="a1"/>
    <w:uiPriority w:val="35"/>
    <w:semiHidden/>
    <w:unhideWhenUsed/>
    <w:qFormat/>
    <w:rsid w:val="00013638"/>
    <w:pPr>
      <w:spacing w:line="240" w:lineRule="auto"/>
    </w:pPr>
    <w:rPr>
      <w:rFonts w:ascii="Times New Roman" w:eastAsia="Times New Roman" w:hAnsi="Times New Roman"/>
      <w:b/>
      <w:bCs/>
      <w:color w:val="4F81BD"/>
      <w:sz w:val="18"/>
      <w:szCs w:val="18"/>
      <w:lang w:val="en-US"/>
    </w:rPr>
  </w:style>
  <w:style w:type="character" w:styleId="aff3">
    <w:name w:val="Emphasis"/>
    <w:basedOn w:val="a2"/>
    <w:uiPriority w:val="20"/>
    <w:qFormat/>
    <w:rsid w:val="00013638"/>
    <w:rPr>
      <w:i/>
      <w:iCs/>
    </w:rPr>
  </w:style>
  <w:style w:type="paragraph" w:customStyle="1" w:styleId="17">
    <w:name w:val="Выделенная цитата1"/>
    <w:basedOn w:val="a1"/>
    <w:next w:val="a1"/>
    <w:uiPriority w:val="30"/>
    <w:qFormat/>
    <w:rsid w:val="00013638"/>
    <w:pPr>
      <w:pBdr>
        <w:bottom w:val="single" w:sz="4" w:space="4" w:color="4F81BD"/>
      </w:pBdr>
      <w:spacing w:before="200" w:after="280"/>
      <w:ind w:left="936" w:right="936"/>
    </w:pPr>
    <w:rPr>
      <w:rFonts w:ascii="Times New Roman" w:eastAsia="Times New Roman" w:hAnsi="Times New Roman"/>
      <w:b/>
      <w:bCs/>
      <w:i/>
      <w:iCs/>
      <w:color w:val="4F81BD"/>
      <w:sz w:val="17"/>
      <w:lang w:val="en-US"/>
    </w:rPr>
  </w:style>
  <w:style w:type="character" w:customStyle="1" w:styleId="aff4">
    <w:name w:val="Выделенная цитата Знак"/>
    <w:basedOn w:val="a2"/>
    <w:link w:val="aff5"/>
    <w:uiPriority w:val="30"/>
    <w:rsid w:val="00013638"/>
    <w:rPr>
      <w:b/>
      <w:bCs/>
      <w:i/>
      <w:iCs/>
      <w:color w:val="4F81BD"/>
    </w:rPr>
  </w:style>
  <w:style w:type="character" w:customStyle="1" w:styleId="18">
    <w:name w:val="Слабое выделение1"/>
    <w:basedOn w:val="a2"/>
    <w:uiPriority w:val="19"/>
    <w:qFormat/>
    <w:rsid w:val="00013638"/>
    <w:rPr>
      <w:i/>
      <w:iCs/>
      <w:color w:val="808080"/>
    </w:rPr>
  </w:style>
  <w:style w:type="character" w:customStyle="1" w:styleId="19">
    <w:name w:val="Сильное выделение1"/>
    <w:basedOn w:val="a2"/>
    <w:uiPriority w:val="21"/>
    <w:qFormat/>
    <w:rsid w:val="00013638"/>
    <w:rPr>
      <w:b/>
      <w:bCs/>
      <w:i/>
      <w:iCs/>
      <w:color w:val="4F81BD"/>
    </w:rPr>
  </w:style>
  <w:style w:type="character" w:customStyle="1" w:styleId="1a">
    <w:name w:val="Слабая ссылка1"/>
    <w:basedOn w:val="a2"/>
    <w:uiPriority w:val="31"/>
    <w:qFormat/>
    <w:rsid w:val="00013638"/>
    <w:rPr>
      <w:smallCaps/>
      <w:color w:val="C0504D"/>
      <w:u w:val="single"/>
    </w:rPr>
  </w:style>
  <w:style w:type="character" w:customStyle="1" w:styleId="1b">
    <w:name w:val="Сильная ссылка1"/>
    <w:basedOn w:val="a2"/>
    <w:uiPriority w:val="32"/>
    <w:qFormat/>
    <w:rsid w:val="00013638"/>
    <w:rPr>
      <w:b/>
      <w:bCs/>
      <w:smallCaps/>
      <w:color w:val="C0504D"/>
      <w:spacing w:val="5"/>
      <w:u w:val="single"/>
    </w:rPr>
  </w:style>
  <w:style w:type="character" w:styleId="aff6">
    <w:name w:val="Book Title"/>
    <w:basedOn w:val="a2"/>
    <w:uiPriority w:val="33"/>
    <w:qFormat/>
    <w:rsid w:val="00013638"/>
    <w:rPr>
      <w:b/>
      <w:bCs/>
      <w:smallCaps/>
      <w:spacing w:val="5"/>
    </w:rPr>
  </w:style>
  <w:style w:type="table" w:customStyle="1" w:styleId="29">
    <w:name w:val="Сетка таблицы2"/>
    <w:basedOn w:val="a3"/>
    <w:next w:val="af7"/>
    <w:uiPriority w:val="59"/>
    <w:rsid w:val="00013638"/>
    <w:pPr>
      <w:spacing w:after="0" w:line="240" w:lineRule="auto"/>
    </w:pPr>
    <w:rPr>
      <w:rFonts w:eastAsia="MS Mincho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c">
    <w:name w:val="Светлая заливка1"/>
    <w:basedOn w:val="a3"/>
    <w:next w:val="aff7"/>
    <w:uiPriority w:val="60"/>
    <w:rsid w:val="00013638"/>
    <w:pPr>
      <w:spacing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-11">
    <w:name w:val="Светлая заливка - Акцент 11"/>
    <w:basedOn w:val="a3"/>
    <w:next w:val="-1"/>
    <w:uiPriority w:val="60"/>
    <w:rsid w:val="00013638"/>
    <w:pPr>
      <w:spacing w:after="0" w:line="240" w:lineRule="auto"/>
    </w:pPr>
    <w:rPr>
      <w:rFonts w:eastAsia="MS Mincho"/>
      <w:color w:val="365F91"/>
      <w:lang w:val="en-US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-21">
    <w:name w:val="Светлая заливка - Акцент 21"/>
    <w:basedOn w:val="a3"/>
    <w:next w:val="-2"/>
    <w:uiPriority w:val="60"/>
    <w:rsid w:val="00013638"/>
    <w:pPr>
      <w:spacing w:after="0" w:line="240" w:lineRule="auto"/>
    </w:pPr>
    <w:rPr>
      <w:rFonts w:eastAsia="MS Mincho"/>
      <w:color w:val="943634"/>
      <w:lang w:val="en-US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customStyle="1" w:styleId="-31">
    <w:name w:val="Светлая заливка - Акцент 31"/>
    <w:basedOn w:val="a3"/>
    <w:next w:val="-3"/>
    <w:uiPriority w:val="60"/>
    <w:rsid w:val="00013638"/>
    <w:pPr>
      <w:spacing w:after="0" w:line="240" w:lineRule="auto"/>
    </w:pPr>
    <w:rPr>
      <w:rFonts w:eastAsia="MS Mincho"/>
      <w:color w:val="76923C"/>
      <w:lang w:val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41">
    <w:name w:val="Светлая заливка - Акцент 41"/>
    <w:basedOn w:val="a3"/>
    <w:next w:val="-4"/>
    <w:uiPriority w:val="60"/>
    <w:rsid w:val="00013638"/>
    <w:pPr>
      <w:spacing w:after="0" w:line="240" w:lineRule="auto"/>
    </w:pPr>
    <w:rPr>
      <w:rFonts w:eastAsia="MS Mincho"/>
      <w:color w:val="5F497A"/>
      <w:lang w:val="en-US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customStyle="1" w:styleId="-51">
    <w:name w:val="Светлая заливка - Акцент 51"/>
    <w:basedOn w:val="a3"/>
    <w:next w:val="-5"/>
    <w:uiPriority w:val="60"/>
    <w:rsid w:val="00013638"/>
    <w:pPr>
      <w:spacing w:after="0" w:line="240" w:lineRule="auto"/>
    </w:pPr>
    <w:rPr>
      <w:rFonts w:eastAsia="MS Mincho"/>
      <w:color w:val="31849B"/>
      <w:lang w:val="en-US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customStyle="1" w:styleId="-61">
    <w:name w:val="Светлая заливка - Акцент 61"/>
    <w:basedOn w:val="a3"/>
    <w:next w:val="-6"/>
    <w:uiPriority w:val="60"/>
    <w:rsid w:val="00013638"/>
    <w:pPr>
      <w:spacing w:after="0" w:line="240" w:lineRule="auto"/>
    </w:pPr>
    <w:rPr>
      <w:rFonts w:eastAsia="MS Mincho"/>
      <w:color w:val="E36C0A"/>
      <w:lang w:val="en-US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customStyle="1" w:styleId="1d">
    <w:name w:val="Светлый список1"/>
    <w:basedOn w:val="a3"/>
    <w:next w:val="aff8"/>
    <w:uiPriority w:val="61"/>
    <w:rsid w:val="00013638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-110">
    <w:name w:val="Светлый список - Акцент 11"/>
    <w:basedOn w:val="a3"/>
    <w:next w:val="-10"/>
    <w:uiPriority w:val="61"/>
    <w:rsid w:val="00013638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customStyle="1" w:styleId="-210">
    <w:name w:val="Светлый список - Акцент 21"/>
    <w:basedOn w:val="a3"/>
    <w:next w:val="-20"/>
    <w:uiPriority w:val="61"/>
    <w:rsid w:val="00013638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customStyle="1" w:styleId="-310">
    <w:name w:val="Светлый список - Акцент 31"/>
    <w:basedOn w:val="a3"/>
    <w:next w:val="-30"/>
    <w:uiPriority w:val="61"/>
    <w:rsid w:val="00013638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customStyle="1" w:styleId="-410">
    <w:name w:val="Светлый список - Акцент 41"/>
    <w:basedOn w:val="a3"/>
    <w:next w:val="-40"/>
    <w:uiPriority w:val="61"/>
    <w:rsid w:val="00013638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customStyle="1" w:styleId="-510">
    <w:name w:val="Светлый список - Акцент 51"/>
    <w:basedOn w:val="a3"/>
    <w:next w:val="-50"/>
    <w:uiPriority w:val="61"/>
    <w:rsid w:val="00013638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-610">
    <w:name w:val="Светлый список - Акцент 61"/>
    <w:basedOn w:val="a3"/>
    <w:next w:val="-60"/>
    <w:uiPriority w:val="61"/>
    <w:rsid w:val="00013638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customStyle="1" w:styleId="1e">
    <w:name w:val="Светлая сетка1"/>
    <w:basedOn w:val="a3"/>
    <w:next w:val="aff9"/>
    <w:uiPriority w:val="62"/>
    <w:rsid w:val="00013638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-111">
    <w:name w:val="Светлая сетка - Акцент 11"/>
    <w:basedOn w:val="a3"/>
    <w:next w:val="-12"/>
    <w:uiPriority w:val="62"/>
    <w:rsid w:val="00013638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customStyle="1" w:styleId="-211">
    <w:name w:val="Светлая сетка - Акцент 21"/>
    <w:basedOn w:val="a3"/>
    <w:next w:val="-22"/>
    <w:uiPriority w:val="62"/>
    <w:rsid w:val="00013638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customStyle="1" w:styleId="-311">
    <w:name w:val="Светлая сетка - Акцент 31"/>
    <w:basedOn w:val="a3"/>
    <w:next w:val="-32"/>
    <w:uiPriority w:val="62"/>
    <w:rsid w:val="00013638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-411">
    <w:name w:val="Светлая сетка - Акцент 41"/>
    <w:basedOn w:val="a3"/>
    <w:next w:val="-42"/>
    <w:uiPriority w:val="62"/>
    <w:rsid w:val="00013638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customStyle="1" w:styleId="-511">
    <w:name w:val="Светлая сетка - Акцент 51"/>
    <w:basedOn w:val="a3"/>
    <w:next w:val="-52"/>
    <w:uiPriority w:val="62"/>
    <w:rsid w:val="00013638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customStyle="1" w:styleId="-611">
    <w:name w:val="Светлая сетка - Акцент 61"/>
    <w:basedOn w:val="a3"/>
    <w:next w:val="-62"/>
    <w:uiPriority w:val="62"/>
    <w:rsid w:val="00013638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libri" w:eastAsia="MS Gothic" w:hAnsi="Calibri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libri" w:eastAsia="MS Gothic" w:hAnsi="Calibri" w:cs="Times New Roman"/>
        <w:b/>
        <w:bCs/>
      </w:rPr>
    </w:tblStylePr>
    <w:tblStylePr w:type="lastCol">
      <w:rPr>
        <w:rFonts w:ascii="Calibri" w:eastAsia="MS Gothic" w:hAnsi="Calibri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customStyle="1" w:styleId="110">
    <w:name w:val="Средняя заливка 11"/>
    <w:basedOn w:val="a3"/>
    <w:next w:val="1f"/>
    <w:uiPriority w:val="63"/>
    <w:rsid w:val="00013638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1">
    <w:name w:val="Средняя заливка 1 - Акцент 11"/>
    <w:basedOn w:val="a3"/>
    <w:next w:val="1-1"/>
    <w:uiPriority w:val="63"/>
    <w:rsid w:val="00013638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21">
    <w:name w:val="Средняя заливка 1 - Акцент 21"/>
    <w:basedOn w:val="a3"/>
    <w:next w:val="1-2"/>
    <w:uiPriority w:val="63"/>
    <w:rsid w:val="00013638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31">
    <w:name w:val="Средняя заливка 1 - Акцент 31"/>
    <w:basedOn w:val="a3"/>
    <w:next w:val="1-3"/>
    <w:uiPriority w:val="63"/>
    <w:rsid w:val="00013638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41">
    <w:name w:val="Средняя заливка 1 - Акцент 41"/>
    <w:basedOn w:val="a3"/>
    <w:next w:val="1-4"/>
    <w:uiPriority w:val="63"/>
    <w:rsid w:val="00013638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51">
    <w:name w:val="Средняя заливка 1 - Акцент 51"/>
    <w:basedOn w:val="a3"/>
    <w:next w:val="1-5"/>
    <w:uiPriority w:val="63"/>
    <w:rsid w:val="00013638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61">
    <w:name w:val="Средняя заливка 1 - Акцент 61"/>
    <w:basedOn w:val="a3"/>
    <w:next w:val="1-6"/>
    <w:uiPriority w:val="63"/>
    <w:rsid w:val="00013638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2">
    <w:name w:val="Средняя заливка 21"/>
    <w:basedOn w:val="a3"/>
    <w:next w:val="2a"/>
    <w:uiPriority w:val="64"/>
    <w:rsid w:val="00013638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11">
    <w:name w:val="Средняя заливка 2 - Акцент 11"/>
    <w:basedOn w:val="a3"/>
    <w:next w:val="2-1"/>
    <w:uiPriority w:val="64"/>
    <w:rsid w:val="00013638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21">
    <w:name w:val="Средняя заливка 2 - Акцент 21"/>
    <w:basedOn w:val="a3"/>
    <w:next w:val="2-2"/>
    <w:uiPriority w:val="64"/>
    <w:rsid w:val="00013638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31">
    <w:name w:val="Средняя заливка 2 - Акцент 31"/>
    <w:basedOn w:val="a3"/>
    <w:next w:val="2-3"/>
    <w:uiPriority w:val="64"/>
    <w:rsid w:val="00013638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41">
    <w:name w:val="Средняя заливка 2 - Акцент 41"/>
    <w:basedOn w:val="a3"/>
    <w:next w:val="2-4"/>
    <w:uiPriority w:val="64"/>
    <w:rsid w:val="00013638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51">
    <w:name w:val="Средняя заливка 2 - Акцент 51"/>
    <w:basedOn w:val="a3"/>
    <w:next w:val="2-5"/>
    <w:uiPriority w:val="64"/>
    <w:rsid w:val="00013638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61">
    <w:name w:val="Средняя заливка 2 - Акцент 61"/>
    <w:basedOn w:val="a3"/>
    <w:next w:val="2-6"/>
    <w:uiPriority w:val="64"/>
    <w:rsid w:val="00013638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111">
    <w:name w:val="Средний список 11"/>
    <w:basedOn w:val="a3"/>
    <w:next w:val="1f0"/>
    <w:uiPriority w:val="65"/>
    <w:rsid w:val="00013638"/>
    <w:pPr>
      <w:spacing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customStyle="1" w:styleId="1-110">
    <w:name w:val="Средний список 1 - Акцент 11"/>
    <w:basedOn w:val="a3"/>
    <w:next w:val="1-10"/>
    <w:uiPriority w:val="65"/>
    <w:rsid w:val="00013638"/>
    <w:pPr>
      <w:spacing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customStyle="1" w:styleId="1-210">
    <w:name w:val="Средний список 1 - Акцент 21"/>
    <w:basedOn w:val="a3"/>
    <w:next w:val="1-20"/>
    <w:uiPriority w:val="65"/>
    <w:rsid w:val="00013638"/>
    <w:pPr>
      <w:spacing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customStyle="1" w:styleId="1-310">
    <w:name w:val="Средний список 1 - Акцент 31"/>
    <w:basedOn w:val="a3"/>
    <w:next w:val="1-30"/>
    <w:uiPriority w:val="65"/>
    <w:rsid w:val="00013638"/>
    <w:pPr>
      <w:spacing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customStyle="1" w:styleId="1-410">
    <w:name w:val="Средний список 1 - Акцент 41"/>
    <w:basedOn w:val="a3"/>
    <w:next w:val="1-40"/>
    <w:uiPriority w:val="65"/>
    <w:rsid w:val="00013638"/>
    <w:pPr>
      <w:spacing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customStyle="1" w:styleId="1-510">
    <w:name w:val="Средний список 1 - Акцент 51"/>
    <w:basedOn w:val="a3"/>
    <w:next w:val="1-50"/>
    <w:uiPriority w:val="65"/>
    <w:rsid w:val="00013638"/>
    <w:pPr>
      <w:spacing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customStyle="1" w:styleId="1-610">
    <w:name w:val="Средний список 1 - Акцент 61"/>
    <w:basedOn w:val="a3"/>
    <w:next w:val="1-60"/>
    <w:uiPriority w:val="65"/>
    <w:rsid w:val="00013638"/>
    <w:pPr>
      <w:spacing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libri" w:eastAsia="MS Gothic" w:hAnsi="Calibri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customStyle="1" w:styleId="213">
    <w:name w:val="Средний список 21"/>
    <w:basedOn w:val="a3"/>
    <w:next w:val="2b"/>
    <w:uiPriority w:val="66"/>
    <w:rsid w:val="00013638"/>
    <w:pPr>
      <w:spacing w:after="0" w:line="240" w:lineRule="auto"/>
    </w:pPr>
    <w:rPr>
      <w:rFonts w:ascii="Calibri" w:eastAsia="MS Gothic" w:hAnsi="Calibri" w:cs="Times New Roman"/>
      <w:color w:val="000000"/>
      <w:lang w:val="en-US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2-110">
    <w:name w:val="Средний список 2 - Акцент 11"/>
    <w:basedOn w:val="a3"/>
    <w:next w:val="2-10"/>
    <w:uiPriority w:val="66"/>
    <w:rsid w:val="00013638"/>
    <w:pPr>
      <w:spacing w:after="0" w:line="240" w:lineRule="auto"/>
    </w:pPr>
    <w:rPr>
      <w:rFonts w:ascii="Calibri" w:eastAsia="MS Gothic" w:hAnsi="Calibri" w:cs="Times New Roman"/>
      <w:color w:val="000000"/>
      <w:lang w:val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2-210">
    <w:name w:val="Средний список 2 - Акцент 21"/>
    <w:basedOn w:val="a3"/>
    <w:next w:val="2-20"/>
    <w:uiPriority w:val="66"/>
    <w:rsid w:val="00013638"/>
    <w:pPr>
      <w:spacing w:after="0" w:line="240" w:lineRule="auto"/>
    </w:pPr>
    <w:rPr>
      <w:rFonts w:ascii="Calibri" w:eastAsia="MS Gothic" w:hAnsi="Calibri" w:cs="Times New Roman"/>
      <w:color w:val="000000"/>
      <w:lang w:val="en-US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2-310">
    <w:name w:val="Средний список 2 - Акцент 31"/>
    <w:basedOn w:val="a3"/>
    <w:next w:val="2-30"/>
    <w:uiPriority w:val="66"/>
    <w:rsid w:val="00013638"/>
    <w:pPr>
      <w:spacing w:after="0" w:line="240" w:lineRule="auto"/>
    </w:pPr>
    <w:rPr>
      <w:rFonts w:ascii="Calibri" w:eastAsia="MS Gothic" w:hAnsi="Calibri" w:cs="Times New Roman"/>
      <w:color w:val="000000"/>
      <w:lang w:val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2-410">
    <w:name w:val="Средний список 2 - Акцент 41"/>
    <w:basedOn w:val="a3"/>
    <w:next w:val="2-40"/>
    <w:uiPriority w:val="66"/>
    <w:rsid w:val="00013638"/>
    <w:pPr>
      <w:spacing w:after="0" w:line="240" w:lineRule="auto"/>
    </w:pPr>
    <w:rPr>
      <w:rFonts w:ascii="Calibri" w:eastAsia="MS Gothic" w:hAnsi="Calibri" w:cs="Times New Roman"/>
      <w:color w:val="000000"/>
      <w:lang w:val="en-US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2-510">
    <w:name w:val="Средний список 2 - Акцент 51"/>
    <w:basedOn w:val="a3"/>
    <w:next w:val="2-50"/>
    <w:uiPriority w:val="66"/>
    <w:rsid w:val="00013638"/>
    <w:pPr>
      <w:spacing w:after="0" w:line="240" w:lineRule="auto"/>
    </w:pPr>
    <w:rPr>
      <w:rFonts w:ascii="Calibri" w:eastAsia="MS Gothic" w:hAnsi="Calibri" w:cs="Times New Roman"/>
      <w:color w:val="000000"/>
      <w:lang w:val="en-US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2-610">
    <w:name w:val="Средний список 2 - Акцент 61"/>
    <w:basedOn w:val="a3"/>
    <w:next w:val="2-60"/>
    <w:uiPriority w:val="66"/>
    <w:rsid w:val="00013638"/>
    <w:pPr>
      <w:spacing w:after="0" w:line="240" w:lineRule="auto"/>
    </w:pPr>
    <w:rPr>
      <w:rFonts w:ascii="Calibri" w:eastAsia="MS Gothic" w:hAnsi="Calibri" w:cs="Times New Roman"/>
      <w:color w:val="000000"/>
      <w:lang w:val="en-US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2">
    <w:name w:val="Средняя сетка 11"/>
    <w:basedOn w:val="a3"/>
    <w:next w:val="1f1"/>
    <w:uiPriority w:val="67"/>
    <w:rsid w:val="00013638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1-111">
    <w:name w:val="Средняя сетка 1 - Акцент 11"/>
    <w:basedOn w:val="a3"/>
    <w:next w:val="1-12"/>
    <w:uiPriority w:val="67"/>
    <w:rsid w:val="00013638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customStyle="1" w:styleId="1-211">
    <w:name w:val="Средняя сетка 1 - Акцент 21"/>
    <w:basedOn w:val="a3"/>
    <w:next w:val="1-22"/>
    <w:uiPriority w:val="67"/>
    <w:rsid w:val="00013638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customStyle="1" w:styleId="1-311">
    <w:name w:val="Средняя сетка 1 - Акцент 31"/>
    <w:basedOn w:val="a3"/>
    <w:next w:val="1-32"/>
    <w:uiPriority w:val="67"/>
    <w:rsid w:val="00013638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customStyle="1" w:styleId="1-411">
    <w:name w:val="Средняя сетка 1 - Акцент 41"/>
    <w:basedOn w:val="a3"/>
    <w:next w:val="1-42"/>
    <w:uiPriority w:val="67"/>
    <w:rsid w:val="00013638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customStyle="1" w:styleId="1-511">
    <w:name w:val="Средняя сетка 1 - Акцент 51"/>
    <w:basedOn w:val="a3"/>
    <w:next w:val="1-52"/>
    <w:uiPriority w:val="67"/>
    <w:rsid w:val="00013638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customStyle="1" w:styleId="1-611">
    <w:name w:val="Средняя сетка 1 - Акцент 61"/>
    <w:basedOn w:val="a3"/>
    <w:next w:val="1-62"/>
    <w:uiPriority w:val="67"/>
    <w:rsid w:val="00013638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customStyle="1" w:styleId="214">
    <w:name w:val="Средняя сетка 21"/>
    <w:basedOn w:val="a3"/>
    <w:next w:val="2c"/>
    <w:uiPriority w:val="68"/>
    <w:rsid w:val="00013638"/>
    <w:pPr>
      <w:spacing w:after="0" w:line="240" w:lineRule="auto"/>
    </w:pPr>
    <w:rPr>
      <w:rFonts w:ascii="Calibri" w:eastAsia="MS Gothic" w:hAnsi="Calibri" w:cs="Times New Roman"/>
      <w:color w:val="000000"/>
      <w:lang w:val="en-US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customStyle="1" w:styleId="2-111">
    <w:name w:val="Средняя сетка 2 - Акцент 11"/>
    <w:basedOn w:val="a3"/>
    <w:next w:val="2-12"/>
    <w:uiPriority w:val="68"/>
    <w:rsid w:val="00013638"/>
    <w:pPr>
      <w:spacing w:after="0" w:line="240" w:lineRule="auto"/>
    </w:pPr>
    <w:rPr>
      <w:rFonts w:ascii="Calibri" w:eastAsia="MS Gothic" w:hAnsi="Calibri" w:cs="Times New Roman"/>
      <w:color w:val="000000"/>
      <w:lang w:val="en-US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customStyle="1" w:styleId="2-211">
    <w:name w:val="Средняя сетка 2 - Акцент 21"/>
    <w:basedOn w:val="a3"/>
    <w:next w:val="2-22"/>
    <w:uiPriority w:val="68"/>
    <w:rsid w:val="00013638"/>
    <w:pPr>
      <w:spacing w:after="0" w:line="240" w:lineRule="auto"/>
    </w:pPr>
    <w:rPr>
      <w:rFonts w:ascii="Calibri" w:eastAsia="MS Gothic" w:hAnsi="Calibri" w:cs="Times New Roman"/>
      <w:color w:val="000000"/>
      <w:lang w:val="en-US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customStyle="1" w:styleId="2-311">
    <w:name w:val="Средняя сетка 2 - Акцент 31"/>
    <w:basedOn w:val="a3"/>
    <w:next w:val="2-32"/>
    <w:uiPriority w:val="68"/>
    <w:rsid w:val="00013638"/>
    <w:pPr>
      <w:spacing w:after="0" w:line="240" w:lineRule="auto"/>
    </w:pPr>
    <w:rPr>
      <w:rFonts w:ascii="Calibri" w:eastAsia="MS Gothic" w:hAnsi="Calibri" w:cs="Times New Roman"/>
      <w:color w:val="000000"/>
      <w:lang w:val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customStyle="1" w:styleId="2-411">
    <w:name w:val="Средняя сетка 2 - Акцент 41"/>
    <w:basedOn w:val="a3"/>
    <w:next w:val="2-42"/>
    <w:uiPriority w:val="68"/>
    <w:rsid w:val="00013638"/>
    <w:pPr>
      <w:spacing w:after="0" w:line="240" w:lineRule="auto"/>
    </w:pPr>
    <w:rPr>
      <w:rFonts w:ascii="Calibri" w:eastAsia="MS Gothic" w:hAnsi="Calibri" w:cs="Times New Roman"/>
      <w:color w:val="000000"/>
      <w:lang w:val="en-US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customStyle="1" w:styleId="2-511">
    <w:name w:val="Средняя сетка 2 - Акцент 51"/>
    <w:basedOn w:val="a3"/>
    <w:next w:val="2-52"/>
    <w:uiPriority w:val="68"/>
    <w:rsid w:val="00013638"/>
    <w:pPr>
      <w:spacing w:after="0" w:line="240" w:lineRule="auto"/>
    </w:pPr>
    <w:rPr>
      <w:rFonts w:ascii="Calibri" w:eastAsia="MS Gothic" w:hAnsi="Calibri" w:cs="Times New Roman"/>
      <w:color w:val="000000"/>
      <w:lang w:val="en-US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customStyle="1" w:styleId="2-611">
    <w:name w:val="Средняя сетка 2 - Акцент 61"/>
    <w:basedOn w:val="a3"/>
    <w:next w:val="2-62"/>
    <w:uiPriority w:val="68"/>
    <w:rsid w:val="00013638"/>
    <w:pPr>
      <w:spacing w:after="0" w:line="240" w:lineRule="auto"/>
    </w:pPr>
    <w:rPr>
      <w:rFonts w:ascii="Calibri" w:eastAsia="MS Gothic" w:hAnsi="Calibri" w:cs="Times New Roman"/>
      <w:color w:val="000000"/>
      <w:lang w:val="en-US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customStyle="1" w:styleId="311">
    <w:name w:val="Средняя сетка 31"/>
    <w:basedOn w:val="a3"/>
    <w:next w:val="37"/>
    <w:uiPriority w:val="69"/>
    <w:rsid w:val="00013638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customStyle="1" w:styleId="3-11">
    <w:name w:val="Средняя сетка 3 - Акцент 11"/>
    <w:basedOn w:val="a3"/>
    <w:next w:val="3-1"/>
    <w:uiPriority w:val="69"/>
    <w:rsid w:val="00013638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customStyle="1" w:styleId="3-21">
    <w:name w:val="Средняя сетка 3 - Акцент 21"/>
    <w:basedOn w:val="a3"/>
    <w:next w:val="3-2"/>
    <w:uiPriority w:val="69"/>
    <w:rsid w:val="00013638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customStyle="1" w:styleId="3-31">
    <w:name w:val="Средняя сетка 3 - Акцент 31"/>
    <w:basedOn w:val="a3"/>
    <w:next w:val="3-3"/>
    <w:uiPriority w:val="69"/>
    <w:rsid w:val="00013638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customStyle="1" w:styleId="3-41">
    <w:name w:val="Средняя сетка 3 - Акцент 41"/>
    <w:basedOn w:val="a3"/>
    <w:next w:val="3-4"/>
    <w:uiPriority w:val="69"/>
    <w:rsid w:val="00013638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customStyle="1" w:styleId="3-51">
    <w:name w:val="Средняя сетка 3 - Акцент 51"/>
    <w:basedOn w:val="a3"/>
    <w:next w:val="3-5"/>
    <w:uiPriority w:val="69"/>
    <w:rsid w:val="00013638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customStyle="1" w:styleId="3-61">
    <w:name w:val="Средняя сетка 3 - Акцент 61"/>
    <w:basedOn w:val="a3"/>
    <w:next w:val="3-6"/>
    <w:uiPriority w:val="69"/>
    <w:rsid w:val="00013638"/>
    <w:pPr>
      <w:spacing w:after="0" w:line="240" w:lineRule="auto"/>
    </w:pPr>
    <w:rPr>
      <w:rFonts w:eastAsia="MS Mincho"/>
      <w:lang w:val="en-US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customStyle="1" w:styleId="1f2">
    <w:name w:val="Темный список1"/>
    <w:basedOn w:val="a3"/>
    <w:next w:val="affa"/>
    <w:uiPriority w:val="70"/>
    <w:rsid w:val="00013638"/>
    <w:pPr>
      <w:spacing w:after="0" w:line="240" w:lineRule="auto"/>
    </w:pPr>
    <w:rPr>
      <w:rFonts w:eastAsia="MS Mincho"/>
      <w:color w:val="FFFFFF"/>
      <w:lang w:val="en-US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customStyle="1" w:styleId="-112">
    <w:name w:val="Темный список - Акцент 11"/>
    <w:basedOn w:val="a3"/>
    <w:next w:val="-13"/>
    <w:uiPriority w:val="70"/>
    <w:rsid w:val="00013638"/>
    <w:pPr>
      <w:spacing w:after="0" w:line="240" w:lineRule="auto"/>
    </w:pPr>
    <w:rPr>
      <w:rFonts w:eastAsia="MS Mincho"/>
      <w:color w:val="FFFFFF"/>
      <w:lang w:val="en-US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customStyle="1" w:styleId="-212">
    <w:name w:val="Темный список - Акцент 21"/>
    <w:basedOn w:val="a3"/>
    <w:next w:val="-23"/>
    <w:uiPriority w:val="70"/>
    <w:rsid w:val="00013638"/>
    <w:pPr>
      <w:spacing w:after="0" w:line="240" w:lineRule="auto"/>
    </w:pPr>
    <w:rPr>
      <w:rFonts w:eastAsia="MS Mincho"/>
      <w:color w:val="FFFFFF"/>
      <w:lang w:val="en-US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customStyle="1" w:styleId="-312">
    <w:name w:val="Темный список - Акцент 31"/>
    <w:basedOn w:val="a3"/>
    <w:next w:val="-33"/>
    <w:uiPriority w:val="70"/>
    <w:rsid w:val="00013638"/>
    <w:pPr>
      <w:spacing w:after="0" w:line="240" w:lineRule="auto"/>
    </w:pPr>
    <w:rPr>
      <w:rFonts w:eastAsia="MS Mincho"/>
      <w:color w:val="FFFFFF"/>
      <w:lang w:val="en-US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customStyle="1" w:styleId="-412">
    <w:name w:val="Темный список - Акцент 41"/>
    <w:basedOn w:val="a3"/>
    <w:next w:val="-43"/>
    <w:uiPriority w:val="70"/>
    <w:rsid w:val="00013638"/>
    <w:pPr>
      <w:spacing w:after="0" w:line="240" w:lineRule="auto"/>
    </w:pPr>
    <w:rPr>
      <w:rFonts w:eastAsia="MS Mincho"/>
      <w:color w:val="FFFFFF"/>
      <w:lang w:val="en-US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customStyle="1" w:styleId="-512">
    <w:name w:val="Темный список - Акцент 51"/>
    <w:basedOn w:val="a3"/>
    <w:next w:val="-53"/>
    <w:uiPriority w:val="70"/>
    <w:rsid w:val="00013638"/>
    <w:pPr>
      <w:spacing w:after="0" w:line="240" w:lineRule="auto"/>
    </w:pPr>
    <w:rPr>
      <w:rFonts w:eastAsia="MS Mincho"/>
      <w:color w:val="FFFFFF"/>
      <w:lang w:val="en-US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customStyle="1" w:styleId="-612">
    <w:name w:val="Темный список - Акцент 61"/>
    <w:basedOn w:val="a3"/>
    <w:next w:val="-63"/>
    <w:uiPriority w:val="70"/>
    <w:rsid w:val="00013638"/>
    <w:pPr>
      <w:spacing w:after="0" w:line="240" w:lineRule="auto"/>
    </w:pPr>
    <w:rPr>
      <w:rFonts w:eastAsia="MS Mincho"/>
      <w:color w:val="FFFFFF"/>
      <w:lang w:val="en-US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customStyle="1" w:styleId="1f3">
    <w:name w:val="Цветная заливка1"/>
    <w:basedOn w:val="a3"/>
    <w:next w:val="affb"/>
    <w:uiPriority w:val="71"/>
    <w:rsid w:val="00013638"/>
    <w:pPr>
      <w:spacing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-113">
    <w:name w:val="Цветная заливка - Акцент 11"/>
    <w:basedOn w:val="a3"/>
    <w:next w:val="-14"/>
    <w:uiPriority w:val="71"/>
    <w:rsid w:val="00013638"/>
    <w:pPr>
      <w:spacing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-213">
    <w:name w:val="Цветная заливка - Акцент 21"/>
    <w:basedOn w:val="a3"/>
    <w:next w:val="-24"/>
    <w:uiPriority w:val="71"/>
    <w:rsid w:val="00013638"/>
    <w:pPr>
      <w:spacing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-313">
    <w:name w:val="Цветная заливка - Акцент 31"/>
    <w:basedOn w:val="a3"/>
    <w:next w:val="-34"/>
    <w:uiPriority w:val="71"/>
    <w:rsid w:val="00013638"/>
    <w:pPr>
      <w:spacing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customStyle="1" w:styleId="-413">
    <w:name w:val="Цветная заливка - Акцент 41"/>
    <w:basedOn w:val="a3"/>
    <w:next w:val="-44"/>
    <w:uiPriority w:val="71"/>
    <w:rsid w:val="00013638"/>
    <w:pPr>
      <w:spacing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-513">
    <w:name w:val="Цветная заливка - Акцент 51"/>
    <w:basedOn w:val="a3"/>
    <w:next w:val="-54"/>
    <w:uiPriority w:val="71"/>
    <w:rsid w:val="00013638"/>
    <w:pPr>
      <w:spacing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-613">
    <w:name w:val="Цветная заливка - Акцент 61"/>
    <w:basedOn w:val="a3"/>
    <w:next w:val="-64"/>
    <w:uiPriority w:val="71"/>
    <w:rsid w:val="00013638"/>
    <w:pPr>
      <w:spacing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customStyle="1" w:styleId="1f4">
    <w:name w:val="Цветной список1"/>
    <w:basedOn w:val="a3"/>
    <w:next w:val="affc"/>
    <w:uiPriority w:val="72"/>
    <w:rsid w:val="00013638"/>
    <w:pPr>
      <w:spacing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customStyle="1" w:styleId="-114">
    <w:name w:val="Цветной список - Акцент 11"/>
    <w:basedOn w:val="a3"/>
    <w:next w:val="-15"/>
    <w:uiPriority w:val="72"/>
    <w:rsid w:val="00013638"/>
    <w:pPr>
      <w:spacing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customStyle="1" w:styleId="-214">
    <w:name w:val="Цветной список - Акцент 21"/>
    <w:basedOn w:val="a3"/>
    <w:next w:val="-25"/>
    <w:uiPriority w:val="72"/>
    <w:rsid w:val="00013638"/>
    <w:pPr>
      <w:spacing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customStyle="1" w:styleId="-314">
    <w:name w:val="Цветной список - Акцент 31"/>
    <w:basedOn w:val="a3"/>
    <w:next w:val="-35"/>
    <w:uiPriority w:val="72"/>
    <w:rsid w:val="00013638"/>
    <w:pPr>
      <w:spacing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customStyle="1" w:styleId="-414">
    <w:name w:val="Цветной список - Акцент 41"/>
    <w:basedOn w:val="a3"/>
    <w:next w:val="-45"/>
    <w:uiPriority w:val="72"/>
    <w:rsid w:val="00013638"/>
    <w:pPr>
      <w:spacing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customStyle="1" w:styleId="-514">
    <w:name w:val="Цветной список - Акцент 51"/>
    <w:basedOn w:val="a3"/>
    <w:next w:val="-55"/>
    <w:uiPriority w:val="72"/>
    <w:rsid w:val="00013638"/>
    <w:pPr>
      <w:spacing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customStyle="1" w:styleId="-614">
    <w:name w:val="Цветной список - Акцент 61"/>
    <w:basedOn w:val="a3"/>
    <w:next w:val="-65"/>
    <w:uiPriority w:val="72"/>
    <w:rsid w:val="00013638"/>
    <w:pPr>
      <w:spacing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customStyle="1" w:styleId="1f5">
    <w:name w:val="Цветная сетка1"/>
    <w:basedOn w:val="a3"/>
    <w:next w:val="affd"/>
    <w:uiPriority w:val="73"/>
    <w:rsid w:val="00013638"/>
    <w:pPr>
      <w:spacing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customStyle="1" w:styleId="-115">
    <w:name w:val="Цветная сетка - Акцент 11"/>
    <w:basedOn w:val="a3"/>
    <w:next w:val="-16"/>
    <w:uiPriority w:val="73"/>
    <w:rsid w:val="00013638"/>
    <w:pPr>
      <w:spacing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customStyle="1" w:styleId="-215">
    <w:name w:val="Цветная сетка - Акцент 21"/>
    <w:basedOn w:val="a3"/>
    <w:next w:val="-26"/>
    <w:uiPriority w:val="73"/>
    <w:rsid w:val="00013638"/>
    <w:pPr>
      <w:spacing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customStyle="1" w:styleId="-315">
    <w:name w:val="Цветная сетка - Акцент 31"/>
    <w:basedOn w:val="a3"/>
    <w:next w:val="-36"/>
    <w:uiPriority w:val="73"/>
    <w:rsid w:val="00013638"/>
    <w:pPr>
      <w:spacing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customStyle="1" w:styleId="-415">
    <w:name w:val="Цветная сетка - Акцент 41"/>
    <w:basedOn w:val="a3"/>
    <w:next w:val="-46"/>
    <w:uiPriority w:val="73"/>
    <w:rsid w:val="00013638"/>
    <w:pPr>
      <w:spacing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customStyle="1" w:styleId="-515">
    <w:name w:val="Цветная сетка - Акцент 51"/>
    <w:basedOn w:val="a3"/>
    <w:next w:val="-56"/>
    <w:uiPriority w:val="73"/>
    <w:rsid w:val="00013638"/>
    <w:pPr>
      <w:spacing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customStyle="1" w:styleId="-615">
    <w:name w:val="Цветная сетка - Акцент 61"/>
    <w:basedOn w:val="a3"/>
    <w:next w:val="-66"/>
    <w:uiPriority w:val="73"/>
    <w:rsid w:val="00013638"/>
    <w:pPr>
      <w:spacing w:after="0" w:line="240" w:lineRule="auto"/>
    </w:pPr>
    <w:rPr>
      <w:rFonts w:eastAsia="MS Mincho"/>
      <w:color w:val="000000"/>
      <w:lang w:val="en-US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character" w:customStyle="1" w:styleId="215">
    <w:name w:val="Заголовок 2 Знак1"/>
    <w:basedOn w:val="a2"/>
    <w:uiPriority w:val="9"/>
    <w:semiHidden/>
    <w:rsid w:val="0001363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12">
    <w:name w:val="Заголовок 3 Знак1"/>
    <w:basedOn w:val="a2"/>
    <w:uiPriority w:val="9"/>
    <w:semiHidden/>
    <w:rsid w:val="0001363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fa">
    <w:name w:val="Title"/>
    <w:basedOn w:val="a1"/>
    <w:next w:val="a1"/>
    <w:link w:val="af9"/>
    <w:uiPriority w:val="10"/>
    <w:qFormat/>
    <w:rsid w:val="00013638"/>
    <w:pPr>
      <w:spacing w:after="0" w:line="240" w:lineRule="auto"/>
      <w:contextualSpacing/>
    </w:pPr>
    <w:rPr>
      <w:rFonts w:eastAsia="MS Gothic"/>
      <w:color w:val="17365D"/>
      <w:spacing w:val="5"/>
      <w:kern w:val="28"/>
      <w:sz w:val="52"/>
      <w:szCs w:val="52"/>
    </w:rPr>
  </w:style>
  <w:style w:type="character" w:customStyle="1" w:styleId="1f6">
    <w:name w:val="Заголовок Знак1"/>
    <w:basedOn w:val="a2"/>
    <w:uiPriority w:val="10"/>
    <w:rsid w:val="000136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fc">
    <w:name w:val="Subtitle"/>
    <w:basedOn w:val="a1"/>
    <w:next w:val="a1"/>
    <w:link w:val="afb"/>
    <w:uiPriority w:val="11"/>
    <w:qFormat/>
    <w:rsid w:val="00013638"/>
    <w:pPr>
      <w:numPr>
        <w:ilvl w:val="1"/>
      </w:numPr>
      <w:spacing w:after="160"/>
    </w:pPr>
    <w:rPr>
      <w:rFonts w:eastAsia="MS Gothic"/>
      <w:i/>
      <w:iCs/>
      <w:color w:val="4F81BD"/>
      <w:spacing w:val="15"/>
      <w:sz w:val="24"/>
      <w:szCs w:val="24"/>
    </w:rPr>
  </w:style>
  <w:style w:type="character" w:customStyle="1" w:styleId="1f7">
    <w:name w:val="Подзаголовок Знак1"/>
    <w:basedOn w:val="a2"/>
    <w:uiPriority w:val="11"/>
    <w:rsid w:val="00013638"/>
    <w:rPr>
      <w:rFonts w:eastAsiaTheme="minorEastAsia"/>
      <w:color w:val="5A5A5A" w:themeColor="text1" w:themeTint="A5"/>
      <w:spacing w:val="15"/>
    </w:rPr>
  </w:style>
  <w:style w:type="paragraph" w:styleId="28">
    <w:name w:val="Quote"/>
    <w:basedOn w:val="a1"/>
    <w:next w:val="a1"/>
    <w:link w:val="27"/>
    <w:uiPriority w:val="29"/>
    <w:qFormat/>
    <w:rsid w:val="00013638"/>
    <w:pPr>
      <w:spacing w:before="200" w:after="160"/>
      <w:ind w:left="864" w:right="864"/>
      <w:jc w:val="center"/>
    </w:pPr>
    <w:rPr>
      <w:rFonts w:asciiTheme="minorHAnsi" w:eastAsiaTheme="minorHAnsi" w:hAnsiTheme="minorHAnsi" w:cstheme="minorBidi"/>
      <w:i/>
      <w:iCs/>
      <w:color w:val="000000"/>
    </w:rPr>
  </w:style>
  <w:style w:type="character" w:customStyle="1" w:styleId="216">
    <w:name w:val="Цитата 2 Знак1"/>
    <w:basedOn w:val="a2"/>
    <w:uiPriority w:val="29"/>
    <w:rsid w:val="00013638"/>
    <w:rPr>
      <w:rFonts w:ascii="Calibri" w:eastAsia="Calibri" w:hAnsi="Calibri" w:cs="Times New Roman"/>
      <w:i/>
      <w:iCs/>
      <w:color w:val="404040" w:themeColor="text1" w:themeTint="BF"/>
    </w:rPr>
  </w:style>
  <w:style w:type="character" w:customStyle="1" w:styleId="410">
    <w:name w:val="Заголовок 4 Знак1"/>
    <w:basedOn w:val="a2"/>
    <w:uiPriority w:val="9"/>
    <w:semiHidden/>
    <w:rsid w:val="00013638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510">
    <w:name w:val="Заголовок 5 Знак1"/>
    <w:basedOn w:val="a2"/>
    <w:uiPriority w:val="9"/>
    <w:semiHidden/>
    <w:rsid w:val="00013638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610">
    <w:name w:val="Заголовок 6 Знак1"/>
    <w:basedOn w:val="a2"/>
    <w:uiPriority w:val="9"/>
    <w:semiHidden/>
    <w:rsid w:val="0001363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710">
    <w:name w:val="Заголовок 7 Знак1"/>
    <w:basedOn w:val="a2"/>
    <w:uiPriority w:val="9"/>
    <w:semiHidden/>
    <w:rsid w:val="0001363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810">
    <w:name w:val="Заголовок 8 Знак1"/>
    <w:basedOn w:val="a2"/>
    <w:uiPriority w:val="9"/>
    <w:semiHidden/>
    <w:rsid w:val="0001363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0">
    <w:name w:val="Заголовок 9 Знак1"/>
    <w:basedOn w:val="a2"/>
    <w:uiPriority w:val="9"/>
    <w:semiHidden/>
    <w:rsid w:val="0001363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ff5">
    <w:name w:val="Intense Quote"/>
    <w:basedOn w:val="a1"/>
    <w:next w:val="a1"/>
    <w:link w:val="aff4"/>
    <w:uiPriority w:val="30"/>
    <w:qFormat/>
    <w:rsid w:val="00013638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b/>
      <w:bCs/>
      <w:i/>
      <w:iCs/>
      <w:color w:val="4F81BD"/>
    </w:rPr>
  </w:style>
  <w:style w:type="character" w:customStyle="1" w:styleId="1f8">
    <w:name w:val="Выделенная цитата Знак1"/>
    <w:basedOn w:val="a2"/>
    <w:uiPriority w:val="30"/>
    <w:rsid w:val="00013638"/>
    <w:rPr>
      <w:rFonts w:ascii="Calibri" w:eastAsia="Calibri" w:hAnsi="Calibri" w:cs="Times New Roman"/>
      <w:i/>
      <w:iCs/>
      <w:color w:val="4F81BD" w:themeColor="accent1"/>
    </w:rPr>
  </w:style>
  <w:style w:type="character" w:styleId="affe">
    <w:name w:val="Subtle Emphasis"/>
    <w:basedOn w:val="a2"/>
    <w:uiPriority w:val="19"/>
    <w:qFormat/>
    <w:rsid w:val="00013638"/>
    <w:rPr>
      <w:i/>
      <w:iCs/>
      <w:color w:val="404040" w:themeColor="text1" w:themeTint="BF"/>
    </w:rPr>
  </w:style>
  <w:style w:type="character" w:styleId="afff">
    <w:name w:val="Intense Emphasis"/>
    <w:basedOn w:val="a2"/>
    <w:uiPriority w:val="21"/>
    <w:qFormat/>
    <w:rsid w:val="00013638"/>
    <w:rPr>
      <w:i/>
      <w:iCs/>
      <w:color w:val="4F81BD" w:themeColor="accent1"/>
    </w:rPr>
  </w:style>
  <w:style w:type="character" w:styleId="afff0">
    <w:name w:val="Subtle Reference"/>
    <w:basedOn w:val="a2"/>
    <w:uiPriority w:val="31"/>
    <w:qFormat/>
    <w:rsid w:val="00013638"/>
    <w:rPr>
      <w:smallCaps/>
      <w:color w:val="5A5A5A" w:themeColor="text1" w:themeTint="A5"/>
    </w:rPr>
  </w:style>
  <w:style w:type="character" w:styleId="afff1">
    <w:name w:val="Intense Reference"/>
    <w:basedOn w:val="a2"/>
    <w:uiPriority w:val="32"/>
    <w:qFormat/>
    <w:rsid w:val="00013638"/>
    <w:rPr>
      <w:b/>
      <w:bCs/>
      <w:smallCaps/>
      <w:color w:val="4F81BD" w:themeColor="accent1"/>
      <w:spacing w:val="5"/>
    </w:rPr>
  </w:style>
  <w:style w:type="table" w:styleId="aff7">
    <w:name w:val="Light Shading"/>
    <w:basedOn w:val="a3"/>
    <w:uiPriority w:val="60"/>
    <w:semiHidden/>
    <w:unhideWhenUsed/>
    <w:rsid w:val="0001363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semiHidden/>
    <w:unhideWhenUsed/>
    <w:rsid w:val="00013638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semiHidden/>
    <w:unhideWhenUsed/>
    <w:rsid w:val="00013638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semiHidden/>
    <w:unhideWhenUsed/>
    <w:rsid w:val="00013638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semiHidden/>
    <w:unhideWhenUsed/>
    <w:rsid w:val="00013638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semiHidden/>
    <w:unhideWhenUsed/>
    <w:rsid w:val="00013638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semiHidden/>
    <w:unhideWhenUsed/>
    <w:rsid w:val="00013638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8">
    <w:name w:val="Light List"/>
    <w:basedOn w:val="a3"/>
    <w:uiPriority w:val="61"/>
    <w:semiHidden/>
    <w:unhideWhenUsed/>
    <w:rsid w:val="0001363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semiHidden/>
    <w:unhideWhenUsed/>
    <w:rsid w:val="00013638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semiHidden/>
    <w:unhideWhenUsed/>
    <w:rsid w:val="00013638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semiHidden/>
    <w:unhideWhenUsed/>
    <w:rsid w:val="00013638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semiHidden/>
    <w:unhideWhenUsed/>
    <w:rsid w:val="00013638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semiHidden/>
    <w:unhideWhenUsed/>
    <w:rsid w:val="00013638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semiHidden/>
    <w:unhideWhenUsed/>
    <w:rsid w:val="00013638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9">
    <w:name w:val="Light Grid"/>
    <w:basedOn w:val="a3"/>
    <w:uiPriority w:val="62"/>
    <w:semiHidden/>
    <w:unhideWhenUsed/>
    <w:rsid w:val="0001363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2">
    <w:name w:val="Light Grid Accent 1"/>
    <w:basedOn w:val="a3"/>
    <w:uiPriority w:val="62"/>
    <w:semiHidden/>
    <w:unhideWhenUsed/>
    <w:rsid w:val="00013638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2">
    <w:name w:val="Light Grid Accent 2"/>
    <w:basedOn w:val="a3"/>
    <w:uiPriority w:val="62"/>
    <w:semiHidden/>
    <w:unhideWhenUsed/>
    <w:rsid w:val="00013638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2">
    <w:name w:val="Light Grid Accent 3"/>
    <w:basedOn w:val="a3"/>
    <w:uiPriority w:val="62"/>
    <w:semiHidden/>
    <w:unhideWhenUsed/>
    <w:rsid w:val="00013638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2">
    <w:name w:val="Light Grid Accent 4"/>
    <w:basedOn w:val="a3"/>
    <w:uiPriority w:val="62"/>
    <w:semiHidden/>
    <w:unhideWhenUsed/>
    <w:rsid w:val="00013638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2">
    <w:name w:val="Light Grid Accent 5"/>
    <w:basedOn w:val="a3"/>
    <w:uiPriority w:val="62"/>
    <w:semiHidden/>
    <w:unhideWhenUsed/>
    <w:rsid w:val="00013638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2">
    <w:name w:val="Light Grid Accent 6"/>
    <w:basedOn w:val="a3"/>
    <w:uiPriority w:val="62"/>
    <w:semiHidden/>
    <w:unhideWhenUsed/>
    <w:rsid w:val="00013638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f">
    <w:name w:val="Medium Shading 1"/>
    <w:basedOn w:val="a3"/>
    <w:uiPriority w:val="63"/>
    <w:semiHidden/>
    <w:unhideWhenUsed/>
    <w:rsid w:val="0001363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semiHidden/>
    <w:unhideWhenUsed/>
    <w:rsid w:val="00013638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semiHidden/>
    <w:unhideWhenUsed/>
    <w:rsid w:val="00013638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semiHidden/>
    <w:unhideWhenUsed/>
    <w:rsid w:val="00013638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semiHidden/>
    <w:unhideWhenUsed/>
    <w:rsid w:val="00013638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semiHidden/>
    <w:unhideWhenUsed/>
    <w:rsid w:val="00013638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semiHidden/>
    <w:unhideWhenUsed/>
    <w:rsid w:val="00013638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semiHidden/>
    <w:unhideWhenUsed/>
    <w:rsid w:val="0001363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semiHidden/>
    <w:unhideWhenUsed/>
    <w:rsid w:val="0001363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semiHidden/>
    <w:unhideWhenUsed/>
    <w:rsid w:val="0001363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semiHidden/>
    <w:unhideWhenUsed/>
    <w:rsid w:val="0001363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semiHidden/>
    <w:unhideWhenUsed/>
    <w:rsid w:val="0001363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semiHidden/>
    <w:unhideWhenUsed/>
    <w:rsid w:val="0001363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semiHidden/>
    <w:unhideWhenUsed/>
    <w:rsid w:val="0001363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f0">
    <w:name w:val="Medium List 1"/>
    <w:basedOn w:val="a3"/>
    <w:uiPriority w:val="65"/>
    <w:semiHidden/>
    <w:unhideWhenUsed/>
    <w:rsid w:val="0001363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semiHidden/>
    <w:unhideWhenUsed/>
    <w:rsid w:val="0001363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semiHidden/>
    <w:unhideWhenUsed/>
    <w:rsid w:val="0001363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semiHidden/>
    <w:unhideWhenUsed/>
    <w:rsid w:val="0001363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semiHidden/>
    <w:unhideWhenUsed/>
    <w:rsid w:val="0001363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semiHidden/>
    <w:unhideWhenUsed/>
    <w:rsid w:val="0001363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semiHidden/>
    <w:unhideWhenUsed/>
    <w:rsid w:val="0001363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semiHidden/>
    <w:unhideWhenUsed/>
    <w:rsid w:val="0001363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semiHidden/>
    <w:unhideWhenUsed/>
    <w:rsid w:val="0001363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semiHidden/>
    <w:unhideWhenUsed/>
    <w:rsid w:val="0001363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semiHidden/>
    <w:unhideWhenUsed/>
    <w:rsid w:val="0001363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semiHidden/>
    <w:unhideWhenUsed/>
    <w:rsid w:val="0001363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semiHidden/>
    <w:unhideWhenUsed/>
    <w:rsid w:val="0001363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semiHidden/>
    <w:unhideWhenUsed/>
    <w:rsid w:val="0001363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f1">
    <w:name w:val="Medium Grid 1"/>
    <w:basedOn w:val="a3"/>
    <w:uiPriority w:val="67"/>
    <w:semiHidden/>
    <w:unhideWhenUsed/>
    <w:rsid w:val="0001363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2">
    <w:name w:val="Medium Grid 1 Accent 1"/>
    <w:basedOn w:val="a3"/>
    <w:uiPriority w:val="67"/>
    <w:semiHidden/>
    <w:unhideWhenUsed/>
    <w:rsid w:val="00013638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2">
    <w:name w:val="Medium Grid 1 Accent 2"/>
    <w:basedOn w:val="a3"/>
    <w:uiPriority w:val="67"/>
    <w:semiHidden/>
    <w:unhideWhenUsed/>
    <w:rsid w:val="00013638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2">
    <w:name w:val="Medium Grid 1 Accent 3"/>
    <w:basedOn w:val="a3"/>
    <w:uiPriority w:val="67"/>
    <w:semiHidden/>
    <w:unhideWhenUsed/>
    <w:rsid w:val="00013638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2">
    <w:name w:val="Medium Grid 1 Accent 4"/>
    <w:basedOn w:val="a3"/>
    <w:uiPriority w:val="67"/>
    <w:semiHidden/>
    <w:unhideWhenUsed/>
    <w:rsid w:val="00013638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2">
    <w:name w:val="Medium Grid 1 Accent 5"/>
    <w:basedOn w:val="a3"/>
    <w:uiPriority w:val="67"/>
    <w:semiHidden/>
    <w:unhideWhenUsed/>
    <w:rsid w:val="00013638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2">
    <w:name w:val="Medium Grid 1 Accent 6"/>
    <w:basedOn w:val="a3"/>
    <w:uiPriority w:val="67"/>
    <w:semiHidden/>
    <w:unhideWhenUsed/>
    <w:rsid w:val="00013638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semiHidden/>
    <w:unhideWhenUsed/>
    <w:rsid w:val="0001363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2">
    <w:name w:val="Medium Grid 2 Accent 1"/>
    <w:basedOn w:val="a3"/>
    <w:uiPriority w:val="68"/>
    <w:semiHidden/>
    <w:unhideWhenUsed/>
    <w:rsid w:val="0001363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2">
    <w:name w:val="Medium Grid 2 Accent 2"/>
    <w:basedOn w:val="a3"/>
    <w:uiPriority w:val="68"/>
    <w:semiHidden/>
    <w:unhideWhenUsed/>
    <w:rsid w:val="0001363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2">
    <w:name w:val="Medium Grid 2 Accent 3"/>
    <w:basedOn w:val="a3"/>
    <w:uiPriority w:val="68"/>
    <w:semiHidden/>
    <w:unhideWhenUsed/>
    <w:rsid w:val="0001363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2">
    <w:name w:val="Medium Grid 2 Accent 4"/>
    <w:basedOn w:val="a3"/>
    <w:uiPriority w:val="68"/>
    <w:semiHidden/>
    <w:unhideWhenUsed/>
    <w:rsid w:val="0001363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2">
    <w:name w:val="Medium Grid 2 Accent 5"/>
    <w:basedOn w:val="a3"/>
    <w:uiPriority w:val="68"/>
    <w:semiHidden/>
    <w:unhideWhenUsed/>
    <w:rsid w:val="0001363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2">
    <w:name w:val="Medium Grid 2 Accent 6"/>
    <w:basedOn w:val="a3"/>
    <w:uiPriority w:val="68"/>
    <w:semiHidden/>
    <w:unhideWhenUsed/>
    <w:rsid w:val="0001363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semiHidden/>
    <w:unhideWhenUsed/>
    <w:rsid w:val="0001363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semiHidden/>
    <w:unhideWhenUsed/>
    <w:rsid w:val="0001363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semiHidden/>
    <w:unhideWhenUsed/>
    <w:rsid w:val="0001363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semiHidden/>
    <w:unhideWhenUsed/>
    <w:rsid w:val="0001363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semiHidden/>
    <w:unhideWhenUsed/>
    <w:rsid w:val="0001363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semiHidden/>
    <w:unhideWhenUsed/>
    <w:rsid w:val="0001363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semiHidden/>
    <w:unhideWhenUsed/>
    <w:rsid w:val="0001363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a">
    <w:name w:val="Dark List"/>
    <w:basedOn w:val="a3"/>
    <w:uiPriority w:val="70"/>
    <w:semiHidden/>
    <w:unhideWhenUsed/>
    <w:rsid w:val="0001363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3">
    <w:name w:val="Dark List Accent 1"/>
    <w:basedOn w:val="a3"/>
    <w:uiPriority w:val="70"/>
    <w:semiHidden/>
    <w:unhideWhenUsed/>
    <w:rsid w:val="0001363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3">
    <w:name w:val="Dark List Accent 2"/>
    <w:basedOn w:val="a3"/>
    <w:uiPriority w:val="70"/>
    <w:semiHidden/>
    <w:unhideWhenUsed/>
    <w:rsid w:val="0001363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3">
    <w:name w:val="Dark List Accent 3"/>
    <w:basedOn w:val="a3"/>
    <w:uiPriority w:val="70"/>
    <w:semiHidden/>
    <w:unhideWhenUsed/>
    <w:rsid w:val="0001363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3">
    <w:name w:val="Dark List Accent 4"/>
    <w:basedOn w:val="a3"/>
    <w:uiPriority w:val="70"/>
    <w:semiHidden/>
    <w:unhideWhenUsed/>
    <w:rsid w:val="0001363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3">
    <w:name w:val="Dark List Accent 5"/>
    <w:basedOn w:val="a3"/>
    <w:uiPriority w:val="70"/>
    <w:semiHidden/>
    <w:unhideWhenUsed/>
    <w:rsid w:val="0001363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3">
    <w:name w:val="Dark List Accent 6"/>
    <w:basedOn w:val="a3"/>
    <w:uiPriority w:val="70"/>
    <w:semiHidden/>
    <w:unhideWhenUsed/>
    <w:rsid w:val="0001363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b">
    <w:name w:val="Colorful Shading"/>
    <w:basedOn w:val="a3"/>
    <w:uiPriority w:val="71"/>
    <w:semiHidden/>
    <w:unhideWhenUsed/>
    <w:rsid w:val="0001363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4">
    <w:name w:val="Colorful Shading Accent 1"/>
    <w:basedOn w:val="a3"/>
    <w:uiPriority w:val="71"/>
    <w:semiHidden/>
    <w:unhideWhenUsed/>
    <w:rsid w:val="0001363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4">
    <w:name w:val="Colorful Shading Accent 2"/>
    <w:basedOn w:val="a3"/>
    <w:uiPriority w:val="71"/>
    <w:semiHidden/>
    <w:unhideWhenUsed/>
    <w:rsid w:val="0001363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4">
    <w:name w:val="Colorful Shading Accent 3"/>
    <w:basedOn w:val="a3"/>
    <w:uiPriority w:val="71"/>
    <w:semiHidden/>
    <w:unhideWhenUsed/>
    <w:rsid w:val="0001363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4">
    <w:name w:val="Colorful Shading Accent 4"/>
    <w:basedOn w:val="a3"/>
    <w:uiPriority w:val="71"/>
    <w:semiHidden/>
    <w:unhideWhenUsed/>
    <w:rsid w:val="0001363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4">
    <w:name w:val="Colorful Shading Accent 5"/>
    <w:basedOn w:val="a3"/>
    <w:uiPriority w:val="71"/>
    <w:semiHidden/>
    <w:unhideWhenUsed/>
    <w:rsid w:val="0001363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4">
    <w:name w:val="Colorful Shading Accent 6"/>
    <w:basedOn w:val="a3"/>
    <w:uiPriority w:val="71"/>
    <w:semiHidden/>
    <w:unhideWhenUsed/>
    <w:rsid w:val="0001363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c">
    <w:name w:val="Colorful List"/>
    <w:basedOn w:val="a3"/>
    <w:uiPriority w:val="72"/>
    <w:semiHidden/>
    <w:unhideWhenUsed/>
    <w:rsid w:val="0001363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5">
    <w:name w:val="Colorful List Accent 1"/>
    <w:basedOn w:val="a3"/>
    <w:uiPriority w:val="72"/>
    <w:semiHidden/>
    <w:unhideWhenUsed/>
    <w:rsid w:val="0001363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5">
    <w:name w:val="Colorful List Accent 2"/>
    <w:basedOn w:val="a3"/>
    <w:uiPriority w:val="72"/>
    <w:semiHidden/>
    <w:unhideWhenUsed/>
    <w:rsid w:val="0001363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5">
    <w:name w:val="Colorful List Accent 3"/>
    <w:basedOn w:val="a3"/>
    <w:uiPriority w:val="72"/>
    <w:semiHidden/>
    <w:unhideWhenUsed/>
    <w:rsid w:val="0001363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5">
    <w:name w:val="Colorful List Accent 4"/>
    <w:basedOn w:val="a3"/>
    <w:uiPriority w:val="72"/>
    <w:semiHidden/>
    <w:unhideWhenUsed/>
    <w:rsid w:val="0001363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5">
    <w:name w:val="Colorful List Accent 5"/>
    <w:basedOn w:val="a3"/>
    <w:uiPriority w:val="72"/>
    <w:semiHidden/>
    <w:unhideWhenUsed/>
    <w:rsid w:val="0001363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5">
    <w:name w:val="Colorful List Accent 6"/>
    <w:basedOn w:val="a3"/>
    <w:uiPriority w:val="72"/>
    <w:semiHidden/>
    <w:unhideWhenUsed/>
    <w:rsid w:val="0001363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d">
    <w:name w:val="Colorful Grid"/>
    <w:basedOn w:val="a3"/>
    <w:uiPriority w:val="73"/>
    <w:semiHidden/>
    <w:unhideWhenUsed/>
    <w:rsid w:val="0001363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6">
    <w:name w:val="Colorful Grid Accent 1"/>
    <w:basedOn w:val="a3"/>
    <w:uiPriority w:val="73"/>
    <w:semiHidden/>
    <w:unhideWhenUsed/>
    <w:rsid w:val="0001363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6">
    <w:name w:val="Colorful Grid Accent 2"/>
    <w:basedOn w:val="a3"/>
    <w:uiPriority w:val="73"/>
    <w:semiHidden/>
    <w:unhideWhenUsed/>
    <w:rsid w:val="0001363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6">
    <w:name w:val="Colorful Grid Accent 3"/>
    <w:basedOn w:val="a3"/>
    <w:uiPriority w:val="73"/>
    <w:semiHidden/>
    <w:unhideWhenUsed/>
    <w:rsid w:val="0001363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6">
    <w:name w:val="Colorful Grid Accent 4"/>
    <w:basedOn w:val="a3"/>
    <w:uiPriority w:val="73"/>
    <w:semiHidden/>
    <w:unhideWhenUsed/>
    <w:rsid w:val="0001363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6">
    <w:name w:val="Colorful Grid Accent 5"/>
    <w:basedOn w:val="a3"/>
    <w:uiPriority w:val="73"/>
    <w:semiHidden/>
    <w:unhideWhenUsed/>
    <w:rsid w:val="0001363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6">
    <w:name w:val="Colorful Grid Accent 6"/>
    <w:basedOn w:val="a3"/>
    <w:uiPriority w:val="73"/>
    <w:semiHidden/>
    <w:unhideWhenUsed/>
    <w:rsid w:val="0001363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38">
    <w:name w:val="Сетка таблицы3"/>
    <w:basedOn w:val="a3"/>
    <w:next w:val="af7"/>
    <w:uiPriority w:val="39"/>
    <w:rsid w:val="00FA7343"/>
    <w:pPr>
      <w:spacing w:after="0" w:line="240" w:lineRule="auto"/>
    </w:pPr>
    <w:rPr>
      <w:kern w:val="2"/>
      <w:sz w:val="24"/>
      <w:szCs w:val="24"/>
      <w:lang w:val="ru-KZ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2">
    <w:name w:val="Normal (Web)"/>
    <w:basedOn w:val="a1"/>
    <w:uiPriority w:val="99"/>
    <w:unhideWhenUsed/>
    <w:rsid w:val="006F4CD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KZ" w:eastAsia="ru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41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4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68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0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6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E9A659-4F74-4EA2-A083-BDFC9D77C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10563</Words>
  <Characters>60210</Characters>
  <Application>Microsoft Office Word</Application>
  <DocSecurity>0</DocSecurity>
  <Lines>501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Матаев Турехан Тракпаевич</dc:creator>
  <cp:lastModifiedBy>Сейтимова Гульнур Сапаргазиевна</cp:lastModifiedBy>
  <cp:revision>3</cp:revision>
  <cp:lastPrinted>2020-02-05T02:44:00Z</cp:lastPrinted>
  <dcterms:created xsi:type="dcterms:W3CDTF">2026-10-16T10:59:00Z</dcterms:created>
  <dcterms:modified xsi:type="dcterms:W3CDTF">2026-10-16T10:59:00Z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f44460da4388df8a8ca6591bd1ee15d18d45611baf511ba432a909f58266577f</vt:lpwstr>
  </property>
</Properties>
</file>